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40"/>
      </w:pPr>
    </w:p>
    <w:p>
      <w:pPr>
        <w:spacing w:after="320"/>
        <w:jc w:val="center"/>
      </w:pPr>
      <w:r>
        <w:rPr>
          <w:rFonts w:ascii="Calibri" w:hAnsi="Calibri"/>
          <w:b/>
          <w:color w:val="2E74B5"/>
          <w:sz w:val="20"/>
        </w:rPr>
        <w:t>TECHNICAL DOCUMENTATION</w:t>
      </w:r>
    </w:p>
    <w:p>
      <w:pPr>
        <w:spacing w:after="200"/>
        <w:jc w:val="center"/>
      </w:pPr>
      <w:r>
        <w:rPr>
          <w:rFonts w:ascii="Calibri" w:hAnsi="Calibri"/>
          <w:b/>
          <w:color w:val="1F4D78"/>
          <w:sz w:val="54"/>
        </w:rPr>
        <w:t>Numerical Ephemeris Calculation</w:t>
      </w:r>
    </w:p>
    <w:p>
      <w:pPr>
        <w:spacing w:after="880"/>
        <w:jc w:val="center"/>
      </w:pPr>
      <w:r>
        <w:rPr>
          <w:rFonts w:ascii="Calibri" w:hAnsi="Calibri"/>
          <w:color w:val="2E74B5"/>
          <w:sz w:val="28"/>
        </w:rPr>
        <w:t>Mathematical method, constants, series and cross-language validation</w:t>
      </w:r>
    </w:p>
    <w:p>
      <w:pPr>
        <w:spacing w:after="120"/>
        <w:jc w:val="center"/>
      </w:pPr>
      <w:r>
        <w:rPr>
          <w:rFonts w:ascii="Calibri" w:hAnsi="Calibri"/>
          <w:b/>
          <w:color w:val="203748"/>
          <w:sz w:val="22"/>
        </w:rPr>
        <w:t>Version 0.5.3</w:t>
      </w:r>
    </w:p>
    <w:p>
      <w:pPr>
        <w:jc w:val="center"/>
      </w:pPr>
      <w:r>
        <w:rPr>
          <w:rFonts w:ascii="Calibri" w:hAnsi="Calibri"/>
          <w:color w:val="5A6773"/>
          <w:sz w:val="20"/>
        </w:rPr>
        <w:t>July 25, 2026</w:t>
      </w:r>
    </w:p>
    <w:p>
      <w:r>
        <w:br w:type="page"/>
      </w:r>
    </w:p>
    <w:p>
      <w:pPr>
        <w:pStyle w:val="Heading1"/>
      </w:pPr>
      <w:r>
        <w:t>Contents</w:t>
      </w:r>
    </w:p>
    <w:p>
      <w:pPr>
        <w:pStyle w:val="ListBullet"/>
        <w:ind w:left="259" w:hanging="173"/>
      </w:pPr>
      <w:r>
        <w:rPr>
          <w:rFonts w:ascii="Calibri" w:hAnsi="Calibri"/>
          <w:color w:val="1F4D78"/>
          <w:sz w:val="21"/>
        </w:rPr>
        <w:t>Abstract</w:t>
      </w:r>
    </w:p>
    <w:p>
      <w:pPr>
        <w:pStyle w:val="ListBullet"/>
        <w:ind w:left="259" w:hanging="173"/>
      </w:pPr>
      <w:r>
        <w:rPr>
          <w:rFonts w:ascii="Calibri" w:hAnsi="Calibri"/>
          <w:color w:val="1F4D78"/>
          <w:sz w:val="21"/>
        </w:rPr>
        <w:t>1. Terms and symbols</w:t>
      </w:r>
    </w:p>
    <w:p>
      <w:pPr>
        <w:pStyle w:val="ListBullet"/>
        <w:ind w:left="259" w:hanging="173"/>
      </w:pPr>
      <w:r>
        <w:rPr>
          <w:rFonts w:ascii="Calibri" w:hAnsi="Calibri"/>
          <w:color w:val="1F4D78"/>
          <w:sz w:val="21"/>
        </w:rPr>
        <w:t>2. Conventions, gravitational parameters and base quantities</w:t>
      </w:r>
    </w:p>
    <w:p>
      <w:pPr>
        <w:pStyle w:val="ListBullet"/>
        <w:ind w:left="259" w:hanging="173"/>
      </w:pPr>
      <w:r>
        <w:rPr>
          <w:rFonts w:ascii="Calibri" w:hAnsi="Calibri"/>
          <w:color w:val="1F4D78"/>
          <w:sz w:val="21"/>
        </w:rPr>
        <w:t>3. Initial state from osculating elements</w:t>
      </w:r>
    </w:p>
    <w:p>
      <w:pPr>
        <w:pStyle w:val="ListBullet"/>
        <w:ind w:left="518" w:hanging="173"/>
      </w:pPr>
      <w:r>
        <w:rPr>
          <w:rFonts w:ascii="Calibri" w:hAnsi="Calibri"/>
          <w:color w:val="1F4D78"/>
          <w:sz w:val="21"/>
        </w:rPr>
        <w:t>3.1 Ellipse</w:t>
      </w:r>
    </w:p>
    <w:p>
      <w:pPr>
        <w:pStyle w:val="ListBullet"/>
        <w:ind w:left="518" w:hanging="173"/>
      </w:pPr>
      <w:r>
        <w:rPr>
          <w:rFonts w:ascii="Calibri" w:hAnsi="Calibri"/>
          <w:color w:val="1F4D78"/>
          <w:sz w:val="21"/>
        </w:rPr>
        <w:t>3.2 Hyperbola</w:t>
      </w:r>
    </w:p>
    <w:p>
      <w:pPr>
        <w:pStyle w:val="ListBullet"/>
        <w:ind w:left="518" w:hanging="173"/>
      </w:pPr>
      <w:r>
        <w:rPr>
          <w:rFonts w:ascii="Calibri" w:hAnsi="Calibri"/>
          <w:color w:val="1F4D78"/>
          <w:sz w:val="21"/>
        </w:rPr>
        <w:t>3.3 Parabola and the near-parabolic boundary</w:t>
      </w:r>
    </w:p>
    <w:p>
      <w:pPr>
        <w:pStyle w:val="ListBullet"/>
        <w:ind w:left="259" w:hanging="173"/>
      </w:pPr>
      <w:r>
        <w:rPr>
          <w:rFonts w:ascii="Calibri" w:hAnsi="Calibri"/>
          <w:color w:val="1F4D78"/>
          <w:sz w:val="21"/>
        </w:rPr>
        <w:t>4. Perturber tables and Hermite interpolation</w:t>
      </w:r>
    </w:p>
    <w:p>
      <w:pPr>
        <w:pStyle w:val="ListBullet"/>
        <w:ind w:left="259" w:hanging="173"/>
      </w:pPr>
      <w:r>
        <w:rPr>
          <w:rFonts w:ascii="Calibri" w:hAnsi="Calibri"/>
          <w:color w:val="1F4D78"/>
          <w:sz w:val="21"/>
        </w:rPr>
        <w:t>5. Equation of motion</w:t>
      </w:r>
    </w:p>
    <w:p>
      <w:pPr>
        <w:pStyle w:val="ListBullet"/>
        <w:ind w:left="518" w:hanging="173"/>
      </w:pPr>
      <w:r>
        <w:rPr>
          <w:rFonts w:ascii="Calibri" w:hAnsi="Calibri"/>
          <w:color w:val="1F4D78"/>
          <w:sz w:val="21"/>
        </w:rPr>
        <w:t>5.1 Relativistic solar correction</w:t>
      </w:r>
    </w:p>
    <w:p>
      <w:pPr>
        <w:pStyle w:val="ListBullet"/>
        <w:ind w:left="518" w:hanging="173"/>
      </w:pPr>
      <w:r>
        <w:rPr>
          <w:rFonts w:ascii="Calibri" w:hAnsi="Calibri"/>
          <w:color w:val="1F4D78"/>
          <w:sz w:val="21"/>
        </w:rPr>
        <w:t>5.2 Earth J2</w:t>
      </w:r>
    </w:p>
    <w:p>
      <w:pPr>
        <w:pStyle w:val="ListBullet"/>
        <w:ind w:left="518" w:hanging="173"/>
      </w:pPr>
      <w:r>
        <w:rPr>
          <w:rFonts w:ascii="Calibri" w:hAnsi="Calibri"/>
          <w:color w:val="1F4D78"/>
          <w:sz w:val="21"/>
        </w:rPr>
        <w:t>5.3 Non-gravitational acceleration</w:t>
      </w:r>
    </w:p>
    <w:p>
      <w:pPr>
        <w:pStyle w:val="ListBullet"/>
        <w:ind w:left="259" w:hanging="173"/>
      </w:pPr>
      <w:r>
        <w:rPr>
          <w:rFonts w:ascii="Calibri" w:hAnsi="Calibri"/>
          <w:color w:val="1F4D78"/>
          <w:sz w:val="21"/>
        </w:rPr>
        <w:t>6. Dormand-Prince 5(4)</w:t>
      </w:r>
    </w:p>
    <w:p>
      <w:pPr>
        <w:pStyle w:val="ListBullet"/>
        <w:ind w:left="259" w:hanging="173"/>
      </w:pPr>
      <w:r>
        <w:rPr>
          <w:rFonts w:ascii="Calibri" w:hAnsi="Calibri"/>
          <w:color w:val="1F4D78"/>
          <w:sz w:val="21"/>
        </w:rPr>
        <w:t>7. Time scales and observer</w:t>
      </w:r>
    </w:p>
    <w:p>
      <w:pPr>
        <w:pStyle w:val="ListBullet"/>
        <w:ind w:left="259" w:hanging="173"/>
      </w:pPr>
      <w:r>
        <w:rPr>
          <w:rFonts w:ascii="Calibri" w:hAnsi="Calibri"/>
          <w:color w:val="1F4D78"/>
          <w:sz w:val="21"/>
        </w:rPr>
        <w:t>8. Light time and apparent direction</w:t>
      </w:r>
    </w:p>
    <w:p>
      <w:pPr>
        <w:pStyle w:val="ListBullet"/>
        <w:ind w:left="259" w:hanging="173"/>
      </w:pPr>
      <w:r>
        <w:rPr>
          <w:rFonts w:ascii="Calibri" w:hAnsi="Calibri"/>
          <w:color w:val="1F4D78"/>
          <w:sz w:val="21"/>
        </w:rPr>
        <w:t>9. Binary tables</w:t>
      </w:r>
    </w:p>
    <w:p>
      <w:pPr>
        <w:pStyle w:val="ListBullet"/>
        <w:ind w:left="259" w:hanging="173"/>
      </w:pPr>
      <w:r>
        <w:rPr>
          <w:rFonts w:ascii="Calibri" w:hAnsi="Calibri"/>
          <w:color w:val="1F4D78"/>
          <w:sz w:val="21"/>
        </w:rPr>
        <w:t>10. Extreme examples</w:t>
      </w:r>
    </w:p>
    <w:p>
      <w:pPr>
        <w:pStyle w:val="ListBullet"/>
        <w:ind w:left="259" w:hanging="173"/>
      </w:pPr>
      <w:r>
        <w:rPr>
          <w:rFonts w:ascii="Calibri" w:hAnsi="Calibri"/>
          <w:color w:val="1F4D78"/>
          <w:sz w:val="21"/>
        </w:rPr>
        <w:t>11. Reproducibility and limitations</w:t>
      </w:r>
    </w:p>
    <w:p>
      <w:pPr>
        <w:pStyle w:val="ListBullet"/>
        <w:ind w:left="259" w:hanging="173"/>
      </w:pPr>
      <w:r>
        <w:rPr>
          <w:rFonts w:ascii="Calibri" w:hAnsi="Calibri"/>
          <w:color w:val="1F4D78"/>
          <w:sz w:val="21"/>
        </w:rPr>
        <w:t>Appendix A. Comparison of programming languages</w:t>
      </w:r>
    </w:p>
    <w:p>
      <w:pPr>
        <w:pStyle w:val="ListBullet"/>
        <w:ind w:left="518" w:hanging="173"/>
      </w:pPr>
      <w:r>
        <w:rPr>
          <w:rFonts w:ascii="Calibri" w:hAnsi="Calibri"/>
          <w:color w:val="1F4D78"/>
          <w:sz w:val="21"/>
        </w:rPr>
        <w:t>A.1 Accuracy, alphabetical</w:t>
      </w:r>
    </w:p>
    <w:p>
      <w:pPr>
        <w:pStyle w:val="ListBullet"/>
        <w:ind w:left="518" w:hanging="173"/>
      </w:pPr>
      <w:r>
        <w:rPr>
          <w:rFonts w:ascii="Calibri" w:hAnsi="Calibri"/>
          <w:color w:val="1F4D78"/>
          <w:sz w:val="21"/>
        </w:rPr>
        <w:t>A.2 Performance, fastest first</w:t>
      </w:r>
    </w:p>
    <w:p>
      <w:pPr>
        <w:pStyle w:val="ListBullet"/>
        <w:ind w:left="259" w:hanging="173"/>
      </w:pPr>
      <w:r>
        <w:rPr>
          <w:rFonts w:ascii="Calibri" w:hAnsi="Calibri"/>
          <w:color w:val="1F4D78"/>
          <w:sz w:val="21"/>
        </w:rPr>
        <w:t>Appendix B. Licence boundary</w:t>
      </w:r>
    </w:p>
    <w:p>
      <w:r>
        <w:br w:type="page"/>
      </w:r>
    </w:p>
    <w:p>
      <w:pPr>
        <w:pStyle w:val="Heading1"/>
      </w:pPr>
      <w:r>
        <w:t>Abstract</w:t>
      </w:r>
    </w:p>
    <w:p>
      <w:pPr>
        <w:jc w:val="left"/>
      </w:pPr>
      <w:r>
        <w:t>This numerical core computes apparent topocentric ephemerides for asteroids, comets and interstellar objects from osculating orbital elements. Elliptic, parabolic and hyperbolic initial states are handled without an external orbit service. Numerical integration includes solar gravity, the first relativistic correction, planets, Earth and Moon, Earth J2, optionally 16 massive asteroids, and Marsden A1/A2/A3. Planetary and asteroid states are obtained from compact tables by cubic Hermite interpolation.</w:t>
      </w:r>
    </w:p>
    <w:p>
      <w:pPr>
        <w:jc w:val="left"/>
      </w:pPr>
      <w:r>
        <w:t>The observed direction follows UTC-to-TDB conversion, light time, Earth rotation, nutation and precession. Six extreme objects and 20 frozen JPL Horizons rows form the common acceptance test for all 49 independent target-language programs.</w:t>
      </w:r>
    </w:p>
    <w:p>
      <w:pPr>
        <w:pStyle w:val="Heading1"/>
      </w:pPr>
      <w:r>
        <w:t>1. Terms and symbols</w:t>
      </w:r>
    </w:p>
    <w:p>
      <w:pPr>
        <w:jc w:val="left"/>
      </w:pPr>
      <w:r>
        <w:t>Every astronomical and numerical term required by the calculation is defined here. Important concepts are also explained briefly at their first use in the main text.</w:t>
      </w:r>
    </w:p>
    <w:p>
      <w:pPr>
        <w:spacing w:before="80" w:after="80"/>
      </w:pPr>
      <w:r>
        <w:rPr>
          <w:rFonts w:ascii="Calibri" w:hAnsi="Calibri"/>
          <w:b/>
          <w:i w:val="0"/>
          <w:color w:val="1F4D78"/>
          <w:sz w:val="18"/>
        </w:rPr>
        <w:t>Glossary of astronomical and numerical terms.</w:t>
      </w:r>
    </w:p>
    <w:tbl>
      <w:tblPr>
        <w:tblStyle w:val="TableGrid"/>
        <w:tblW w:type="dxa" w:w="9360"/>
        <w:tblLayout w:type="fixed"/>
        <w:tblLook w:firstColumn="1" w:firstRow="1" w:lastColumn="0" w:lastRow="0" w:noHBand="0" w:noVBand="1" w:val="04A0"/>
        <w:tblInd w:w="120" w:type="dxa"/>
      </w:tblPr>
      <w:tblGrid>
        <w:gridCol w:w="2600"/>
        <w:gridCol w:w="6760"/>
      </w:tblGrid>
      <w:tr>
        <w:trPr>
          <w:tblHeader w:val="true"/>
          <w:cantSplit w:val="true"/>
        </w:trPr>
        <w:tc>
          <w:tcPr>
            <w:tcW w:type="dxa" w:w="2600"/>
            <w:shd w:fill="1F4D78"/>
            <w:tcMar>
              <w:top w:w="80" w:type="dxa"/>
              <w:start w:w="120" w:type="dxa"/>
              <w:bottom w:w="80" w:type="dxa"/>
              <w:end w:w="120" w:type="dxa"/>
            </w:tcMar>
            <w:vAlign w:val="center"/>
          </w:tcPr>
          <w:p>
            <w:r>
              <w:rPr>
                <w:rFonts w:ascii="Calibri" w:hAnsi="Calibri"/>
                <w:b/>
                <w:color w:val="FFFFFF"/>
                <w:sz w:val="19"/>
              </w:rPr>
              <w:t>Term</w:t>
            </w:r>
          </w:p>
        </w:tc>
        <w:tc>
          <w:tcPr>
            <w:tcW w:type="dxa" w:w="6760"/>
            <w:shd w:fill="1F4D78"/>
            <w:tcMar>
              <w:top w:w="80" w:type="dxa"/>
              <w:start w:w="120" w:type="dxa"/>
              <w:bottom w:w="80" w:type="dxa"/>
              <w:end w:w="120" w:type="dxa"/>
            </w:tcMar>
            <w:vAlign w:val="center"/>
          </w:tcPr>
          <w:p>
            <w:r>
              <w:rPr>
                <w:rFonts w:ascii="Calibri" w:hAnsi="Calibri"/>
                <w:b/>
                <w:color w:val="FFFFFF"/>
                <w:sz w:val="19"/>
              </w:rPr>
              <w:t>Meaning in this article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Ephemeris</w:t>
            </w:r>
          </w:p>
        </w:tc>
        <w:tc>
          <w:tcPr>
            <w:tcW w:type="dxa" w:w="6760"/>
            <w:tcMar>
              <w:top w:w="80" w:type="dxa"/>
              <w:start w:w="120" w:type="dxa"/>
              <w:bottom w:w="80" w:type="dxa"/>
              <w:end w:w="120" w:type="dxa"/>
            </w:tcMar>
            <w:vAlign w:val="center"/>
          </w:tcPr>
          <w:p>
            <w:r>
              <w:rPr>
                <w:rFonts w:ascii="Calibri" w:hAnsi="Calibri"/>
                <w:b w:val="0"/>
                <w:color w:val="203748"/>
                <w:sz w:val="18"/>
              </w:rPr>
              <w:t>Predicted sequence of sky positions and related quantities for specified epochs and an observer.</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apparent</w:t>
            </w:r>
          </w:p>
        </w:tc>
        <w:tc>
          <w:tcPr>
            <w:tcW w:type="dxa" w:w="6760"/>
            <w:shd w:fill="F7FAFC"/>
            <w:tcMar>
              <w:top w:w="80" w:type="dxa"/>
              <w:start w:w="120" w:type="dxa"/>
              <w:bottom w:w="80" w:type="dxa"/>
              <w:end w:w="120" w:type="dxa"/>
            </w:tcMar>
            <w:vAlign w:val="center"/>
          </w:tcPr>
          <w:p>
            <w:r>
              <w:rPr>
                <w:rFonts w:ascii="Calibri" w:hAnsi="Calibri"/>
                <w:b w:val="0"/>
                <w:color w:val="203748"/>
                <w:sz w:val="18"/>
              </w:rPr>
              <w:t>Direction after light time, Earth rotation, nutation and precession; atmospheric refraction is outside this core.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topocentric</w:t>
            </w:r>
          </w:p>
        </w:tc>
        <w:tc>
          <w:tcPr>
            <w:tcW w:type="dxa" w:w="6760"/>
            <w:tcMar>
              <w:top w:w="80" w:type="dxa"/>
              <w:start w:w="120" w:type="dxa"/>
              <w:bottom w:w="80" w:type="dxa"/>
              <w:end w:w="120" w:type="dxa"/>
            </w:tcMar>
            <w:vAlign w:val="center"/>
          </w:tcPr>
          <w:p>
            <w:r>
              <w:rPr>
                <w:rFonts w:ascii="Calibri" w:hAnsi="Calibri"/>
                <w:b w:val="0"/>
                <w:color w:val="203748"/>
                <w:sz w:val="18"/>
              </w:rPr>
              <w:t>Referred to the actual observer on or near Earth's surface, rather than Earth's centre.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geocentric / heliocentric</w:t>
            </w:r>
          </w:p>
        </w:tc>
        <w:tc>
          <w:tcPr>
            <w:tcW w:type="dxa" w:w="6760"/>
            <w:shd w:fill="F7FAFC"/>
            <w:tcMar>
              <w:top w:w="80" w:type="dxa"/>
              <w:start w:w="120" w:type="dxa"/>
              <w:bottom w:w="80" w:type="dxa"/>
              <w:end w:w="120" w:type="dxa"/>
            </w:tcMar>
            <w:vAlign w:val="center"/>
          </w:tcPr>
          <w:p>
            <w:r>
              <w:rPr>
                <w:rFonts w:ascii="Calibri" w:hAnsi="Calibri"/>
                <w:b w:val="0"/>
                <w:color w:val="203748"/>
                <w:sz w:val="18"/>
              </w:rPr>
              <w:t>Referred respectively to the centre of Earth or the centre of the Sun.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barycentre</w:t>
            </w:r>
          </w:p>
        </w:tc>
        <w:tc>
          <w:tcPr>
            <w:tcW w:type="dxa" w:w="6760"/>
            <w:tcMar>
              <w:top w:w="80" w:type="dxa"/>
              <w:start w:w="120" w:type="dxa"/>
              <w:bottom w:w="80" w:type="dxa"/>
              <w:end w:w="120" w:type="dxa"/>
            </w:tcMar>
            <w:vAlign w:val="center"/>
          </w:tcPr>
          <w:p>
            <w:r>
              <w:rPr>
                <w:rFonts w:ascii="Calibri" w:hAnsi="Calibri"/>
                <w:b w:val="0"/>
                <w:color w:val="203748"/>
                <w:sz w:val="18"/>
              </w:rPr>
              <w:t>Common centre of mass of several bodies; EMB denotes the Earth-Moon barycentre.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osculating orbital elements</w:t>
            </w:r>
          </w:p>
        </w:tc>
        <w:tc>
          <w:tcPr>
            <w:tcW w:type="dxa" w:w="6760"/>
            <w:shd w:fill="F7FAFC"/>
            <w:tcMar>
              <w:top w:w="80" w:type="dxa"/>
              <w:start w:w="120" w:type="dxa"/>
              <w:bottom w:w="80" w:type="dxa"/>
              <w:end w:w="120" w:type="dxa"/>
            </w:tcMar>
            <w:vAlign w:val="center"/>
          </w:tcPr>
          <w:p>
            <w:r>
              <w:rPr>
                <w:rFonts w:ascii="Calibri" w:hAnsi="Calibri"/>
                <w:b w:val="0"/>
                <w:color w:val="203748"/>
                <w:sz w:val="18"/>
              </w:rPr>
              <w:t>Six elements of the instantaneous Kepler orbit matching position and velocity at an epoch.</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epoch</w:t>
            </w:r>
          </w:p>
        </w:tc>
        <w:tc>
          <w:tcPr>
            <w:tcW w:type="dxa" w:w="6760"/>
            <w:tcMar>
              <w:top w:w="80" w:type="dxa"/>
              <w:start w:w="120" w:type="dxa"/>
              <w:bottom w:w="80" w:type="dxa"/>
              <w:end w:w="120" w:type="dxa"/>
            </w:tcMar>
            <w:vAlign w:val="center"/>
          </w:tcPr>
          <w:p>
            <w:r>
              <w:rPr>
                <w:rFonts w:ascii="Calibri" w:hAnsi="Calibri"/>
                <w:b w:val="0"/>
                <w:color w:val="203748"/>
                <w:sz w:val="18"/>
              </w:rPr>
              <w:t>Instant for which orbital elements or a state vector are valid.</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conic</w:t>
            </w:r>
          </w:p>
        </w:tc>
        <w:tc>
          <w:tcPr>
            <w:tcW w:type="dxa" w:w="6760"/>
            <w:shd w:fill="F7FAFC"/>
            <w:tcMar>
              <w:top w:w="80" w:type="dxa"/>
              <w:start w:w="120" w:type="dxa"/>
              <w:bottom w:w="80" w:type="dxa"/>
              <w:end w:w="120" w:type="dxa"/>
            </w:tcMar>
            <w:vAlign w:val="center"/>
          </w:tcPr>
          <w:p>
            <w:r>
              <w:rPr>
                <w:rFonts w:ascii="Calibri" w:hAnsi="Calibri"/>
                <w:b w:val="0"/>
                <w:color w:val="203748"/>
                <w:sz w:val="18"/>
              </w:rPr>
              <w:t>Ellipse, parabola or hyperbola; eccentricity e distinguishes the three orbit forms.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eccentricity e</w:t>
            </w:r>
          </w:p>
        </w:tc>
        <w:tc>
          <w:tcPr>
            <w:tcW w:type="dxa" w:w="6760"/>
            <w:tcMar>
              <w:top w:w="80" w:type="dxa"/>
              <w:start w:w="120" w:type="dxa"/>
              <w:bottom w:w="80" w:type="dxa"/>
              <w:end w:w="120" w:type="dxa"/>
            </w:tcMar>
            <w:vAlign w:val="center"/>
          </w:tcPr>
          <w:p>
            <w:r>
              <w:rPr>
                <w:rFonts w:ascii="Calibri" w:hAnsi="Calibri"/>
                <w:b w:val="0"/>
                <w:color w:val="203748"/>
                <w:sz w:val="18"/>
              </w:rPr>
              <w:t>Dimensionless shape parameter: e&lt;1 ellipse, e=1 parabola, e&gt;1 hyperbola.</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q, Tp, i, Omega, omega</w:t>
            </w:r>
          </w:p>
        </w:tc>
        <w:tc>
          <w:tcPr>
            <w:tcW w:type="dxa" w:w="6760"/>
            <w:shd w:fill="F7FAFC"/>
            <w:tcMar>
              <w:top w:w="80" w:type="dxa"/>
              <w:start w:w="120" w:type="dxa"/>
              <w:bottom w:w="80" w:type="dxa"/>
              <w:end w:w="120" w:type="dxa"/>
            </w:tcMar>
            <w:vAlign w:val="center"/>
          </w:tcPr>
          <w:p>
            <w:r>
              <w:rPr>
                <w:rFonts w:ascii="Calibri" w:hAnsi="Calibri"/>
                <w:b w:val="0"/>
                <w:color w:val="203748"/>
                <w:sz w:val="18"/>
              </w:rPr>
              <w:t>Perihelion distance, perihelion epoch, inclination, ascending-node longitude and perihelion argument.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M, E, H, nu</w:t>
            </w:r>
          </w:p>
        </w:tc>
        <w:tc>
          <w:tcPr>
            <w:tcW w:type="dxa" w:w="6760"/>
            <w:tcMar>
              <w:top w:w="80" w:type="dxa"/>
              <w:start w:w="120" w:type="dxa"/>
              <w:bottom w:w="80" w:type="dxa"/>
              <w:end w:w="120" w:type="dxa"/>
            </w:tcMar>
            <w:vAlign w:val="center"/>
          </w:tcPr>
          <w:p>
            <w:r>
              <w:rPr>
                <w:rFonts w:ascii="Calibri" w:hAnsi="Calibri"/>
                <w:b w:val="0"/>
                <w:color w:val="203748"/>
                <w:sz w:val="18"/>
              </w:rPr>
              <w:t>Mean, eccentric, hyperbolic and true anomaly; angle or auxiliary value locating the body on its orbit.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J2000</w:t>
            </w:r>
          </w:p>
        </w:tc>
        <w:tc>
          <w:tcPr>
            <w:tcW w:type="dxa" w:w="6760"/>
            <w:shd w:fill="F7FAFC"/>
            <w:tcMar>
              <w:top w:w="80" w:type="dxa"/>
              <w:start w:w="120" w:type="dxa"/>
              <w:bottom w:w="80" w:type="dxa"/>
              <w:end w:w="120" w:type="dxa"/>
            </w:tcMar>
            <w:vAlign w:val="center"/>
          </w:tcPr>
          <w:p>
            <w:r>
              <w:rPr>
                <w:rFonts w:ascii="Calibri" w:hAnsi="Calibri"/>
                <w:b w:val="0"/>
                <w:color w:val="203748"/>
                <w:sz w:val="18"/>
              </w:rPr>
              <w:t>The fixed equatorial reference orientation at standard epoch JD 2451545.0 used by this core.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AU</w:t>
            </w:r>
          </w:p>
        </w:tc>
        <w:tc>
          <w:tcPr>
            <w:tcW w:type="dxa" w:w="6760"/>
            <w:tcMar>
              <w:top w:w="80" w:type="dxa"/>
              <w:start w:w="120" w:type="dxa"/>
              <w:bottom w:w="80" w:type="dxa"/>
              <w:end w:w="120" w:type="dxa"/>
            </w:tcMar>
            <w:vAlign w:val="center"/>
          </w:tcPr>
          <w:p>
            <w:r>
              <w:rPr>
                <w:rFonts w:ascii="Calibri" w:hAnsi="Calibri"/>
                <w:b w:val="0"/>
                <w:color w:val="203748"/>
                <w:sz w:val="18"/>
              </w:rPr>
              <w:t>Astronomical unit, exactly 149597870.7 kilometres.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JD</w:t>
            </w:r>
          </w:p>
        </w:tc>
        <w:tc>
          <w:tcPr>
            <w:tcW w:type="dxa" w:w="6760"/>
            <w:shd w:fill="F7FAFC"/>
            <w:tcMar>
              <w:top w:w="80" w:type="dxa"/>
              <w:start w:w="120" w:type="dxa"/>
              <w:bottom w:w="80" w:type="dxa"/>
              <w:end w:w="120" w:type="dxa"/>
            </w:tcMar>
            <w:vAlign w:val="center"/>
          </w:tcPr>
          <w:p>
            <w:r>
              <w:rPr>
                <w:rFonts w:ascii="Calibri" w:hAnsi="Calibri"/>
                <w:b w:val="0"/>
                <w:color w:val="203748"/>
                <w:sz w:val="18"/>
              </w:rPr>
              <w:t>Julian date, the continuous astronomical day count.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UTC / TAI / TDB</w:t>
            </w:r>
          </w:p>
        </w:tc>
        <w:tc>
          <w:tcPr>
            <w:tcW w:type="dxa" w:w="6760"/>
            <w:tcMar>
              <w:top w:w="80" w:type="dxa"/>
              <w:start w:w="120" w:type="dxa"/>
              <w:bottom w:w="80" w:type="dxa"/>
              <w:end w:w="120" w:type="dxa"/>
            </w:tcMar>
            <w:vAlign w:val="center"/>
          </w:tcPr>
          <w:p>
            <w:r>
              <w:rPr>
                <w:rFonts w:ascii="Calibri" w:hAnsi="Calibri"/>
                <w:b w:val="0"/>
                <w:color w:val="203748"/>
                <w:sz w:val="18"/>
              </w:rPr>
              <w:t>Coordinated Universal Time, International Atomic Time and barycentric dynamical time.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leap second</w:t>
            </w:r>
          </w:p>
        </w:tc>
        <w:tc>
          <w:tcPr>
            <w:tcW w:type="dxa" w:w="6760"/>
            <w:shd w:fill="F7FAFC"/>
            <w:tcMar>
              <w:top w:w="80" w:type="dxa"/>
              <w:start w:w="120" w:type="dxa"/>
              <w:bottom w:w="80" w:type="dxa"/>
              <w:end w:w="120" w:type="dxa"/>
            </w:tcMar>
            <w:vAlign w:val="center"/>
          </w:tcPr>
          <w:p>
            <w:r>
              <w:rPr>
                <w:rFonts w:ascii="Calibri" w:hAnsi="Calibri"/>
                <w:b w:val="0"/>
                <w:color w:val="203748"/>
                <w:sz w:val="18"/>
              </w:rPr>
              <w:t>Integer correction tying UTC to irregular Earth rotation while TAI remains uniform.</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gravitational parameter mu</w:t>
            </w:r>
          </w:p>
        </w:tc>
        <w:tc>
          <w:tcPr>
            <w:tcW w:type="dxa" w:w="6760"/>
            <w:tcMar>
              <w:top w:w="80" w:type="dxa"/>
              <w:start w:w="120" w:type="dxa"/>
              <w:bottom w:w="80" w:type="dxa"/>
              <w:end w:w="120" w:type="dxa"/>
            </w:tcMar>
            <w:vAlign w:val="center"/>
          </w:tcPr>
          <w:p>
            <w:r>
              <w:rPr>
                <w:rFonts w:ascii="Calibri" w:hAnsi="Calibri"/>
                <w:b w:val="0"/>
                <w:color w:val="203748"/>
                <w:sz w:val="18"/>
              </w:rPr>
              <w:t>Product G*M of gravitational constant and body mass; mu_sun is the solar value.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mass ratio eta_b</w:t>
            </w:r>
          </w:p>
        </w:tc>
        <w:tc>
          <w:tcPr>
            <w:tcW w:type="dxa" w:w="6760"/>
            <w:shd w:fill="F7FAFC"/>
            <w:tcMar>
              <w:top w:w="80" w:type="dxa"/>
              <w:start w:w="120" w:type="dxa"/>
              <w:bottom w:w="80" w:type="dxa"/>
              <w:end w:w="120" w:type="dxa"/>
            </w:tcMar>
            <w:vAlign w:val="center"/>
          </w:tcPr>
          <w:p>
            <w:r>
              <w:rPr>
                <w:rFonts w:ascii="Calibri" w:hAnsi="Calibri"/>
                <w:b w:val="0"/>
                <w:color w:val="203748"/>
                <w:sz w:val="18"/>
              </w:rPr>
              <w:t>Ratio M_b/M_sun of a perturbing body to the Sun, equal to mu_b/mu_sun.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perturbing body</w:t>
            </w:r>
          </w:p>
        </w:tc>
        <w:tc>
          <w:tcPr>
            <w:tcW w:type="dxa" w:w="6760"/>
            <w:tcMar>
              <w:top w:w="80" w:type="dxa"/>
              <w:start w:w="120" w:type="dxa"/>
              <w:bottom w:w="80" w:type="dxa"/>
              <w:end w:w="120" w:type="dxa"/>
            </w:tcMar>
            <w:vAlign w:val="center"/>
          </w:tcPr>
          <w:p>
            <w:r>
              <w:rPr>
                <w:rFonts w:ascii="Calibri" w:hAnsi="Calibri"/>
                <w:b w:val="0"/>
                <w:color w:val="203748"/>
                <w:sz w:val="18"/>
              </w:rPr>
              <w:t>Body whose gravity adds acceleration beyond the pure two-body orbit.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direct and indirect term</w:t>
            </w:r>
          </w:p>
        </w:tc>
        <w:tc>
          <w:tcPr>
            <w:tcW w:type="dxa" w:w="6760"/>
            <w:shd w:fill="F7FAFC"/>
            <w:tcMar>
              <w:top w:w="80" w:type="dxa"/>
              <w:start w:w="120" w:type="dxa"/>
              <w:bottom w:w="80" w:type="dxa"/>
              <w:end w:w="120" w:type="dxa"/>
            </w:tcMar>
            <w:vAlign w:val="center"/>
          </w:tcPr>
          <w:p>
            <w:r>
              <w:rPr>
                <w:rFonts w:ascii="Calibri" w:hAnsi="Calibri"/>
                <w:b w:val="0"/>
                <w:color w:val="203748"/>
                <w:sz w:val="18"/>
              </w:rPr>
              <w:t>The body acts directly on the target; the simultaneous acceleration of the heliocentric origin is subtracted.</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N16</w:t>
            </w:r>
          </w:p>
        </w:tc>
        <w:tc>
          <w:tcPr>
            <w:tcW w:type="dxa" w:w="6760"/>
            <w:tcMar>
              <w:top w:w="80" w:type="dxa"/>
              <w:start w:w="120" w:type="dxa"/>
              <w:bottom w:w="80" w:type="dxa"/>
              <w:end w:w="120" w:type="dxa"/>
            </w:tcMar>
            <w:vAlign w:val="center"/>
          </w:tcPr>
          <w:p>
            <w:r>
              <w:rPr>
                <w:rFonts w:ascii="Calibri" w:hAnsi="Calibri"/>
                <w:b w:val="0"/>
                <w:color w:val="203748"/>
                <w:sz w:val="18"/>
              </w:rPr>
              <w:t>Optional set of the 16 most massive asteroids integrated as additional perturbers.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cubic Hermite interpolation</w:t>
            </w:r>
          </w:p>
        </w:tc>
        <w:tc>
          <w:tcPr>
            <w:tcW w:type="dxa" w:w="6760"/>
            <w:shd w:fill="F7FAFC"/>
            <w:tcMar>
              <w:top w:w="80" w:type="dxa"/>
              <w:start w:w="120" w:type="dxa"/>
              <w:bottom w:w="80" w:type="dxa"/>
              <w:end w:w="120" w:type="dxa"/>
            </w:tcMar>
            <w:vAlign w:val="center"/>
          </w:tcPr>
          <w:p>
            <w:r>
              <w:rPr>
                <w:rFonts w:ascii="Calibri" w:hAnsi="Calibri"/>
                <w:b w:val="0"/>
                <w:color w:val="203748"/>
                <w:sz w:val="18"/>
              </w:rPr>
              <w:t>Third-degree interpolation reproducing position and velocity at both table nodes.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little-endian float64</w:t>
            </w:r>
          </w:p>
        </w:tc>
        <w:tc>
          <w:tcPr>
            <w:tcW w:type="dxa" w:w="6760"/>
            <w:tcMar>
              <w:top w:w="80" w:type="dxa"/>
              <w:start w:w="120" w:type="dxa"/>
              <w:bottom w:w="80" w:type="dxa"/>
              <w:end w:w="120" w:type="dxa"/>
            </w:tcMar>
            <w:vAlign w:val="center"/>
          </w:tcPr>
          <w:p>
            <w:r>
              <w:rPr>
                <w:rFonts w:ascii="Calibri" w:hAnsi="Calibri"/>
                <w:b w:val="0"/>
                <w:color w:val="203748"/>
                <w:sz w:val="18"/>
              </w:rPr>
              <w:t>Binary format storing the least significant byte first and IEEE-754 64-bit floating-point values.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Runge-Kutta method</w:t>
            </w:r>
          </w:p>
        </w:tc>
        <w:tc>
          <w:tcPr>
            <w:tcW w:type="dxa" w:w="6760"/>
            <w:shd w:fill="F7FAFC"/>
            <w:tcMar>
              <w:top w:w="80" w:type="dxa"/>
              <w:start w:w="120" w:type="dxa"/>
              <w:bottom w:w="80" w:type="dxa"/>
              <w:end w:w="120" w:type="dxa"/>
            </w:tcMar>
            <w:vAlign w:val="center"/>
          </w:tcPr>
          <w:p>
            <w:r>
              <w:rPr>
                <w:rFonts w:ascii="Calibri" w:hAnsi="Calibri"/>
                <w:b w:val="0"/>
                <w:color w:val="203748"/>
                <w:sz w:val="18"/>
              </w:rPr>
              <w:t>One-step method combining several derivative evaluations to advance the state.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embedded method</w:t>
            </w:r>
          </w:p>
        </w:tc>
        <w:tc>
          <w:tcPr>
            <w:tcW w:type="dxa" w:w="6760"/>
            <w:tcMar>
              <w:top w:w="80" w:type="dxa"/>
              <w:start w:w="120" w:type="dxa"/>
              <w:bottom w:w="80" w:type="dxa"/>
              <w:end w:w="120" w:type="dxa"/>
            </w:tcMar>
            <w:vAlign w:val="center"/>
          </w:tcPr>
          <w:p>
            <w:r>
              <w:rPr>
                <w:rFonts w:ascii="Calibri" w:hAnsi="Calibri"/>
                <w:b w:val="0"/>
                <w:color w:val="203748"/>
                <w:sz w:val="18"/>
              </w:rPr>
              <w:t>Two Runge-Kutta solutions of different order share stages; their difference estimates local error.</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Dormand-Prince 5(4)</w:t>
            </w:r>
          </w:p>
        </w:tc>
        <w:tc>
          <w:tcPr>
            <w:tcW w:type="dxa" w:w="6760"/>
            <w:shd w:fill="F7FAFC"/>
            <w:tcMar>
              <w:top w:w="80" w:type="dxa"/>
              <w:start w:w="120" w:type="dxa"/>
              <w:bottom w:w="80" w:type="dxa"/>
              <w:end w:w="120" w:type="dxa"/>
            </w:tcMar>
            <w:vAlign w:val="center"/>
          </w:tcPr>
          <w:p>
            <w:r>
              <w:rPr>
                <w:rFonts w:ascii="Calibri" w:hAnsi="Calibri"/>
                <w:b w:val="0"/>
                <w:color w:val="203748"/>
                <w:sz w:val="18"/>
              </w:rPr>
              <w:t>Embedded fifth- and fourth-order Runge-Kutta pair with seven stages.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Butcher tableau</w:t>
            </w:r>
          </w:p>
        </w:tc>
        <w:tc>
          <w:tcPr>
            <w:tcW w:type="dxa" w:w="6760"/>
            <w:tcMar>
              <w:top w:w="80" w:type="dxa"/>
              <w:start w:w="120" w:type="dxa"/>
              <w:bottom w:w="80" w:type="dxa"/>
              <w:end w:w="120" w:type="dxa"/>
            </w:tcMar>
            <w:vAlign w:val="center"/>
          </w:tcPr>
          <w:p>
            <w:r>
              <w:rPr>
                <w:rFonts w:ascii="Calibri" w:hAnsi="Calibri"/>
                <w:b w:val="0"/>
                <w:color w:val="203748"/>
                <w:sz w:val="18"/>
              </w:rPr>
              <w:t>Tabular arrangement of Runge-Kutta coefficients c_i, a_ij and b_i defining stages and final weights.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local error</w:t>
            </w:r>
          </w:p>
        </w:tc>
        <w:tc>
          <w:tcPr>
            <w:tcW w:type="dxa" w:w="6760"/>
            <w:shd w:fill="F7FAFC"/>
            <w:tcMar>
              <w:top w:w="80" w:type="dxa"/>
              <w:start w:w="120" w:type="dxa"/>
              <w:bottom w:w="80" w:type="dxa"/>
              <w:end w:w="120" w:type="dxa"/>
            </w:tcMar>
            <w:vAlign w:val="center"/>
          </w:tcPr>
          <w:p>
            <w:r>
              <w:rPr>
                <w:rFonts w:ascii="Calibri" w:hAnsi="Calibri"/>
                <w:b w:val="0"/>
                <w:color w:val="203748"/>
                <w:sz w:val="18"/>
              </w:rPr>
              <w:t>Estimated error of one integration step, here the difference between fifth- and fourth-order solutions.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adaptive step size</w:t>
            </w:r>
          </w:p>
        </w:tc>
        <w:tc>
          <w:tcPr>
            <w:tcW w:type="dxa" w:w="6760"/>
            <w:tcMar>
              <w:top w:w="80" w:type="dxa"/>
              <w:start w:w="120" w:type="dxa"/>
              <w:bottom w:w="80" w:type="dxa"/>
              <w:end w:w="120" w:type="dxa"/>
            </w:tcMar>
            <w:vAlign w:val="center"/>
          </w:tcPr>
          <w:p>
            <w:r>
              <w:rPr>
                <w:rFonts w:ascii="Calibri" w:hAnsi="Calibri"/>
                <w:b w:val="0"/>
                <w:color w:val="203748"/>
                <w:sz w:val="18"/>
              </w:rPr>
              <w:t>Automatic reduction or enlargement of the time step based on the normalized error estimate.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RMS</w:t>
            </w:r>
          </w:p>
        </w:tc>
        <w:tc>
          <w:tcPr>
            <w:tcW w:type="dxa" w:w="6760"/>
            <w:shd w:fill="F7FAFC"/>
            <w:tcMar>
              <w:top w:w="80" w:type="dxa"/>
              <w:start w:w="120" w:type="dxa"/>
              <w:bottom w:w="80" w:type="dxa"/>
              <w:end w:w="120" w:type="dxa"/>
            </w:tcMar>
            <w:vAlign w:val="center"/>
          </w:tcPr>
          <w:p>
            <w:r>
              <w:rPr>
                <w:rFonts w:ascii="Calibri" w:hAnsi="Calibri"/>
                <w:b w:val="0"/>
                <w:color w:val="203748"/>
                <w:sz w:val="18"/>
              </w:rPr>
              <w:t>Root mean square; here the square root of the mean of six squared, scaled component errors.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clamp</w:t>
            </w:r>
          </w:p>
        </w:tc>
        <w:tc>
          <w:tcPr>
            <w:tcW w:type="dxa" w:w="6760"/>
            <w:tcMar>
              <w:top w:w="80" w:type="dxa"/>
              <w:start w:w="120" w:type="dxa"/>
              <w:bottom w:w="80" w:type="dxa"/>
              <w:end w:w="120" w:type="dxa"/>
            </w:tcMar>
            <w:vAlign w:val="center"/>
          </w:tcPr>
          <w:p>
            <w:r>
              <w:rPr>
                <w:rFonts w:ascii="Calibri" w:hAnsi="Calibri"/>
                <w:b w:val="0"/>
                <w:color w:val="203748"/>
                <w:sz w:val="18"/>
              </w:rPr>
              <w:t>Restriction of a number to a closed minimum-maximum interval.</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light time</w:t>
            </w:r>
          </w:p>
        </w:tc>
        <w:tc>
          <w:tcPr>
            <w:tcW w:type="dxa" w:w="6760"/>
            <w:shd w:fill="F7FAFC"/>
            <w:tcMar>
              <w:top w:w="80" w:type="dxa"/>
              <w:start w:w="120" w:type="dxa"/>
              <w:bottom w:w="80" w:type="dxa"/>
              <w:end w:w="120" w:type="dxa"/>
            </w:tcMar>
            <w:vAlign w:val="center"/>
          </w:tcPr>
          <w:p>
            <w:r>
              <w:rPr>
                <w:rFonts w:ascii="Calibri" w:hAnsi="Calibri"/>
                <w:b w:val="0"/>
                <w:color w:val="203748"/>
                <w:sz w:val="18"/>
              </w:rPr>
              <w:t>Time required for light to travel from target to observer, shifting the evaluated emission epoch.</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precession / nutation</w:t>
            </w:r>
          </w:p>
        </w:tc>
        <w:tc>
          <w:tcPr>
            <w:tcW w:type="dxa" w:w="6760"/>
            <w:tcMar>
              <w:top w:w="80" w:type="dxa"/>
              <w:start w:w="120" w:type="dxa"/>
              <w:bottom w:w="80" w:type="dxa"/>
              <w:end w:w="120" w:type="dxa"/>
            </w:tcMar>
            <w:vAlign w:val="center"/>
          </w:tcPr>
          <w:p>
            <w:r>
              <w:rPr>
                <w:rFonts w:ascii="Calibri" w:hAnsi="Calibri"/>
                <w:b w:val="0"/>
                <w:color w:val="203748"/>
                <w:sz w:val="18"/>
              </w:rPr>
              <w:t>Slow secular and shorter-period changes in Earth's axis orientation.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GMST</w:t>
            </w:r>
          </w:p>
        </w:tc>
        <w:tc>
          <w:tcPr>
            <w:tcW w:type="dxa" w:w="6760"/>
            <w:shd w:fill="F7FAFC"/>
            <w:tcMar>
              <w:top w:w="80" w:type="dxa"/>
              <w:start w:w="120" w:type="dxa"/>
              <w:bottom w:w="80" w:type="dxa"/>
              <w:end w:w="120" w:type="dxa"/>
            </w:tcMar>
            <w:vAlign w:val="center"/>
          </w:tcPr>
          <w:p>
            <w:r>
              <w:rPr>
                <w:rFonts w:ascii="Calibri" w:hAnsi="Calibri"/>
                <w:b w:val="0"/>
                <w:color w:val="203748"/>
                <w:sz w:val="18"/>
              </w:rPr>
              <w:t>Greenwich mean sidereal time, the Earth rotation angle relative to the mean celestial frame.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Earth J2</w:t>
            </w:r>
          </w:p>
        </w:tc>
        <w:tc>
          <w:tcPr>
            <w:tcW w:type="dxa" w:w="6760"/>
            <w:tcMar>
              <w:top w:w="80" w:type="dxa"/>
              <w:start w:w="120" w:type="dxa"/>
              <w:bottom w:w="80" w:type="dxa"/>
              <w:end w:w="120" w:type="dxa"/>
            </w:tcMar>
            <w:vAlign w:val="center"/>
          </w:tcPr>
          <w:p>
            <w:r>
              <w:rPr>
                <w:rFonts w:ascii="Calibri" w:hAnsi="Calibri"/>
                <w:b w:val="0"/>
                <w:color w:val="203748"/>
                <w:sz w:val="18"/>
              </w:rPr>
              <w:t>Leading coefficient of Earth's gravity-field oblateness relative to an ideal point mass.</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Marsden A1/A2/A3</w:t>
            </w:r>
          </w:p>
        </w:tc>
        <w:tc>
          <w:tcPr>
            <w:tcW w:type="dxa" w:w="6760"/>
            <w:shd w:fill="F7FAFC"/>
            <w:tcMar>
              <w:top w:w="80" w:type="dxa"/>
              <w:start w:w="120" w:type="dxa"/>
              <w:bottom w:w="80" w:type="dxa"/>
              <w:end w:w="120" w:type="dxa"/>
            </w:tcMar>
            <w:vAlign w:val="center"/>
          </w:tcPr>
          <w:p>
            <w:r>
              <w:rPr>
                <w:rFonts w:ascii="Calibri" w:hAnsi="Calibri"/>
                <w:b w:val="0"/>
                <w:color w:val="203748"/>
                <w:sz w:val="18"/>
              </w:rPr>
              <w:t>Empirical comet acceleration in radial, transverse and normal directions.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RA / declination</w:t>
            </w:r>
          </w:p>
        </w:tc>
        <w:tc>
          <w:tcPr>
            <w:tcW w:type="dxa" w:w="6760"/>
            <w:tcMar>
              <w:top w:w="80" w:type="dxa"/>
              <w:start w:w="120" w:type="dxa"/>
              <w:bottom w:w="80" w:type="dxa"/>
              <w:end w:w="120" w:type="dxa"/>
            </w:tcMar>
            <w:vAlign w:val="center"/>
          </w:tcPr>
          <w:p>
            <w:r>
              <w:rPr>
                <w:rFonts w:ascii="Calibri" w:hAnsi="Calibri"/>
                <w:b w:val="0"/>
                <w:color w:val="203748"/>
                <w:sz w:val="18"/>
              </w:rPr>
              <w:t>Right ascension and declination, the equatorial coordinate pair of the apparent direction.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MPC rho factors</w:t>
            </w:r>
          </w:p>
        </w:tc>
        <w:tc>
          <w:tcPr>
            <w:tcW w:type="dxa" w:w="6760"/>
            <w:shd w:fill="F7FAFC"/>
            <w:tcMar>
              <w:top w:w="80" w:type="dxa"/>
              <w:start w:w="120" w:type="dxa"/>
              <w:bottom w:w="80" w:type="dxa"/>
              <w:end w:w="120" w:type="dxa"/>
            </w:tcMar>
            <w:vAlign w:val="center"/>
          </w:tcPr>
          <w:p>
            <w:r>
              <w:rPr>
                <w:rFonts w:ascii="Calibri" w:hAnsi="Calibri"/>
                <w:b w:val="0"/>
                <w:color w:val="203748"/>
                <w:sz w:val="18"/>
              </w:rPr>
              <w:t>Dimensionless Minor Planet Center site factors for distance from Earth's axis and equatorial plane.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arcsecond</w:t>
            </w:r>
          </w:p>
        </w:tc>
        <w:tc>
          <w:tcPr>
            <w:tcW w:type="dxa" w:w="6760"/>
            <w:tcMar>
              <w:top w:w="80" w:type="dxa"/>
              <w:start w:w="120" w:type="dxa"/>
              <w:bottom w:w="80" w:type="dxa"/>
              <w:end w:w="120" w:type="dxa"/>
            </w:tcMar>
            <w:vAlign w:val="center"/>
          </w:tcPr>
          <w:p>
            <w:r>
              <w:rPr>
                <w:rFonts w:ascii="Calibri" w:hAnsi="Calibri"/>
                <w:b w:val="0"/>
                <w:color w:val="203748"/>
                <w:sz w:val="18"/>
              </w:rPr>
              <w:t>1/3600 degree, denoted by the double-prime symbol.</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reference ephemeris / residual</w:t>
            </w:r>
          </w:p>
        </w:tc>
        <w:tc>
          <w:tcPr>
            <w:tcW w:type="dxa" w:w="6760"/>
            <w:shd w:fill="F7FAFC"/>
            <w:tcMar>
              <w:top w:w="80" w:type="dxa"/>
              <w:start w:w="120" w:type="dxa"/>
              <w:bottom w:w="80" w:type="dxa"/>
              <w:end w:w="120" w:type="dxa"/>
            </w:tcMar>
            <w:vAlign w:val="center"/>
          </w:tcPr>
          <w:p>
            <w:r>
              <w:rPr>
                <w:rFonts w:ascii="Calibri" w:hAnsi="Calibri"/>
                <w:b w:val="0"/>
                <w:color w:val="203748"/>
                <w:sz w:val="18"/>
              </w:rPr>
              <w:t>JPL Horizons comparison position and the remaining spherical angular separation.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covariance propagation</w:t>
            </w:r>
          </w:p>
        </w:tc>
        <w:tc>
          <w:tcPr>
            <w:tcW w:type="dxa" w:w="6760"/>
            <w:tcMar>
              <w:top w:w="80" w:type="dxa"/>
              <w:start w:w="120" w:type="dxa"/>
              <w:bottom w:w="80" w:type="dxa"/>
              <w:end w:w="120" w:type="dxa"/>
            </w:tcMar>
            <w:vAlign w:val="center"/>
          </w:tcPr>
          <w:p>
            <w:r>
              <w:rPr>
                <w:rFonts w:ascii="Calibri" w:hAnsi="Calibri"/>
                <w:b w:val="0"/>
                <w:color w:val="203748"/>
                <w:sz w:val="18"/>
              </w:rPr>
              <w:t>Propagation of statistical orbit uncertainties and correlations; outside this nominal core.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acceptance test</w:t>
            </w:r>
          </w:p>
        </w:tc>
        <w:tc>
          <w:tcPr>
            <w:tcW w:type="dxa" w:w="6760"/>
            <w:shd w:fill="F7FAFC"/>
            <w:tcMar>
              <w:top w:w="80" w:type="dxa"/>
              <w:start w:w="120" w:type="dxa"/>
              <w:bottom w:w="80" w:type="dxa"/>
              <w:end w:w="120" w:type="dxa"/>
            </w:tcMar>
            <w:vAlign w:val="center"/>
          </w:tcPr>
          <w:p>
            <w:r>
              <w:rPr>
                <w:rFonts w:ascii="Calibri" w:hAnsi="Calibri"/>
                <w:b w:val="0"/>
                <w:color w:val="203748"/>
                <w:sz w:val="18"/>
              </w:rPr>
              <w:t>Fixed comparison whose limit a port must meet before release.</w:t>
            </w:r>
          </w:p>
        </w:tc>
      </w:tr>
    </w:tbl>
    <w:p>
      <w:pPr>
        <w:spacing w:after="60"/>
      </w:pPr>
    </w:p>
    <w:p>
      <w:pPr>
        <w:spacing w:before="80" w:after="80"/>
      </w:pPr>
      <w:r>
        <w:rPr>
          <w:rFonts w:ascii="Calibri" w:hAnsi="Calibri"/>
          <w:b/>
          <w:i w:val="0"/>
          <w:color w:val="1F4D78"/>
          <w:sz w:val="18"/>
        </w:rPr>
        <w:t>Solar and terrestrial gravitational parameters are kept unambiguous.</w:t>
      </w:r>
    </w:p>
    <w:tbl>
      <w:tblPr>
        <w:tblStyle w:val="TableGrid"/>
        <w:tblW w:type="dxa" w:w="9360"/>
        <w:tblLayout w:type="fixed"/>
        <w:tblLook w:firstColumn="1" w:firstRow="1" w:lastColumn="0" w:lastRow="0" w:noHBand="0" w:noVBand="1" w:val="04A0"/>
        <w:tblInd w:w="120" w:type="dxa"/>
      </w:tblPr>
      <w:tblGrid>
        <w:gridCol w:w="2000"/>
        <w:gridCol w:w="4560"/>
        <w:gridCol w:w="2800"/>
      </w:tblGrid>
      <w:tr>
        <w:trPr>
          <w:tblHeader w:val="true"/>
          <w:cantSplit w:val="true"/>
        </w:trPr>
        <w:tc>
          <w:tcPr>
            <w:tcW w:type="dxa" w:w="2000"/>
            <w:shd w:fill="1F4D78"/>
            <w:tcMar>
              <w:top w:w="80" w:type="dxa"/>
              <w:start w:w="120" w:type="dxa"/>
              <w:bottom w:w="80" w:type="dxa"/>
              <w:end w:w="120" w:type="dxa"/>
            </w:tcMar>
            <w:vAlign w:val="center"/>
          </w:tcPr>
          <w:p>
            <w:r>
              <w:rPr>
                <w:rFonts w:ascii="Calibri" w:hAnsi="Calibri"/>
                <w:b/>
                <w:color w:val="FFFFFF"/>
                <w:sz w:val="19"/>
              </w:rPr>
              <w:t>Symbol</w:t>
            </w:r>
          </w:p>
        </w:tc>
        <w:tc>
          <w:tcPr>
            <w:tcW w:type="dxa" w:w="4560"/>
            <w:shd w:fill="1F4D78"/>
            <w:tcMar>
              <w:top w:w="80" w:type="dxa"/>
              <w:start w:w="120" w:type="dxa"/>
              <w:bottom w:w="80" w:type="dxa"/>
              <w:end w:w="120" w:type="dxa"/>
            </w:tcMar>
            <w:vAlign w:val="center"/>
          </w:tcPr>
          <w:p>
            <w:r>
              <w:rPr>
                <w:rFonts w:ascii="Calibri" w:hAnsi="Calibri"/>
                <w:b/>
                <w:color w:val="FFFFFF"/>
                <w:sz w:val="19"/>
              </w:rPr>
              <w:t>Meaning</w:t>
            </w:r>
          </w:p>
        </w:tc>
        <w:tc>
          <w:tcPr>
            <w:tcW w:type="dxa" w:w="2800"/>
            <w:shd w:fill="1F4D78"/>
            <w:tcMar>
              <w:top w:w="80" w:type="dxa"/>
              <w:start w:w="120" w:type="dxa"/>
              <w:bottom w:w="80" w:type="dxa"/>
              <w:end w:w="120" w:type="dxa"/>
            </w:tcMar>
            <w:vAlign w:val="center"/>
          </w:tcPr>
          <w:p>
            <w:r>
              <w:rPr>
                <w:rFonts w:ascii="Calibri" w:hAnsi="Calibri"/>
                <w:b/>
                <w:color w:val="FFFFFF"/>
                <w:sz w:val="19"/>
              </w:rPr>
              <w:t>Value or unit</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mu_sun = G*M_sun</w:t>
            </w:r>
          </w:p>
        </w:tc>
        <w:tc>
          <w:tcPr>
            <w:tcW w:type="dxa" w:w="4560"/>
            <w:tcMar>
              <w:top w:w="80" w:type="dxa"/>
              <w:start w:w="120" w:type="dxa"/>
              <w:bottom w:w="80" w:type="dxa"/>
              <w:end w:w="120" w:type="dxa"/>
            </w:tcMar>
            <w:vAlign w:val="center"/>
          </w:tcPr>
          <w:p>
            <w:r>
              <w:rPr>
                <w:rFonts w:ascii="Calibri" w:hAnsi="Calibri"/>
                <w:b w:val="0"/>
                <w:color w:val="203748"/>
                <w:sz w:val="18"/>
              </w:rPr>
              <w:t>Heliocentric gravitational parameter of the Sun</w:t>
            </w:r>
          </w:p>
        </w:tc>
        <w:tc>
          <w:tcPr>
            <w:tcW w:type="dxa" w:w="2800"/>
            <w:tcMar>
              <w:top w:w="80" w:type="dxa"/>
              <w:start w:w="120" w:type="dxa"/>
              <w:bottom w:w="80" w:type="dxa"/>
              <w:end w:w="120" w:type="dxa"/>
            </w:tcMar>
            <w:vAlign w:val="center"/>
          </w:tcPr>
          <w:p>
            <w:r>
              <w:rPr>
                <w:rFonts w:ascii="Calibri" w:hAnsi="Calibri"/>
                <w:b w:val="0"/>
                <w:color w:val="203748"/>
                <w:sz w:val="18"/>
              </w:rPr>
              <w:t>0.0002959122082855911 AU cubed/day squared</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mu_E = G*M_E</w:t>
            </w:r>
          </w:p>
        </w:tc>
        <w:tc>
          <w:tcPr>
            <w:tcW w:type="dxa" w:w="4560"/>
            <w:shd w:fill="F7FAFC"/>
            <w:tcMar>
              <w:top w:w="80" w:type="dxa"/>
              <w:start w:w="120" w:type="dxa"/>
              <w:bottom w:w="80" w:type="dxa"/>
              <w:end w:w="120" w:type="dxa"/>
            </w:tcMar>
            <w:vAlign w:val="center"/>
          </w:tcPr>
          <w:p>
            <w:r>
              <w:rPr>
                <w:rFonts w:ascii="Calibri" w:hAnsi="Calibri"/>
                <w:b w:val="0"/>
                <w:color w:val="203748"/>
                <w:sz w:val="18"/>
              </w:rPr>
              <w:t>Geocentric gravitational parameter of Earth</w:t>
            </w:r>
          </w:p>
        </w:tc>
        <w:tc>
          <w:tcPr>
            <w:tcW w:type="dxa" w:w="2800"/>
            <w:shd w:fill="F7FAFC"/>
            <w:tcMar>
              <w:top w:w="80" w:type="dxa"/>
              <w:start w:w="120" w:type="dxa"/>
              <w:bottom w:w="80" w:type="dxa"/>
              <w:end w:w="120" w:type="dxa"/>
            </w:tcMar>
            <w:vAlign w:val="center"/>
          </w:tcPr>
          <w:p>
            <w:r>
              <w:rPr>
                <w:rFonts w:ascii="Calibri" w:hAnsi="Calibri"/>
                <w:b w:val="0"/>
                <w:color w:val="203748"/>
                <w:sz w:val="18"/>
              </w:rPr>
              <w:t>8.887692445125148326e-10 AU cubed/day squared</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mu_Moon = G*M_Moon</w:t>
            </w:r>
          </w:p>
        </w:tc>
        <w:tc>
          <w:tcPr>
            <w:tcW w:type="dxa" w:w="4560"/>
            <w:tcMar>
              <w:top w:w="80" w:type="dxa"/>
              <w:start w:w="120" w:type="dxa"/>
              <w:bottom w:w="80" w:type="dxa"/>
              <w:end w:w="120" w:type="dxa"/>
            </w:tcMar>
            <w:vAlign w:val="center"/>
          </w:tcPr>
          <w:p>
            <w:r>
              <w:rPr>
                <w:rFonts w:ascii="Calibri" w:hAnsi="Calibri"/>
                <w:b w:val="0"/>
                <w:color w:val="203748"/>
                <w:sz w:val="18"/>
              </w:rPr>
              <w:t>Gravitational parameter of the Moon</w:t>
            </w:r>
          </w:p>
        </w:tc>
        <w:tc>
          <w:tcPr>
            <w:tcW w:type="dxa" w:w="2800"/>
            <w:tcMar>
              <w:top w:w="80" w:type="dxa"/>
              <w:start w:w="120" w:type="dxa"/>
              <w:bottom w:w="80" w:type="dxa"/>
              <w:end w:w="120" w:type="dxa"/>
            </w:tcMar>
            <w:vAlign w:val="center"/>
          </w:tcPr>
          <w:p>
            <w:r>
              <w:rPr>
                <w:rFonts w:ascii="Calibri" w:hAnsi="Calibri"/>
                <w:b w:val="0"/>
                <w:color w:val="203748"/>
                <w:sz w:val="18"/>
              </w:rPr>
              <w:t>1.09318946230584718e-11 AU cubed/day squared</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eta_b = mu_b/mu_sun</w:t>
            </w:r>
          </w:p>
        </w:tc>
        <w:tc>
          <w:tcPr>
            <w:tcW w:type="dxa" w:w="4560"/>
            <w:shd w:fill="F7FAFC"/>
            <w:tcMar>
              <w:top w:w="80" w:type="dxa"/>
              <w:start w:w="120" w:type="dxa"/>
              <w:bottom w:w="80" w:type="dxa"/>
              <w:end w:w="120" w:type="dxa"/>
            </w:tcMar>
            <w:vAlign w:val="center"/>
          </w:tcPr>
          <w:p>
            <w:r>
              <w:rPr>
                <w:rFonts w:ascii="Calibri" w:hAnsi="Calibri"/>
                <w:b w:val="0"/>
                <w:color w:val="203748"/>
                <w:sz w:val="18"/>
              </w:rPr>
              <w:t>Mass ratio of perturbing body b to the Sun</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r, v, a</w:t>
            </w:r>
          </w:p>
        </w:tc>
        <w:tc>
          <w:tcPr>
            <w:tcW w:type="dxa" w:w="4560"/>
            <w:tcMar>
              <w:top w:w="80" w:type="dxa"/>
              <w:start w:w="120" w:type="dxa"/>
              <w:bottom w:w="80" w:type="dxa"/>
              <w:end w:w="120" w:type="dxa"/>
            </w:tcMar>
            <w:vAlign w:val="center"/>
          </w:tcPr>
          <w:p>
            <w:r>
              <w:rPr>
                <w:rFonts w:ascii="Calibri" w:hAnsi="Calibri"/>
                <w:b w:val="0"/>
                <w:color w:val="203748"/>
                <w:sz w:val="18"/>
              </w:rPr>
              <w:t>Position, velocity and acceleration vector</w:t>
            </w:r>
          </w:p>
        </w:tc>
        <w:tc>
          <w:tcPr>
            <w:tcW w:type="dxa" w:w="2800"/>
            <w:tcMar>
              <w:top w:w="80" w:type="dxa"/>
              <w:start w:w="120" w:type="dxa"/>
              <w:bottom w:w="80" w:type="dxa"/>
              <w:end w:w="120" w:type="dxa"/>
            </w:tcMar>
            <w:vAlign w:val="center"/>
          </w:tcPr>
          <w:p>
            <w:r>
              <w:rPr>
                <w:rFonts w:ascii="Calibri" w:hAnsi="Calibri"/>
                <w:b w:val="0"/>
                <w:color w:val="203748"/>
                <w:sz w:val="18"/>
              </w:rPr>
              <w:t>AU; AU/day; AU/day squared</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t0, Tp, Delta</w:t>
            </w:r>
          </w:p>
        </w:tc>
        <w:tc>
          <w:tcPr>
            <w:tcW w:type="dxa" w:w="4560"/>
            <w:shd w:fill="F7FAFC"/>
            <w:tcMar>
              <w:top w:w="80" w:type="dxa"/>
              <w:start w:w="120" w:type="dxa"/>
              <w:bottom w:w="80" w:type="dxa"/>
              <w:end w:w="120" w:type="dxa"/>
            </w:tcMar>
            <w:vAlign w:val="center"/>
          </w:tcPr>
          <w:p>
            <w:r>
              <w:rPr>
                <w:rFonts w:ascii="Calibri" w:hAnsi="Calibri"/>
                <w:b w:val="0"/>
                <w:color w:val="203748"/>
                <w:sz w:val="18"/>
              </w:rPr>
              <w:t>Element epoch, perihelion epoch and t0-Tp</w:t>
            </w:r>
          </w:p>
        </w:tc>
        <w:tc>
          <w:tcPr>
            <w:tcW w:type="dxa" w:w="2800"/>
            <w:shd w:fill="F7FAFC"/>
            <w:tcMar>
              <w:top w:w="80" w:type="dxa"/>
              <w:start w:w="120" w:type="dxa"/>
              <w:bottom w:w="80" w:type="dxa"/>
              <w:end w:w="120" w:type="dxa"/>
            </w:tcMar>
            <w:vAlign w:val="center"/>
          </w:tcPr>
          <w:p>
            <w:r>
              <w:rPr>
                <w:rFonts w:ascii="Calibri" w:hAnsi="Calibri"/>
                <w:b w:val="0"/>
                <w:color w:val="203748"/>
                <w:sz w:val="18"/>
              </w:rPr>
              <w:t>JD or days</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q, a, p, e</w:t>
            </w:r>
          </w:p>
        </w:tc>
        <w:tc>
          <w:tcPr>
            <w:tcW w:type="dxa" w:w="4560"/>
            <w:tcMar>
              <w:top w:w="80" w:type="dxa"/>
              <w:start w:w="120" w:type="dxa"/>
              <w:bottom w:w="80" w:type="dxa"/>
              <w:end w:w="120" w:type="dxa"/>
            </w:tcMar>
            <w:vAlign w:val="center"/>
          </w:tcPr>
          <w:p>
            <w:r>
              <w:rPr>
                <w:rFonts w:ascii="Calibri" w:hAnsi="Calibri"/>
                <w:b w:val="0"/>
                <w:color w:val="203748"/>
                <w:sz w:val="18"/>
              </w:rPr>
              <w:t>Perihelion distance, semimajor axis, semilatus rectum and eccentricity</w:t>
            </w:r>
          </w:p>
        </w:tc>
        <w:tc>
          <w:tcPr>
            <w:tcW w:type="dxa" w:w="2800"/>
            <w:tcMar>
              <w:top w:w="80" w:type="dxa"/>
              <w:start w:w="120" w:type="dxa"/>
              <w:bottom w:w="80" w:type="dxa"/>
              <w:end w:w="120" w:type="dxa"/>
            </w:tcMar>
            <w:vAlign w:val="center"/>
          </w:tcPr>
          <w:p>
            <w:r>
              <w:rPr>
                <w:rFonts w:ascii="Calibri" w:hAnsi="Calibri"/>
                <w:b w:val="0"/>
                <w:color w:val="203748"/>
                <w:sz w:val="18"/>
              </w:rPr>
              <w:t>AU or dimensionless</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M, E, H, nu</w:t>
            </w:r>
          </w:p>
        </w:tc>
        <w:tc>
          <w:tcPr>
            <w:tcW w:type="dxa" w:w="4560"/>
            <w:shd w:fill="F7FAFC"/>
            <w:tcMar>
              <w:top w:w="80" w:type="dxa"/>
              <w:start w:w="120" w:type="dxa"/>
              <w:bottom w:w="80" w:type="dxa"/>
              <w:end w:w="120" w:type="dxa"/>
            </w:tcMar>
            <w:vAlign w:val="center"/>
          </w:tcPr>
          <w:p>
            <w:r>
              <w:rPr>
                <w:rFonts w:ascii="Calibri" w:hAnsi="Calibri"/>
                <w:b w:val="0"/>
                <w:color w:val="203748"/>
                <w:sz w:val="18"/>
              </w:rPr>
              <w:t>Mean, eccentric, hyperbolic and true anomaly</w:t>
            </w:r>
          </w:p>
        </w:tc>
        <w:tc>
          <w:tcPr>
            <w:tcW w:type="dxa" w:w="2800"/>
            <w:shd w:fill="F7FAFC"/>
            <w:tcMar>
              <w:top w:w="80" w:type="dxa"/>
              <w:start w:w="120" w:type="dxa"/>
              <w:bottom w:w="80" w:type="dxa"/>
              <w:end w:w="120" w:type="dxa"/>
            </w:tcMar>
            <w:vAlign w:val="center"/>
          </w:tcPr>
          <w:p>
            <w:r>
              <w:rPr>
                <w:rFonts w:ascii="Calibri" w:hAnsi="Calibri"/>
                <w:b w:val="0"/>
                <w:color w:val="203748"/>
                <w:sz w:val="18"/>
              </w:rPr>
              <w:t>radians</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Omega, omega, i</w:t>
            </w:r>
          </w:p>
        </w:tc>
        <w:tc>
          <w:tcPr>
            <w:tcW w:type="dxa" w:w="4560"/>
            <w:tcMar>
              <w:top w:w="80" w:type="dxa"/>
              <w:start w:w="120" w:type="dxa"/>
              <w:bottom w:w="80" w:type="dxa"/>
              <w:end w:w="120" w:type="dxa"/>
            </w:tcMar>
            <w:vAlign w:val="center"/>
          </w:tcPr>
          <w:p>
            <w:r>
              <w:rPr>
                <w:rFonts w:ascii="Calibri" w:hAnsi="Calibri"/>
                <w:b w:val="0"/>
                <w:color w:val="203748"/>
                <w:sz w:val="18"/>
              </w:rPr>
              <w:t>Ascending node, argument of perihelion and inclination</w:t>
            </w:r>
          </w:p>
        </w:tc>
        <w:tc>
          <w:tcPr>
            <w:tcW w:type="dxa" w:w="2800"/>
            <w:tcMar>
              <w:top w:w="80" w:type="dxa"/>
              <w:start w:w="120" w:type="dxa"/>
              <w:bottom w:w="80" w:type="dxa"/>
              <w:end w:w="120" w:type="dxa"/>
            </w:tcMar>
            <w:vAlign w:val="center"/>
          </w:tcPr>
          <w:p>
            <w:r>
              <w:rPr>
                <w:rFonts w:ascii="Calibri" w:hAnsi="Calibri"/>
                <w:b w:val="0"/>
                <w:color w:val="203748"/>
                <w:sz w:val="18"/>
              </w:rPr>
              <w:t>input degrees; internal radians</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c</w:t>
            </w:r>
          </w:p>
        </w:tc>
        <w:tc>
          <w:tcPr>
            <w:tcW w:type="dxa" w:w="4560"/>
            <w:shd w:fill="F7FAFC"/>
            <w:tcMar>
              <w:top w:w="80" w:type="dxa"/>
              <w:start w:w="120" w:type="dxa"/>
              <w:bottom w:w="80" w:type="dxa"/>
              <w:end w:w="120" w:type="dxa"/>
            </w:tcMar>
            <w:vAlign w:val="center"/>
          </w:tcPr>
          <w:p>
            <w:r>
              <w:rPr>
                <w:rFonts w:ascii="Calibri" w:hAnsi="Calibri"/>
                <w:b w:val="0"/>
                <w:color w:val="203748"/>
                <w:sz w:val="18"/>
              </w:rPr>
              <w:t>Speed of light</w:t>
            </w:r>
          </w:p>
        </w:tc>
        <w:tc>
          <w:tcPr>
            <w:tcW w:type="dxa" w:w="2800"/>
            <w:shd w:fill="F7FAFC"/>
            <w:tcMar>
              <w:top w:w="80" w:type="dxa"/>
              <w:start w:w="120" w:type="dxa"/>
              <w:bottom w:w="80" w:type="dxa"/>
              <w:end w:w="120" w:type="dxa"/>
            </w:tcMar>
            <w:vAlign w:val="center"/>
          </w:tcPr>
          <w:p>
            <w:r>
              <w:rPr>
                <w:rFonts w:ascii="Calibri" w:hAnsi="Calibri"/>
                <w:b w:val="0"/>
                <w:color w:val="203748"/>
                <w:sz w:val="18"/>
              </w:rPr>
              <w:t>173.144632674240 AU/day</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rho</w:t>
            </w:r>
          </w:p>
        </w:tc>
        <w:tc>
          <w:tcPr>
            <w:tcW w:type="dxa" w:w="4560"/>
            <w:tcMar>
              <w:top w:w="80" w:type="dxa"/>
              <w:start w:w="120" w:type="dxa"/>
              <w:bottom w:w="80" w:type="dxa"/>
              <w:end w:w="120" w:type="dxa"/>
            </w:tcMar>
            <w:vAlign w:val="center"/>
          </w:tcPr>
          <w:p>
            <w:r>
              <w:rPr>
                <w:rFonts w:ascii="Calibri" w:hAnsi="Calibri"/>
                <w:b w:val="0"/>
                <w:color w:val="203748"/>
                <w:sz w:val="18"/>
              </w:rPr>
              <w:t>Topocentric target vector, or Earth distance in the J2 section</w:t>
            </w:r>
          </w:p>
        </w:tc>
        <w:tc>
          <w:tcPr>
            <w:tcW w:type="dxa" w:w="2800"/>
            <w:tcMar>
              <w:top w:w="80" w:type="dxa"/>
              <w:start w:w="120" w:type="dxa"/>
              <w:bottom w:w="80" w:type="dxa"/>
              <w:end w:w="120" w:type="dxa"/>
            </w:tcMar>
            <w:vAlign w:val="center"/>
          </w:tcPr>
          <w:p>
            <w:r>
              <w:rPr>
                <w:rFonts w:ascii="Calibri" w:hAnsi="Calibri"/>
                <w:b w:val="0"/>
                <w:color w:val="203748"/>
                <w:sz w:val="18"/>
              </w:rPr>
              <w:t>AU</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J2, R_E</w:t>
            </w:r>
          </w:p>
        </w:tc>
        <w:tc>
          <w:tcPr>
            <w:tcW w:type="dxa" w:w="4560"/>
            <w:shd w:fill="F7FAFC"/>
            <w:tcMar>
              <w:top w:w="80" w:type="dxa"/>
              <w:start w:w="120" w:type="dxa"/>
              <w:bottom w:w="80" w:type="dxa"/>
              <w:end w:w="120" w:type="dxa"/>
            </w:tcMar>
            <w:vAlign w:val="center"/>
          </w:tcPr>
          <w:p>
            <w:r>
              <w:rPr>
                <w:rFonts w:ascii="Calibri" w:hAnsi="Calibri"/>
                <w:b w:val="0"/>
                <w:color w:val="203748"/>
                <w:sz w:val="18"/>
              </w:rPr>
              <w:t>Earth oblateness coefficient and equatorial radius</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dimensionless and AU</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A1, A2, A3</w:t>
            </w:r>
          </w:p>
        </w:tc>
        <w:tc>
          <w:tcPr>
            <w:tcW w:type="dxa" w:w="4560"/>
            <w:tcMar>
              <w:top w:w="80" w:type="dxa"/>
              <w:start w:w="120" w:type="dxa"/>
              <w:bottom w:w="80" w:type="dxa"/>
              <w:end w:w="120" w:type="dxa"/>
            </w:tcMar>
            <w:vAlign w:val="center"/>
          </w:tcPr>
          <w:p>
            <w:r>
              <w:rPr>
                <w:rFonts w:ascii="Calibri" w:hAnsi="Calibri"/>
                <w:b w:val="0"/>
                <w:color w:val="203748"/>
                <w:sz w:val="18"/>
              </w:rPr>
              <w:t>Marsden non-gravitational parameters</w:t>
            </w:r>
          </w:p>
        </w:tc>
        <w:tc>
          <w:tcPr>
            <w:tcW w:type="dxa" w:w="2800"/>
            <w:tcMar>
              <w:top w:w="80" w:type="dxa"/>
              <w:start w:w="120" w:type="dxa"/>
              <w:bottom w:w="80" w:type="dxa"/>
              <w:end w:w="120" w:type="dxa"/>
            </w:tcMar>
            <w:vAlign w:val="center"/>
          </w:tcPr>
          <w:p>
            <w:r>
              <w:rPr>
                <w:rFonts w:ascii="Calibri" w:hAnsi="Calibri"/>
                <w:b w:val="0"/>
                <w:color w:val="203748"/>
                <w:sz w:val="18"/>
              </w:rPr>
              <w:t>AU/day squared</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T</w:t>
            </w:r>
          </w:p>
        </w:tc>
        <w:tc>
          <w:tcPr>
            <w:tcW w:type="dxa" w:w="4560"/>
            <w:shd w:fill="F7FAFC"/>
            <w:tcMar>
              <w:top w:w="80" w:type="dxa"/>
              <w:start w:w="120" w:type="dxa"/>
              <w:bottom w:w="80" w:type="dxa"/>
              <w:end w:w="120" w:type="dxa"/>
            </w:tcMar>
            <w:vAlign w:val="center"/>
          </w:tcPr>
          <w:p>
            <w:r>
              <w:rPr>
                <w:rFonts w:ascii="Calibri" w:hAnsi="Calibri"/>
                <w:b w:val="0"/>
                <w:color w:val="203748"/>
                <w:sz w:val="18"/>
              </w:rPr>
              <w:t>Julian centuries since J2000</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dimensionless</w:t>
            </w:r>
          </w:p>
        </w:tc>
      </w:tr>
    </w:tbl>
    <w:p>
      <w:pPr>
        <w:spacing w:after="60"/>
      </w:pPr>
    </w:p>
    <w:p>
      <w:pPr>
        <w:pStyle w:val="Heading1"/>
      </w:pPr>
      <w:r>
        <w:t>2. Conventions, gravitational parameters and base quantities</w:t>
      </w:r>
    </w:p>
    <w:p>
      <w:pPr>
        <w:jc w:val="left"/>
      </w:pPr>
      <w:r>
        <w:t>The dynamical state y=[x,y,z,vx,vy,vz] is heliocentric, right-handed and referred to the equatorial J2000 frame. Position is in AU, velocity in AU/day and acceleration in AU/day squared. Internal angles are radians; public orbital elements, geographic inputs and result angles are degrees.</w:t>
      </w:r>
    </w:p>
    <w:p>
      <w:pPr>
        <w:jc w:val="left"/>
      </w:pPr>
      <w:r>
        <w:t>The symbol mu denotes a gravitational parameter mu=G*M, the product of gravitational constant G and body mass M. To avoid ambiguity this article always writes mu_sun=G*M_sun for the Sun and mu_E=G*M_E for Earth. For a perturbing body b, eta_b=mu_b/mu_sun=M_b/M_sun.</w:t>
      </w:r>
    </w:p>
    <w:tbl>
      <w:tblPr>
        <w:tblStyle w:val="TableGrid"/>
        <w:tblW w:type="dxa" w:w="9360"/>
        <w:tblLayout w:type="fixed"/>
        <w:tblLook w:firstColumn="1" w:firstRow="1" w:lastColumn="0" w:lastRow="0" w:noHBand="0" w:noVBand="1" w:val="04A0"/>
        <w:tblInd w:w="120" w:type="dxa"/>
      </w:tblPr>
      <w:tblGrid>
        <w:gridCol w:w="2500"/>
        <w:gridCol w:w="4300"/>
        <w:gridCol w:w="2560"/>
      </w:tblGrid>
      <w:tr>
        <w:trPr>
          <w:tblHeader w:val="true"/>
          <w:cantSplit w:val="true"/>
        </w:trPr>
        <w:tc>
          <w:tcPr>
            <w:tcW w:type="dxa" w:w="2500"/>
            <w:shd w:fill="1F4D78"/>
            <w:tcMar>
              <w:top w:w="80" w:type="dxa"/>
              <w:start w:w="120" w:type="dxa"/>
              <w:bottom w:w="80" w:type="dxa"/>
              <w:end w:w="120" w:type="dxa"/>
            </w:tcMar>
            <w:vAlign w:val="center"/>
          </w:tcPr>
          <w:p>
            <w:r>
              <w:rPr>
                <w:rFonts w:ascii="Calibri" w:hAnsi="Calibri"/>
                <w:b/>
                <w:color w:val="FFFFFF"/>
                <w:sz w:val="19"/>
              </w:rPr>
              <w:t>Quantity</w:t>
            </w:r>
          </w:p>
        </w:tc>
        <w:tc>
          <w:tcPr>
            <w:tcW w:type="dxa" w:w="4300"/>
            <w:shd w:fill="1F4D78"/>
            <w:tcMar>
              <w:top w:w="80" w:type="dxa"/>
              <w:start w:w="120" w:type="dxa"/>
              <w:bottom w:w="80" w:type="dxa"/>
              <w:end w:w="120" w:type="dxa"/>
            </w:tcMar>
            <w:vAlign w:val="center"/>
          </w:tcPr>
          <w:p>
            <w:r>
              <w:rPr>
                <w:rFonts w:ascii="Calibri" w:hAnsi="Calibri"/>
                <w:b/>
                <w:color w:val="FFFFFF"/>
                <w:sz w:val="19"/>
              </w:rPr>
              <w:t>Exact value</w:t>
            </w:r>
          </w:p>
        </w:tc>
        <w:tc>
          <w:tcPr>
            <w:tcW w:type="dxa" w:w="2560"/>
            <w:shd w:fill="1F4D78"/>
            <w:tcMar>
              <w:top w:w="80" w:type="dxa"/>
              <w:start w:w="120" w:type="dxa"/>
              <w:bottom w:w="80" w:type="dxa"/>
              <w:end w:w="120" w:type="dxa"/>
            </w:tcMar>
            <w:vAlign w:val="center"/>
          </w:tcPr>
          <w:p>
            <w:r>
              <w:rPr>
                <w:rFonts w:ascii="Calibri" w:hAnsi="Calibri"/>
                <w:b/>
                <w:color w:val="FFFFFF"/>
                <w:sz w:val="19"/>
              </w:rPr>
              <w:t>Unit</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pi</w:t>
            </w:r>
          </w:p>
        </w:tc>
        <w:tc>
          <w:tcPr>
            <w:tcW w:type="dxa" w:w="4300"/>
            <w:tcMar>
              <w:top w:w="80" w:type="dxa"/>
              <w:start w:w="120" w:type="dxa"/>
              <w:bottom w:w="80" w:type="dxa"/>
              <w:end w:w="120" w:type="dxa"/>
            </w:tcMar>
            <w:vAlign w:val="center"/>
          </w:tcPr>
          <w:p>
            <w:r>
              <w:rPr>
                <w:rFonts w:ascii="Calibri" w:hAnsi="Calibri"/>
                <w:b w:val="0"/>
                <w:color w:val="203748"/>
                <w:sz w:val="18"/>
              </w:rPr>
              <w:t>3.141592653589793238462643383279502884</w:t>
            </w:r>
          </w:p>
        </w:tc>
        <w:tc>
          <w:tcPr>
            <w:tcW w:type="dxa" w:w="2560"/>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AU</w:t>
            </w:r>
          </w:p>
        </w:tc>
        <w:tc>
          <w:tcPr>
            <w:tcW w:type="dxa" w:w="4300"/>
            <w:shd w:fill="F7FAFC"/>
            <w:tcMar>
              <w:top w:w="80" w:type="dxa"/>
              <w:start w:w="120" w:type="dxa"/>
              <w:bottom w:w="80" w:type="dxa"/>
              <w:end w:w="120" w:type="dxa"/>
            </w:tcMar>
            <w:vAlign w:val="center"/>
          </w:tcPr>
          <w:p>
            <w:r>
              <w:rPr>
                <w:rFonts w:ascii="Calibri" w:hAnsi="Calibri"/>
                <w:b w:val="0"/>
                <w:color w:val="203748"/>
                <w:sz w:val="18"/>
              </w:rPr>
              <w:t>149597870.7</w:t>
            </w:r>
          </w:p>
        </w:tc>
        <w:tc>
          <w:tcPr>
            <w:tcW w:type="dxa" w:w="2560"/>
            <w:shd w:fill="F7FAFC"/>
            <w:tcMar>
              <w:top w:w="80" w:type="dxa"/>
              <w:start w:w="120" w:type="dxa"/>
              <w:bottom w:w="80" w:type="dxa"/>
              <w:end w:w="120" w:type="dxa"/>
            </w:tcMar>
            <w:vAlign w:val="center"/>
          </w:tcPr>
          <w:p>
            <w:r>
              <w:rPr>
                <w:rFonts w:ascii="Calibri" w:hAnsi="Calibri"/>
                <w:b w:val="0"/>
                <w:color w:val="203748"/>
                <w:sz w:val="18"/>
              </w:rPr>
              <w:t>km</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mu_sun = G*M_sun</w:t>
            </w:r>
          </w:p>
        </w:tc>
        <w:tc>
          <w:tcPr>
            <w:tcW w:type="dxa" w:w="4300"/>
            <w:tcMar>
              <w:top w:w="80" w:type="dxa"/>
              <w:start w:w="120" w:type="dxa"/>
              <w:bottom w:w="80" w:type="dxa"/>
              <w:end w:w="120" w:type="dxa"/>
            </w:tcMar>
            <w:vAlign w:val="center"/>
          </w:tcPr>
          <w:p>
            <w:r>
              <w:rPr>
                <w:rFonts w:ascii="Calibri" w:hAnsi="Calibri"/>
                <w:b w:val="0"/>
                <w:color w:val="203748"/>
                <w:sz w:val="18"/>
              </w:rPr>
              <w:t>0.0002959122082855911</w:t>
            </w:r>
          </w:p>
        </w:tc>
        <w:tc>
          <w:tcPr>
            <w:tcW w:type="dxa" w:w="2560"/>
            <w:tcMar>
              <w:top w:w="80" w:type="dxa"/>
              <w:start w:w="120" w:type="dxa"/>
              <w:bottom w:w="80" w:type="dxa"/>
              <w:end w:w="120" w:type="dxa"/>
            </w:tcMar>
            <w:vAlign w:val="center"/>
          </w:tcPr>
          <w:p>
            <w:r>
              <w:rPr>
                <w:rFonts w:ascii="Calibri" w:hAnsi="Calibri"/>
                <w:b w:val="0"/>
                <w:color w:val="203748"/>
                <w:sz w:val="18"/>
              </w:rPr>
              <w:t>AU cubed/day squared</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mu_E = G*M_E</w:t>
            </w:r>
          </w:p>
        </w:tc>
        <w:tc>
          <w:tcPr>
            <w:tcW w:type="dxa" w:w="4300"/>
            <w:shd w:fill="F7FAFC"/>
            <w:tcMar>
              <w:top w:w="80" w:type="dxa"/>
              <w:start w:w="120" w:type="dxa"/>
              <w:bottom w:w="80" w:type="dxa"/>
              <w:end w:w="120" w:type="dxa"/>
            </w:tcMar>
            <w:vAlign w:val="center"/>
          </w:tcPr>
          <w:p>
            <w:r>
              <w:rPr>
                <w:rFonts w:ascii="Calibri" w:hAnsi="Calibri"/>
                <w:b w:val="0"/>
                <w:color w:val="203748"/>
                <w:sz w:val="18"/>
              </w:rPr>
              <w:t>8.887692445125148326e-10</w:t>
            </w:r>
          </w:p>
        </w:tc>
        <w:tc>
          <w:tcPr>
            <w:tcW w:type="dxa" w:w="2560"/>
            <w:shd w:fill="F7FAFC"/>
            <w:tcMar>
              <w:top w:w="80" w:type="dxa"/>
              <w:start w:w="120" w:type="dxa"/>
              <w:bottom w:w="80" w:type="dxa"/>
              <w:end w:w="120" w:type="dxa"/>
            </w:tcMar>
            <w:vAlign w:val="center"/>
          </w:tcPr>
          <w:p>
            <w:r>
              <w:rPr>
                <w:rFonts w:ascii="Calibri" w:hAnsi="Calibri"/>
                <w:b w:val="0"/>
                <w:color w:val="203748"/>
                <w:sz w:val="18"/>
              </w:rPr>
              <w:t>AU cubed/day squared</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mu_Moon = G*M_Moon</w:t>
            </w:r>
          </w:p>
        </w:tc>
        <w:tc>
          <w:tcPr>
            <w:tcW w:type="dxa" w:w="4300"/>
            <w:tcMar>
              <w:top w:w="80" w:type="dxa"/>
              <w:start w:w="120" w:type="dxa"/>
              <w:bottom w:w="80" w:type="dxa"/>
              <w:end w:w="120" w:type="dxa"/>
            </w:tcMar>
            <w:vAlign w:val="center"/>
          </w:tcPr>
          <w:p>
            <w:r>
              <w:rPr>
                <w:rFonts w:ascii="Calibri" w:hAnsi="Calibri"/>
                <w:b w:val="0"/>
                <w:color w:val="203748"/>
                <w:sz w:val="18"/>
              </w:rPr>
              <w:t>1.09318946230584718e-11</w:t>
            </w:r>
          </w:p>
        </w:tc>
        <w:tc>
          <w:tcPr>
            <w:tcW w:type="dxa" w:w="2560"/>
            <w:tcMar>
              <w:top w:w="80" w:type="dxa"/>
              <w:start w:w="120" w:type="dxa"/>
              <w:bottom w:w="80" w:type="dxa"/>
              <w:end w:w="120" w:type="dxa"/>
            </w:tcMar>
            <w:vAlign w:val="center"/>
          </w:tcPr>
          <w:p>
            <w:r>
              <w:rPr>
                <w:rFonts w:ascii="Calibri" w:hAnsi="Calibri"/>
                <w:b w:val="0"/>
                <w:color w:val="203748"/>
                <w:sz w:val="18"/>
              </w:rPr>
              <w:t>AU cubed/day squared</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speed of light</w:t>
            </w:r>
          </w:p>
        </w:tc>
        <w:tc>
          <w:tcPr>
            <w:tcW w:type="dxa" w:w="4300"/>
            <w:shd w:fill="F7FAFC"/>
            <w:tcMar>
              <w:top w:w="80" w:type="dxa"/>
              <w:start w:w="120" w:type="dxa"/>
              <w:bottom w:w="80" w:type="dxa"/>
              <w:end w:w="120" w:type="dxa"/>
            </w:tcMar>
            <w:vAlign w:val="center"/>
          </w:tcPr>
          <w:p>
            <w:r>
              <w:rPr>
                <w:rFonts w:ascii="Calibri" w:hAnsi="Calibri"/>
                <w:b w:val="0"/>
                <w:color w:val="203748"/>
                <w:sz w:val="18"/>
              </w:rPr>
              <w:t>173.144632674240</w:t>
            </w:r>
          </w:p>
        </w:tc>
        <w:tc>
          <w:tcPr>
            <w:tcW w:type="dxa" w:w="2560"/>
            <w:shd w:fill="F7FAFC"/>
            <w:tcMar>
              <w:top w:w="80" w:type="dxa"/>
              <w:start w:w="120" w:type="dxa"/>
              <w:bottom w:w="80" w:type="dxa"/>
              <w:end w:w="120" w:type="dxa"/>
            </w:tcMar>
            <w:vAlign w:val="center"/>
          </w:tcPr>
          <w:p>
            <w:r>
              <w:rPr>
                <w:rFonts w:ascii="Calibri" w:hAnsi="Calibri"/>
                <w:b w:val="0"/>
                <w:color w:val="203748"/>
                <w:sz w:val="18"/>
              </w:rPr>
              <w:t>AU/day</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light time</w:t>
            </w:r>
          </w:p>
        </w:tc>
        <w:tc>
          <w:tcPr>
            <w:tcW w:type="dxa" w:w="4300"/>
            <w:tcMar>
              <w:top w:w="80" w:type="dxa"/>
              <w:start w:w="120" w:type="dxa"/>
              <w:bottom w:w="80" w:type="dxa"/>
              <w:end w:w="120" w:type="dxa"/>
            </w:tcMar>
            <w:vAlign w:val="center"/>
          </w:tcPr>
          <w:p>
            <w:r>
              <w:rPr>
                <w:rFonts w:ascii="Calibri" w:hAnsi="Calibri"/>
                <w:b w:val="0"/>
                <w:color w:val="203748"/>
                <w:sz w:val="18"/>
              </w:rPr>
              <w:t>0.0057755183</w:t>
            </w:r>
          </w:p>
        </w:tc>
        <w:tc>
          <w:tcPr>
            <w:tcW w:type="dxa" w:w="2560"/>
            <w:tcMar>
              <w:top w:w="80" w:type="dxa"/>
              <w:start w:w="120" w:type="dxa"/>
              <w:bottom w:w="80" w:type="dxa"/>
              <w:end w:w="120" w:type="dxa"/>
            </w:tcMar>
            <w:vAlign w:val="center"/>
          </w:tcPr>
          <w:p>
            <w:r>
              <w:rPr>
                <w:rFonts w:ascii="Calibri" w:hAnsi="Calibri"/>
                <w:b w:val="0"/>
                <w:color w:val="203748"/>
                <w:sz w:val="18"/>
              </w:rPr>
              <w:t>day/AU</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Earth/Sun mass</w:t>
            </w:r>
          </w:p>
        </w:tc>
        <w:tc>
          <w:tcPr>
            <w:tcW w:type="dxa" w:w="4300"/>
            <w:shd w:fill="F7FAFC"/>
            <w:tcMar>
              <w:top w:w="80" w:type="dxa"/>
              <w:start w:w="120" w:type="dxa"/>
              <w:bottom w:w="80" w:type="dxa"/>
              <w:end w:w="120" w:type="dxa"/>
            </w:tcMar>
            <w:vAlign w:val="center"/>
          </w:tcPr>
          <w:p>
            <w:r>
              <w:rPr>
                <w:rFonts w:ascii="Calibri" w:hAnsi="Calibri"/>
                <w:b w:val="0"/>
                <w:color w:val="203748"/>
                <w:sz w:val="18"/>
              </w:rPr>
              <w:t>3.0034896149156e-6</w:t>
            </w:r>
          </w:p>
        </w:tc>
        <w:tc>
          <w:tcPr>
            <w:tcW w:type="dxa" w:w="2560"/>
            <w:shd w:fill="F7FAFC"/>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Moon/Sun mass</w:t>
            </w:r>
          </w:p>
        </w:tc>
        <w:tc>
          <w:tcPr>
            <w:tcW w:type="dxa" w:w="4300"/>
            <w:tcMar>
              <w:top w:w="80" w:type="dxa"/>
              <w:start w:w="120" w:type="dxa"/>
              <w:bottom w:w="80" w:type="dxa"/>
              <w:end w:w="120" w:type="dxa"/>
            </w:tcMar>
            <w:vAlign w:val="center"/>
          </w:tcPr>
          <w:p>
            <w:r>
              <w:rPr>
                <w:rFonts w:ascii="Calibri" w:hAnsi="Calibri"/>
                <w:b w:val="0"/>
                <w:color w:val="203748"/>
                <w:sz w:val="18"/>
              </w:rPr>
              <w:t>3.6943033497651e-8</w:t>
            </w:r>
          </w:p>
        </w:tc>
        <w:tc>
          <w:tcPr>
            <w:tcW w:type="dxa" w:w="2560"/>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Earth radius</w:t>
            </w:r>
          </w:p>
        </w:tc>
        <w:tc>
          <w:tcPr>
            <w:tcW w:type="dxa" w:w="4300"/>
            <w:shd w:fill="F7FAFC"/>
            <w:tcMar>
              <w:top w:w="80" w:type="dxa"/>
              <w:start w:w="120" w:type="dxa"/>
              <w:bottom w:w="80" w:type="dxa"/>
              <w:end w:w="120" w:type="dxa"/>
            </w:tcMar>
            <w:vAlign w:val="center"/>
          </w:tcPr>
          <w:p>
            <w:r>
              <w:rPr>
                <w:rFonts w:ascii="Calibri" w:hAnsi="Calibri"/>
                <w:b w:val="0"/>
                <w:color w:val="203748"/>
                <w:sz w:val="18"/>
              </w:rPr>
              <w:t>6378.1363 / 149597870.7</w:t>
            </w:r>
          </w:p>
        </w:tc>
        <w:tc>
          <w:tcPr>
            <w:tcW w:type="dxa" w:w="2560"/>
            <w:shd w:fill="F7FAFC"/>
            <w:tcMar>
              <w:top w:w="80" w:type="dxa"/>
              <w:start w:w="120" w:type="dxa"/>
              <w:bottom w:w="80" w:type="dxa"/>
              <w:end w:w="120" w:type="dxa"/>
            </w:tcMar>
            <w:vAlign w:val="center"/>
          </w:tcPr>
          <w:p>
            <w:r>
              <w:rPr>
                <w:rFonts w:ascii="Calibri" w:hAnsi="Calibri"/>
                <w:b w:val="0"/>
                <w:color w:val="203748"/>
                <w:sz w:val="18"/>
              </w:rPr>
              <w:t>AU</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Earth J2</w:t>
            </w:r>
          </w:p>
        </w:tc>
        <w:tc>
          <w:tcPr>
            <w:tcW w:type="dxa" w:w="4300"/>
            <w:tcMar>
              <w:top w:w="80" w:type="dxa"/>
              <w:start w:w="120" w:type="dxa"/>
              <w:bottom w:w="80" w:type="dxa"/>
              <w:end w:w="120" w:type="dxa"/>
            </w:tcMar>
            <w:vAlign w:val="center"/>
          </w:tcPr>
          <w:p>
            <w:r>
              <w:rPr>
                <w:rFonts w:ascii="Calibri" w:hAnsi="Calibri"/>
                <w:b w:val="0"/>
                <w:color w:val="203748"/>
                <w:sz w:val="18"/>
              </w:rPr>
              <w:t>1.08262668e-3</w:t>
            </w:r>
          </w:p>
        </w:tc>
        <w:tc>
          <w:tcPr>
            <w:tcW w:type="dxa" w:w="2560"/>
            <w:tcMar>
              <w:top w:w="80" w:type="dxa"/>
              <w:start w:w="120" w:type="dxa"/>
              <w:bottom w:w="80" w:type="dxa"/>
              <w:end w:w="120" w:type="dxa"/>
            </w:tcMar>
            <w:vAlign w:val="center"/>
          </w:tcPr>
          <w:p>
            <w:r>
              <w:rPr>
                <w:rFonts w:ascii="Calibri" w:hAnsi="Calibri"/>
                <w:b w:val="0"/>
                <w:color w:val="203748"/>
                <w:sz w:val="18"/>
              </w:rPr>
              <w:t>dimensionless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J2000 obliquity</w:t>
            </w:r>
          </w:p>
        </w:tc>
        <w:tc>
          <w:tcPr>
            <w:tcW w:type="dxa" w:w="4300"/>
            <w:shd w:fill="F7FAFC"/>
            <w:tcMar>
              <w:top w:w="80" w:type="dxa"/>
              <w:start w:w="120" w:type="dxa"/>
              <w:bottom w:w="80" w:type="dxa"/>
              <w:end w:w="120" w:type="dxa"/>
            </w:tcMar>
            <w:vAlign w:val="center"/>
          </w:tcPr>
          <w:p>
            <w:r>
              <w:rPr>
                <w:rFonts w:ascii="Calibri" w:hAnsi="Calibri"/>
                <w:b w:val="0"/>
                <w:color w:val="203748"/>
                <w:sz w:val="18"/>
              </w:rPr>
              <w:t>84381.448</w:t>
            </w:r>
          </w:p>
        </w:tc>
        <w:tc>
          <w:tcPr>
            <w:tcW w:type="dxa" w:w="2560"/>
            <w:shd w:fill="F7FAFC"/>
            <w:tcMar>
              <w:top w:w="80" w:type="dxa"/>
              <w:start w:w="120" w:type="dxa"/>
              <w:bottom w:w="80" w:type="dxa"/>
              <w:end w:w="120" w:type="dxa"/>
            </w:tcMar>
            <w:vAlign w:val="center"/>
          </w:tcPr>
          <w:p>
            <w:r>
              <w:rPr>
                <w:rFonts w:ascii="Calibri" w:hAnsi="Calibri"/>
                <w:b w:val="0"/>
                <w:color w:val="203748"/>
                <w:sz w:val="18"/>
              </w:rPr>
              <w:t>arcseconds</w:t>
            </w:r>
          </w:p>
        </w:tc>
      </w:tr>
    </w:tbl>
    <w:p>
      <w:pPr>
        <w:spacing w:after="60"/>
      </w:pPr>
    </w:p>
    <w:p>
      <w:pPr>
        <w:pStyle w:val="Heading1"/>
      </w:pPr>
      <w:r>
        <w:t>3. Initial state from osculating elements</w:t>
      </w:r>
    </w:p>
    <w:p>
      <w:pPr>
        <w:jc w:val="left"/>
      </w:pPr>
      <w:r>
        <w:t>Inputs are epoch t0, eccentricity e, perihelion distance q, perihelion epoch Tp, ascending node Omega, argument of perihelion omega and inclination i. Osculating means that these elements reproduce the position and velocity of the perturbed orbit at their epoch. With mu_sun=G*M_sun and Delta=t0-Tp, the true anomaly nu is determined first.</w:t>
      </w:r>
    </w:p>
    <w:p>
      <w:pPr>
        <w:pStyle w:val="Heading2"/>
      </w:pPr>
      <w:r>
        <w:t>3.1 Ellipse</w:t>
      </w:r>
    </w:p>
    <w:p>
      <w:pPr>
        <w:spacing w:before="80" w:after="160" w:line="252" w:lineRule="auto"/>
        <w:ind w:left="259" w:right="259"/>
        <w:shd w:fill="F5F7F9"/>
      </w:pPr>
      <w:r>
        <w:rPr>
          <w:rFonts w:ascii="Consolas" w:hAnsi="Consolas"/>
          <w:color w:val="203748"/>
          <w:sz w:val="17"/>
        </w:rPr>
        <w:t>Validity: e &lt; 1 - 1e-8</w:t>
      </w:r>
      <w:r>
        <w:br/>
      </w:r>
      <w:r>
        <w:rPr>
          <w:rFonts w:ascii="Consolas" w:hAnsi="Consolas"/>
          <w:color w:val="203748"/>
          <w:sz w:val="17"/>
        </w:rPr>
        <w:t>a = q / (1 - e)</w:t>
      </w:r>
      <w:r>
        <w:br/>
      </w:r>
      <w:r>
        <w:rPr>
          <w:rFonts w:ascii="Consolas" w:hAnsi="Consolas"/>
          <w:color w:val="203748"/>
          <w:sz w:val="17"/>
        </w:rPr>
        <w:t>n = sqrt(mu_sun / a^3)</w:t>
      </w:r>
      <w:r>
        <w:br/>
      </w:r>
      <w:r>
        <w:rPr>
          <w:rFonts w:ascii="Consolas" w:hAnsi="Consolas"/>
          <w:color w:val="203748"/>
          <w:sz w:val="17"/>
        </w:rPr>
        <w:t>M = normalize(n Delta, -pi, +pi)</w:t>
      </w:r>
      <w:r>
        <w:br/>
      </w:r>
      <w:r>
        <w:rPr>
          <w:rFonts w:ascii="Consolas" w:hAnsi="Consolas"/>
          <w:color w:val="203748"/>
          <w:sz w:val="17"/>
        </w:rPr>
        <w:t>E0 = M                    when e &lt; 0.8</w:t>
      </w:r>
      <w:r>
        <w:br/>
      </w:r>
      <w:r>
        <w:rPr>
          <w:rFonts w:ascii="Consolas" w:hAnsi="Consolas"/>
          <w:color w:val="203748"/>
          <w:sz w:val="17"/>
        </w:rPr>
        <w:t>E0 = sign(M) pi           otherwise</w:t>
      </w:r>
      <w:r>
        <w:br/>
      </w:r>
      <w:r>
        <w:rPr>
          <w:rFonts w:ascii="Consolas" w:hAnsi="Consolas"/>
          <w:color w:val="203748"/>
          <w:sz w:val="17"/>
        </w:rPr>
        <w:t>E(k+1) = Ek - (Ek - e sin Ek - M) / (1 - e cos Ek)</w:t>
      </w:r>
      <w:r>
        <w:br/>
      </w:r>
      <w:r>
        <w:rPr>
          <w:rFonts w:ascii="Consolas" w:hAnsi="Consolas"/>
          <w:color w:val="203748"/>
          <w:sz w:val="17"/>
        </w:rPr>
        <w:t>Stop: |correction| &lt; 2e-14 or after 80 iterations</w:t>
      </w:r>
      <w:r>
        <w:br/>
      </w:r>
      <w:r>
        <w:rPr>
          <w:rFonts w:ascii="Consolas" w:hAnsi="Consolas"/>
          <w:color w:val="203748"/>
          <w:sz w:val="17"/>
        </w:rPr>
        <w:t>nu = 2 atan2(sqrt(1+e) sin(E/2), sqrt(1-e) cos(E/2))</w:t>
      </w:r>
    </w:p>
    <w:p>
      <w:pPr>
        <w:pStyle w:val="Heading2"/>
      </w:pPr>
      <w:r>
        <w:t>3.2 Hyperbola</w:t>
      </w:r>
    </w:p>
    <w:p>
      <w:pPr>
        <w:spacing w:before="80" w:after="160" w:line="252" w:lineRule="auto"/>
        <w:ind w:left="259" w:right="259"/>
        <w:shd w:fill="F5F7F9"/>
      </w:pPr>
      <w:r>
        <w:rPr>
          <w:rFonts w:ascii="Consolas" w:hAnsi="Consolas"/>
          <w:color w:val="203748"/>
          <w:sz w:val="17"/>
        </w:rPr>
        <w:t>Validity: e &gt; 1 + 1e-8</w:t>
      </w:r>
      <w:r>
        <w:br/>
      </w:r>
      <w:r>
        <w:rPr>
          <w:rFonts w:ascii="Consolas" w:hAnsi="Consolas"/>
          <w:color w:val="203748"/>
          <w:sz w:val="17"/>
        </w:rPr>
        <w:t>a = q / (e - 1)                    (positive magnitude convention)</w:t>
      </w:r>
      <w:r>
        <w:br/>
      </w:r>
      <w:r>
        <w:rPr>
          <w:rFonts w:ascii="Consolas" w:hAnsi="Consolas"/>
          <w:color w:val="203748"/>
          <w:sz w:val="17"/>
        </w:rPr>
        <w:t>M = sqrt(mu_sun / a^3) Delta</w:t>
      </w:r>
      <w:r>
        <w:br/>
      </w:r>
      <w:r>
        <w:rPr>
          <w:rFonts w:ascii="Consolas" w:hAnsi="Consolas"/>
          <w:color w:val="203748"/>
          <w:sz w:val="17"/>
        </w:rPr>
        <w:t>H0 = asinh(M / e)</w:t>
      </w:r>
      <w:r>
        <w:br/>
      </w:r>
      <w:r>
        <w:rPr>
          <w:rFonts w:ascii="Consolas" w:hAnsi="Consolas"/>
          <w:color w:val="203748"/>
          <w:sz w:val="17"/>
        </w:rPr>
        <w:t>H(k+1) = Hk - (e sinh Hk - Hk - M) / (e cosh Hk - 1)</w:t>
      </w:r>
      <w:r>
        <w:br/>
      </w:r>
      <w:r>
        <w:rPr>
          <w:rFonts w:ascii="Consolas" w:hAnsi="Consolas"/>
          <w:color w:val="203748"/>
          <w:sz w:val="17"/>
        </w:rPr>
        <w:t>Stop: |correction| &lt; 2e-14 or after 80 iterations</w:t>
      </w:r>
      <w:r>
        <w:br/>
      </w:r>
      <w:r>
        <w:rPr>
          <w:rFonts w:ascii="Consolas" w:hAnsi="Consolas"/>
          <w:color w:val="203748"/>
          <w:sz w:val="17"/>
        </w:rPr>
        <w:t>nu = 2 atan2(sqrt(e+1) sinh(H/2), sqrt(e-1) cosh(H/2))</w:t>
      </w:r>
    </w:p>
    <w:p>
      <w:pPr>
        <w:pStyle w:val="Heading2"/>
      </w:pPr>
      <w:r>
        <w:t>3.3 Parabola and the near-parabolic boundary</w:t>
      </w:r>
    </w:p>
    <w:p>
      <w:pPr>
        <w:spacing w:before="80" w:after="160" w:line="252" w:lineRule="auto"/>
        <w:ind w:left="259" w:right="259"/>
        <w:shd w:fill="F5F7F9"/>
      </w:pPr>
      <w:r>
        <w:rPr>
          <w:rFonts w:ascii="Consolas" w:hAnsi="Consolas"/>
          <w:color w:val="203748"/>
          <w:sz w:val="17"/>
        </w:rPr>
        <w:t>Validity: |e - 1| &lt;= 1e-8</w:t>
      </w:r>
      <w:r>
        <w:br/>
      </w:r>
      <w:r>
        <w:rPr>
          <w:rFonts w:ascii="Consolas" w:hAnsi="Consolas"/>
          <w:color w:val="203748"/>
          <w:sz w:val="17"/>
        </w:rPr>
        <w:t>s = sqrt(2 q^3 / mu_sun)</w:t>
      </w:r>
      <w:r>
        <w:br/>
      </w:r>
      <w:r>
        <w:rPr>
          <w:rFonts w:ascii="Consolas" w:hAnsi="Consolas"/>
          <w:color w:val="203748"/>
          <w:sz w:val="17"/>
        </w:rPr>
        <w:t>B = Delta / s</w:t>
      </w:r>
      <w:r>
        <w:br/>
      </w:r>
      <w:r>
        <w:rPr>
          <w:rFonts w:ascii="Consolas" w:hAnsi="Consolas"/>
          <w:color w:val="203748"/>
          <w:sz w:val="17"/>
        </w:rPr>
        <w:t>D = 2 sinh(asinh(1.5 B) / 3)</w:t>
      </w:r>
      <w:r>
        <w:br/>
      </w:r>
      <w:r>
        <w:rPr>
          <w:rFonts w:ascii="Consolas" w:hAnsi="Consolas"/>
          <w:color w:val="203748"/>
          <w:sz w:val="17"/>
        </w:rPr>
        <w:t>nu = 2 atan D</w:t>
      </w:r>
    </w:p>
    <w:p>
      <w:pPr>
        <w:jc w:val="left"/>
      </w:pPr>
      <w:r>
        <w:t>Barker's form avoids the ill-conditioned division by 1-e or e-1 in the immediate parabolic boundary. The following equations then apply to all three conics:</w:t>
      </w:r>
    </w:p>
    <w:p>
      <w:pPr>
        <w:spacing w:before="80" w:after="160" w:line="252" w:lineRule="auto"/>
        <w:ind w:left="259" w:right="259"/>
        <w:shd w:fill="F5F7F9"/>
      </w:pPr>
      <w:r>
        <w:rPr>
          <w:rFonts w:ascii="Consolas" w:hAnsi="Consolas"/>
          <w:color w:val="203748"/>
          <w:sz w:val="17"/>
        </w:rPr>
        <w:t>p = q (1 + e)</w:t>
      </w:r>
      <w:r>
        <w:br/>
      </w:r>
      <w:r>
        <w:rPr>
          <w:rFonts w:ascii="Consolas" w:hAnsi="Consolas"/>
          <w:color w:val="203748"/>
          <w:sz w:val="17"/>
        </w:rPr>
        <w:t>r = p / (1 + e cos nu)</w:t>
      </w:r>
      <w:r>
        <w:br/>
      </w:r>
      <w:r>
        <w:rPr>
          <w:rFonts w:ascii="Consolas" w:hAnsi="Consolas"/>
          <w:color w:val="203748"/>
          <w:sz w:val="17"/>
        </w:rPr>
        <w:t>v0 = sqrt(mu_sun / p)</w:t>
      </w:r>
      <w:r>
        <w:br/>
      </w:r>
      <w:r>
        <w:rPr>
          <w:rFonts w:ascii="Consolas" w:hAnsi="Consolas"/>
          <w:color w:val="203748"/>
          <w:sz w:val="17"/>
        </w:rPr>
        <w:t>r_orb = [r cos nu, r sin nu, 0]</w:t>
      </w:r>
      <w:r>
        <w:br/>
      </w:r>
      <w:r>
        <w:rPr>
          <w:rFonts w:ascii="Consolas" w:hAnsi="Consolas"/>
          <w:color w:val="203748"/>
          <w:sz w:val="17"/>
        </w:rPr>
        <w:t>v_orb = [-v0 sin nu, v0 (e + cos nu), 0]</w:t>
      </w:r>
    </w:p>
    <w:p>
      <w:pPr>
        <w:jc w:val="left"/>
      </w:pPr>
      <w:r>
        <w:t>Rotation from the orbital plane uses Rz(Omega) Rx(i) Rz(omega). For a two-dimensional input [x,y], the expanded form is:</w:t>
      </w:r>
    </w:p>
    <w:p>
      <w:pPr>
        <w:spacing w:before="80" w:after="160" w:line="252" w:lineRule="auto"/>
        <w:ind w:left="259" w:right="259"/>
        <w:shd w:fill="F5F7F9"/>
      </w:pPr>
      <w:r>
        <w:rPr>
          <w:rFonts w:ascii="Consolas" w:hAnsi="Consolas"/>
          <w:color w:val="203748"/>
          <w:sz w:val="17"/>
        </w:rPr>
        <w:t>X = (cosOmega cosomega - sinOmega sinomega cosi) x</w:t>
      </w:r>
      <w:r>
        <w:br/>
      </w:r>
      <w:r>
        <w:rPr>
          <w:rFonts w:ascii="Consolas" w:hAnsi="Consolas"/>
          <w:color w:val="203748"/>
          <w:sz w:val="17"/>
        </w:rPr>
        <w:t xml:space="preserve">    + (-cosOmega sinomega - sinOmega cosomega cosi) y</w:t>
      </w:r>
      <w:r>
        <w:br/>
      </w:r>
      <w:r>
        <w:rPr>
          <w:rFonts w:ascii="Consolas" w:hAnsi="Consolas"/>
          <w:color w:val="203748"/>
          <w:sz w:val="17"/>
        </w:rPr>
        <w:t>Y = (sinOmega cosomega + cosOmega sinomega cosi) x</w:t>
      </w:r>
      <w:r>
        <w:br/>
      </w:r>
      <w:r>
        <w:rPr>
          <w:rFonts w:ascii="Consolas" w:hAnsi="Consolas"/>
          <w:color w:val="203748"/>
          <w:sz w:val="17"/>
        </w:rPr>
        <w:t xml:space="preserve">    + (-sinOmega sinomega + cosOmega cosomega cosi) y</w:t>
      </w:r>
      <w:r>
        <w:br/>
      </w:r>
      <w:r>
        <w:rPr>
          <w:rFonts w:ascii="Consolas" w:hAnsi="Consolas"/>
          <w:color w:val="203748"/>
          <w:sz w:val="17"/>
        </w:rPr>
        <w:t>Z = (sinomega sini) x + (cosomega sini) y</w:t>
      </w:r>
    </w:p>
    <w:p>
      <w:pPr>
        <w:jc w:val="left"/>
      </w:pPr>
      <w:r>
        <w:t>A fixed x-axis rotation by 84381.448 arcseconds then transforms J2000 ecliptic position and velocity to the equatorial frame.</w:t>
      </w:r>
    </w:p>
    <w:p>
      <w:pPr>
        <w:pStyle w:val="Heading1"/>
      </w:pPr>
      <w:r>
        <w:t>4. Perturber tables and Hermite interpolation</w:t>
      </w:r>
    </w:p>
    <w:p>
      <w:pPr>
        <w:jc w:val="left"/>
      </w:pPr>
      <w:r>
        <w:t>Each table node stores position r0 and velocity v0. For two nodes separated by h and u=(t-t0)/h, the core uses the following complete cubic Hermite basis and exact numerical coefficients:</w:t>
      </w:r>
    </w:p>
    <w:p>
      <w:pPr>
        <w:spacing w:before="80" w:after="160" w:line="252" w:lineRule="auto"/>
        <w:ind w:left="259" w:right="259"/>
        <w:shd w:fill="F5F7F9"/>
      </w:pPr>
      <w:r>
        <w:rPr>
          <w:rFonts w:ascii="Consolas" w:hAnsi="Consolas"/>
          <w:color w:val="203748"/>
          <w:sz w:val="17"/>
        </w:rPr>
        <w:t>h00(u) =  2 u^3 - 3 u^2 + 1</w:t>
      </w:r>
      <w:r>
        <w:br/>
      </w:r>
      <w:r>
        <w:rPr>
          <w:rFonts w:ascii="Consolas" w:hAnsi="Consolas"/>
          <w:color w:val="203748"/>
          <w:sz w:val="17"/>
        </w:rPr>
        <w:t>h10(u) =    u^3 - 2 u^2 + u</w:t>
      </w:r>
      <w:r>
        <w:br/>
      </w:r>
      <w:r>
        <w:rPr>
          <w:rFonts w:ascii="Consolas" w:hAnsi="Consolas"/>
          <w:color w:val="203748"/>
          <w:sz w:val="17"/>
        </w:rPr>
        <w:t>h01(u) = -2 u^3 + 3 u^2</w:t>
      </w:r>
      <w:r>
        <w:br/>
      </w:r>
      <w:r>
        <w:rPr>
          <w:rFonts w:ascii="Consolas" w:hAnsi="Consolas"/>
          <w:color w:val="203748"/>
          <w:sz w:val="17"/>
        </w:rPr>
        <w:t>h11(u) =    u^3 -   u^2</w:t>
      </w:r>
      <w:r>
        <w:br/>
      </w:r>
      <w:r>
        <w:rPr>
          <w:rFonts w:ascii="Consolas" w:hAnsi="Consolas"/>
          <w:color w:val="203748"/>
          <w:sz w:val="17"/>
        </w:rPr>
      </w:r>
      <w:r>
        <w:br/>
      </w:r>
      <w:r>
        <w:rPr>
          <w:rFonts w:ascii="Consolas" w:hAnsi="Consolas"/>
          <w:color w:val="203748"/>
          <w:sz w:val="17"/>
        </w:rPr>
        <w:t>r(u) = h00 r0 + h10 h v0 + h01 r1 + h11 h v1</w:t>
      </w:r>
      <w:r>
        <w:br/>
      </w:r>
      <w:r>
        <w:rPr>
          <w:rFonts w:ascii="Consolas" w:hAnsi="Consolas"/>
          <w:color w:val="203748"/>
          <w:sz w:val="17"/>
        </w:rPr>
      </w:r>
      <w:r>
        <w:br/>
      </w:r>
      <w:r>
        <w:rPr>
          <w:rFonts w:ascii="Consolas" w:hAnsi="Consolas"/>
          <w:color w:val="203748"/>
          <w:sz w:val="17"/>
        </w:rPr>
        <w:t>dh00/dt = ( 6 u^2 - 6 u) / h</w:t>
      </w:r>
      <w:r>
        <w:br/>
      </w:r>
      <w:r>
        <w:rPr>
          <w:rFonts w:ascii="Consolas" w:hAnsi="Consolas"/>
          <w:color w:val="203748"/>
          <w:sz w:val="17"/>
        </w:rPr>
        <w:t>dh10/dt =   3 u^2 - 4 u + 1</w:t>
      </w:r>
      <w:r>
        <w:br/>
      </w:r>
      <w:r>
        <w:rPr>
          <w:rFonts w:ascii="Consolas" w:hAnsi="Consolas"/>
          <w:color w:val="203748"/>
          <w:sz w:val="17"/>
        </w:rPr>
        <w:t>dh01/dt = (-6 u^2 + 6 u) / h</w:t>
      </w:r>
      <w:r>
        <w:br/>
      </w:r>
      <w:r>
        <w:rPr>
          <w:rFonts w:ascii="Consolas" w:hAnsi="Consolas"/>
          <w:color w:val="203748"/>
          <w:sz w:val="17"/>
        </w:rPr>
        <w:t>dh11/dt =   3 u^2 - 2 u</w:t>
      </w:r>
      <w:r>
        <w:br/>
      </w:r>
      <w:r>
        <w:rPr>
          <w:rFonts w:ascii="Consolas" w:hAnsi="Consolas"/>
          <w:color w:val="203748"/>
          <w:sz w:val="17"/>
        </w:rPr>
        <w:t>v(u) = (dh00/dt) r0 + dh10 v0 + (dh01/dt) r1 + dh11 v1</w:t>
      </w:r>
    </w:p>
    <w:tbl>
      <w:tblPr>
        <w:tblStyle w:val="TableGrid"/>
        <w:tblW w:type="dxa" w:w="9360"/>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F4D78"/>
            <w:tcMar>
              <w:top w:w="80" w:type="dxa"/>
              <w:start w:w="120" w:type="dxa"/>
              <w:bottom w:w="80" w:type="dxa"/>
              <w:end w:w="120" w:type="dxa"/>
            </w:tcMar>
            <w:vAlign w:val="center"/>
          </w:tcPr>
          <w:p>
            <w:r>
              <w:rPr>
                <w:rFonts w:ascii="Calibri" w:hAnsi="Calibri"/>
                <w:b/>
                <w:color w:val="FFFFFF"/>
                <w:sz w:val="19"/>
              </w:rPr>
              <w:t>Perturbing body</w:t>
            </w:r>
          </w:p>
        </w:tc>
        <w:tc>
          <w:tcPr>
            <w:tcW w:type="dxa" w:w="5060"/>
            <w:shd w:fill="1F4D78"/>
            <w:tcMar>
              <w:top w:w="80" w:type="dxa"/>
              <w:start w:w="120" w:type="dxa"/>
              <w:bottom w:w="80" w:type="dxa"/>
              <w:end w:w="120" w:type="dxa"/>
            </w:tcMar>
            <w:vAlign w:val="center"/>
          </w:tcPr>
          <w:p>
            <w:r>
              <w:rPr>
                <w:rFonts w:ascii="Calibri" w:hAnsi="Calibri"/>
                <w:b/>
                <w:color w:val="FFFFFF"/>
                <w:sz w:val="19"/>
              </w:rPr>
              <w:t>Mass/Sun mass</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Mercury</w:t>
            </w:r>
          </w:p>
        </w:tc>
        <w:tc>
          <w:tcPr>
            <w:tcW w:type="dxa" w:w="5060"/>
            <w:tcMar>
              <w:top w:w="80" w:type="dxa"/>
              <w:start w:w="120" w:type="dxa"/>
              <w:bottom w:w="80" w:type="dxa"/>
              <w:end w:w="120" w:type="dxa"/>
            </w:tcMar>
            <w:vAlign w:val="center"/>
          </w:tcPr>
          <w:p>
            <w:r>
              <w:rPr>
                <w:rFonts w:ascii="Calibri" w:hAnsi="Calibri"/>
                <w:b w:val="0"/>
                <w:color w:val="203748"/>
                <w:sz w:val="18"/>
              </w:rPr>
              <w:t>1.660114153054348e-7</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Venus</w:t>
            </w:r>
          </w:p>
        </w:tc>
        <w:tc>
          <w:tcPr>
            <w:tcW w:type="dxa" w:w="5060"/>
            <w:shd w:fill="F7FAFC"/>
            <w:tcMar>
              <w:top w:w="80" w:type="dxa"/>
              <w:start w:w="120" w:type="dxa"/>
              <w:bottom w:w="80" w:type="dxa"/>
              <w:end w:w="120" w:type="dxa"/>
            </w:tcMar>
            <w:vAlign w:val="center"/>
          </w:tcPr>
          <w:p>
            <w:r>
              <w:rPr>
                <w:rFonts w:ascii="Calibri" w:hAnsi="Calibri"/>
                <w:b w:val="0"/>
                <w:color w:val="203748"/>
                <w:sz w:val="18"/>
              </w:rPr>
              <w:t>2.447838287784771e-6</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Mars</w:t>
            </w:r>
          </w:p>
        </w:tc>
        <w:tc>
          <w:tcPr>
            <w:tcW w:type="dxa" w:w="5060"/>
            <w:tcMar>
              <w:top w:w="80" w:type="dxa"/>
              <w:start w:w="120" w:type="dxa"/>
              <w:bottom w:w="80" w:type="dxa"/>
              <w:end w:w="120" w:type="dxa"/>
            </w:tcMar>
            <w:vAlign w:val="center"/>
          </w:tcPr>
          <w:p>
            <w:r>
              <w:rPr>
                <w:rFonts w:ascii="Calibri" w:hAnsi="Calibri"/>
                <w:b w:val="0"/>
                <w:color w:val="203748"/>
                <w:sz w:val="18"/>
              </w:rPr>
              <w:t>3.227156037554996e-7</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Jupiter</w:t>
            </w:r>
          </w:p>
        </w:tc>
        <w:tc>
          <w:tcPr>
            <w:tcW w:type="dxa" w:w="5060"/>
            <w:shd w:fill="F7FAFC"/>
            <w:tcMar>
              <w:top w:w="80" w:type="dxa"/>
              <w:start w:w="120" w:type="dxa"/>
              <w:bottom w:w="80" w:type="dxa"/>
              <w:end w:w="120" w:type="dxa"/>
            </w:tcMar>
            <w:vAlign w:val="center"/>
          </w:tcPr>
          <w:p>
            <w:r>
              <w:rPr>
                <w:rFonts w:ascii="Calibri" w:hAnsi="Calibri"/>
                <w:b w:val="0"/>
                <w:color w:val="203748"/>
                <w:sz w:val="18"/>
              </w:rPr>
              <w:t>9.547919101886966e-4</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Saturn</w:t>
            </w:r>
          </w:p>
        </w:tc>
        <w:tc>
          <w:tcPr>
            <w:tcW w:type="dxa" w:w="5060"/>
            <w:tcMar>
              <w:top w:w="80" w:type="dxa"/>
              <w:start w:w="120" w:type="dxa"/>
              <w:bottom w:w="80" w:type="dxa"/>
              <w:end w:w="120" w:type="dxa"/>
            </w:tcMar>
            <w:vAlign w:val="center"/>
          </w:tcPr>
          <w:p>
            <w:r>
              <w:rPr>
                <w:rFonts w:ascii="Calibri" w:hAnsi="Calibri"/>
                <w:b w:val="0"/>
                <w:color w:val="203748"/>
                <w:sz w:val="18"/>
              </w:rPr>
              <w:t>2.858856727222416e-4</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Uranus</w:t>
            </w:r>
          </w:p>
        </w:tc>
        <w:tc>
          <w:tcPr>
            <w:tcW w:type="dxa" w:w="5060"/>
            <w:shd w:fill="F7FAFC"/>
            <w:tcMar>
              <w:top w:w="80" w:type="dxa"/>
              <w:start w:w="120" w:type="dxa"/>
              <w:bottom w:w="80" w:type="dxa"/>
              <w:end w:w="120" w:type="dxa"/>
            </w:tcMar>
            <w:vAlign w:val="center"/>
          </w:tcPr>
          <w:p>
            <w:r>
              <w:rPr>
                <w:rFonts w:ascii="Calibri" w:hAnsi="Calibri"/>
                <w:b w:val="0"/>
                <w:color w:val="203748"/>
                <w:sz w:val="18"/>
              </w:rPr>
              <w:t>4.366249662744965e-5</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Neptune</w:t>
            </w:r>
          </w:p>
        </w:tc>
        <w:tc>
          <w:tcPr>
            <w:tcW w:type="dxa" w:w="5060"/>
            <w:tcMar>
              <w:top w:w="80" w:type="dxa"/>
              <w:start w:w="120" w:type="dxa"/>
              <w:bottom w:w="80" w:type="dxa"/>
              <w:end w:w="120" w:type="dxa"/>
            </w:tcMar>
            <w:vAlign w:val="center"/>
          </w:tcPr>
          <w:p>
            <w:r>
              <w:rPr>
                <w:rFonts w:ascii="Calibri" w:hAnsi="Calibri"/>
                <w:b w:val="0"/>
                <w:color w:val="203748"/>
                <w:sz w:val="18"/>
              </w:rPr>
              <w:t>5.151383772628673e-5</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Pluto</w:t>
            </w:r>
          </w:p>
        </w:tc>
        <w:tc>
          <w:tcPr>
            <w:tcW w:type="dxa" w:w="5060"/>
            <w:shd w:fill="F7FAFC"/>
            <w:tcMar>
              <w:top w:w="80" w:type="dxa"/>
              <w:start w:w="120" w:type="dxa"/>
              <w:bottom w:w="80" w:type="dxa"/>
              <w:end w:w="120" w:type="dxa"/>
            </w:tcMar>
            <w:vAlign w:val="center"/>
          </w:tcPr>
          <w:p>
            <w:r>
              <w:rPr>
                <w:rFonts w:ascii="Calibri" w:hAnsi="Calibri"/>
                <w:b w:val="0"/>
                <w:color w:val="203748"/>
                <w:sz w:val="18"/>
              </w:rPr>
              <w:t>7.350487833457740e-9</w:t>
            </w:r>
          </w:p>
        </w:tc>
      </w:tr>
    </w:tbl>
    <w:p>
      <w:pPr>
        <w:spacing w:after="60"/>
      </w:pPr>
    </w:p>
    <w:tbl>
      <w:tblPr>
        <w:tblStyle w:val="TableGrid"/>
        <w:tblW w:type="dxa" w:w="9360"/>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F4D78"/>
            <w:tcMar>
              <w:top w:w="80" w:type="dxa"/>
              <w:start w:w="120" w:type="dxa"/>
              <w:bottom w:w="80" w:type="dxa"/>
              <w:end w:w="120" w:type="dxa"/>
            </w:tcMar>
            <w:vAlign w:val="center"/>
          </w:tcPr>
          <w:p>
            <w:r>
              <w:rPr>
                <w:rFonts w:ascii="Calibri" w:hAnsi="Calibri"/>
                <w:b/>
                <w:color w:val="FFFFFF"/>
                <w:sz w:val="19"/>
              </w:rPr>
              <w:t>N16 body</w:t>
            </w:r>
          </w:p>
        </w:tc>
        <w:tc>
          <w:tcPr>
            <w:tcW w:type="dxa" w:w="5060"/>
            <w:shd w:fill="1F4D78"/>
            <w:tcMar>
              <w:top w:w="80" w:type="dxa"/>
              <w:start w:w="120" w:type="dxa"/>
              <w:bottom w:w="80" w:type="dxa"/>
              <w:end w:w="120" w:type="dxa"/>
            </w:tcMar>
            <w:vAlign w:val="center"/>
          </w:tcPr>
          <w:p>
            <w:r>
              <w:rPr>
                <w:rFonts w:ascii="Calibri" w:hAnsi="Calibri"/>
                <w:b/>
                <w:color w:val="FFFFFF"/>
                <w:sz w:val="19"/>
              </w:rPr>
              <w:t>Mass/Sun mass</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Ceres</w:t>
            </w:r>
          </w:p>
        </w:tc>
        <w:tc>
          <w:tcPr>
            <w:tcW w:type="dxa" w:w="5060"/>
            <w:tcMar>
              <w:top w:w="80" w:type="dxa"/>
              <w:start w:w="120" w:type="dxa"/>
              <w:bottom w:w="80" w:type="dxa"/>
              <w:end w:w="120" w:type="dxa"/>
            </w:tcMar>
            <w:vAlign w:val="center"/>
          </w:tcPr>
          <w:p>
            <w:r>
              <w:rPr>
                <w:rFonts w:ascii="Calibri" w:hAnsi="Calibri"/>
                <w:b w:val="0"/>
                <w:color w:val="203748"/>
                <w:sz w:val="18"/>
              </w:rPr>
              <w:t>4.719154706681575e-10</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Pallas</w:t>
            </w:r>
          </w:p>
        </w:tc>
        <w:tc>
          <w:tcPr>
            <w:tcW w:type="dxa" w:w="5060"/>
            <w:shd w:fill="F7FAFC"/>
            <w:tcMar>
              <w:top w:w="80" w:type="dxa"/>
              <w:start w:w="120" w:type="dxa"/>
              <w:bottom w:w="80" w:type="dxa"/>
              <w:end w:w="120" w:type="dxa"/>
            </w:tcMar>
            <w:vAlign w:val="center"/>
          </w:tcPr>
          <w:p>
            <w:r>
              <w:rPr>
                <w:rFonts w:ascii="Calibri" w:hAnsi="Calibri"/>
                <w:b w:val="0"/>
                <w:color w:val="203748"/>
                <w:sz w:val="18"/>
              </w:rPr>
              <w:t>1.0297360324108826e-10</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Juno</w:t>
            </w:r>
          </w:p>
        </w:tc>
        <w:tc>
          <w:tcPr>
            <w:tcW w:type="dxa" w:w="5060"/>
            <w:tcMar>
              <w:top w:w="80" w:type="dxa"/>
              <w:start w:w="120" w:type="dxa"/>
              <w:bottom w:w="80" w:type="dxa"/>
              <w:end w:w="120" w:type="dxa"/>
            </w:tcMar>
            <w:vAlign w:val="center"/>
          </w:tcPr>
          <w:p>
            <w:r>
              <w:rPr>
                <w:rFonts w:ascii="Calibri" w:hAnsi="Calibri"/>
                <w:b w:val="0"/>
                <w:color w:val="203748"/>
                <w:sz w:val="18"/>
              </w:rPr>
              <w:t>1.4471670474939703e-11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Vesta</w:t>
            </w:r>
          </w:p>
        </w:tc>
        <w:tc>
          <w:tcPr>
            <w:tcW w:type="dxa" w:w="5060"/>
            <w:shd w:fill="F7FAFC"/>
            <w:tcMar>
              <w:top w:w="80" w:type="dxa"/>
              <w:start w:w="120" w:type="dxa"/>
              <w:bottom w:w="80" w:type="dxa"/>
              <w:end w:w="120" w:type="dxa"/>
            </w:tcMar>
            <w:vAlign w:val="center"/>
          </w:tcPr>
          <w:p>
            <w:r>
              <w:rPr>
                <w:rFonts w:ascii="Calibri" w:hAnsi="Calibri"/>
                <w:b w:val="0"/>
                <w:color w:val="203748"/>
                <w:sz w:val="18"/>
              </w:rPr>
              <w:t>1.3026875547328177e-10</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Iris</w:t>
            </w:r>
          </w:p>
        </w:tc>
        <w:tc>
          <w:tcPr>
            <w:tcW w:type="dxa" w:w="5060"/>
            <w:tcMar>
              <w:top w:w="80" w:type="dxa"/>
              <w:start w:w="120" w:type="dxa"/>
              <w:bottom w:w="80" w:type="dxa"/>
              <w:end w:w="120" w:type="dxa"/>
            </w:tcMar>
            <w:vAlign w:val="center"/>
          </w:tcPr>
          <w:p>
            <w:r>
              <w:rPr>
                <w:rFonts w:ascii="Calibri" w:hAnsi="Calibri"/>
                <w:b w:val="0"/>
                <w:color w:val="203748"/>
                <w:sz w:val="18"/>
              </w:rPr>
              <w:t>8.589038999387399e-12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Hygiea</w:t>
            </w:r>
          </w:p>
        </w:tc>
        <w:tc>
          <w:tcPr>
            <w:tcW w:type="dxa" w:w="5060"/>
            <w:shd w:fill="F7FAFC"/>
            <w:tcMar>
              <w:top w:w="80" w:type="dxa"/>
              <w:start w:w="120" w:type="dxa"/>
              <w:bottom w:w="80" w:type="dxa"/>
              <w:end w:w="120" w:type="dxa"/>
            </w:tcMar>
            <w:vAlign w:val="center"/>
          </w:tcPr>
          <w:p>
            <w:r>
              <w:rPr>
                <w:rFonts w:ascii="Calibri" w:hAnsi="Calibri"/>
                <w:b w:val="0"/>
                <w:color w:val="203748"/>
                <w:sz w:val="18"/>
              </w:rPr>
              <w:t>4.238598614896659e-11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Eunomia</w:t>
            </w:r>
          </w:p>
        </w:tc>
        <w:tc>
          <w:tcPr>
            <w:tcW w:type="dxa" w:w="5060"/>
            <w:tcMar>
              <w:top w:w="80" w:type="dxa"/>
              <w:start w:w="120" w:type="dxa"/>
              <w:bottom w:w="80" w:type="dxa"/>
              <w:end w:w="120" w:type="dxa"/>
            </w:tcMar>
            <w:vAlign w:val="center"/>
          </w:tcPr>
          <w:p>
            <w:r>
              <w:rPr>
                <w:rFonts w:ascii="Calibri" w:hAnsi="Calibri"/>
                <w:b w:val="0"/>
                <w:color w:val="203748"/>
                <w:sz w:val="18"/>
              </w:rPr>
              <w:t>1.5243642468487352e-11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Psyche</w:t>
            </w:r>
          </w:p>
        </w:tc>
        <w:tc>
          <w:tcPr>
            <w:tcW w:type="dxa" w:w="5060"/>
            <w:shd w:fill="F7FAFC"/>
            <w:tcMar>
              <w:top w:w="80" w:type="dxa"/>
              <w:start w:w="120" w:type="dxa"/>
              <w:bottom w:w="80" w:type="dxa"/>
              <w:end w:w="120" w:type="dxa"/>
            </w:tcMar>
            <w:vAlign w:val="center"/>
          </w:tcPr>
          <w:p>
            <w:r>
              <w:rPr>
                <w:rFonts w:ascii="Calibri" w:hAnsi="Calibri"/>
                <w:b w:val="0"/>
                <w:color w:val="203748"/>
                <w:sz w:val="18"/>
              </w:rPr>
              <w:t>1.1978215785019767e-11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Euphrosyne</w:t>
            </w:r>
          </w:p>
        </w:tc>
        <w:tc>
          <w:tcPr>
            <w:tcW w:type="dxa" w:w="5060"/>
            <w:tcMar>
              <w:top w:w="80" w:type="dxa"/>
              <w:start w:w="120" w:type="dxa"/>
              <w:bottom w:w="80" w:type="dxa"/>
              <w:end w:w="120" w:type="dxa"/>
            </w:tcMar>
            <w:vAlign w:val="center"/>
          </w:tcPr>
          <w:p>
            <w:r>
              <w:rPr>
                <w:rFonts w:ascii="Calibri" w:hAnsi="Calibri"/>
                <w:b w:val="0"/>
                <w:color w:val="203748"/>
                <w:sz w:val="18"/>
              </w:rPr>
              <w:t>8.133159614634648e-12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Europa</w:t>
            </w:r>
          </w:p>
        </w:tc>
        <w:tc>
          <w:tcPr>
            <w:tcW w:type="dxa" w:w="5060"/>
            <w:shd w:fill="F7FAFC"/>
            <w:tcMar>
              <w:top w:w="80" w:type="dxa"/>
              <w:start w:w="120" w:type="dxa"/>
              <w:bottom w:w="80" w:type="dxa"/>
              <w:end w:w="120" w:type="dxa"/>
            </w:tcMar>
            <w:vAlign w:val="center"/>
          </w:tcPr>
          <w:p>
            <w:r>
              <w:rPr>
                <w:rFonts w:ascii="Calibri" w:hAnsi="Calibri"/>
                <w:b w:val="0"/>
                <w:color w:val="203748"/>
                <w:sz w:val="18"/>
              </w:rPr>
              <w:t>2.0216913527078825e-11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Cybele</w:t>
            </w:r>
          </w:p>
        </w:tc>
        <w:tc>
          <w:tcPr>
            <w:tcW w:type="dxa" w:w="5060"/>
            <w:tcMar>
              <w:top w:w="80" w:type="dxa"/>
              <w:start w:w="120" w:type="dxa"/>
              <w:bottom w:w="80" w:type="dxa"/>
              <w:end w:w="120" w:type="dxa"/>
            </w:tcMar>
            <w:vAlign w:val="center"/>
          </w:tcPr>
          <w:p>
            <w:r>
              <w:rPr>
                <w:rFonts w:ascii="Calibri" w:hAnsi="Calibri"/>
                <w:b w:val="0"/>
                <w:color w:val="203748"/>
                <w:sz w:val="18"/>
              </w:rPr>
              <w:t>7.06871003275745e-12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Sylvia</w:t>
            </w:r>
          </w:p>
        </w:tc>
        <w:tc>
          <w:tcPr>
            <w:tcW w:type="dxa" w:w="5060"/>
            <w:shd w:fill="F7FAFC"/>
            <w:tcMar>
              <w:top w:w="80" w:type="dxa"/>
              <w:start w:w="120" w:type="dxa"/>
              <w:bottom w:w="80" w:type="dxa"/>
              <w:end w:w="120" w:type="dxa"/>
            </w:tcMar>
            <w:vAlign w:val="center"/>
          </w:tcPr>
          <w:p>
            <w:r>
              <w:rPr>
                <w:rFonts w:ascii="Calibri" w:hAnsi="Calibri"/>
                <w:b w:val="0"/>
                <w:color w:val="203748"/>
                <w:sz w:val="18"/>
              </w:rPr>
              <w:t>1.6337820878172953e-11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Thisbe</w:t>
            </w:r>
          </w:p>
        </w:tc>
        <w:tc>
          <w:tcPr>
            <w:tcW w:type="dxa" w:w="5060"/>
            <w:tcMar>
              <w:top w:w="80" w:type="dxa"/>
              <w:start w:w="120" w:type="dxa"/>
              <w:bottom w:w="80" w:type="dxa"/>
              <w:end w:w="120" w:type="dxa"/>
            </w:tcMar>
            <w:vAlign w:val="center"/>
          </w:tcPr>
          <w:p>
            <w:r>
              <w:rPr>
                <w:rFonts w:ascii="Calibri" w:hAnsi="Calibri"/>
                <w:b w:val="0"/>
                <w:color w:val="203748"/>
                <w:sz w:val="18"/>
              </w:rPr>
              <w:t>8.965306556356798e-12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Camilla</w:t>
            </w:r>
          </w:p>
        </w:tc>
        <w:tc>
          <w:tcPr>
            <w:tcW w:type="dxa" w:w="5060"/>
            <w:shd w:fill="F7FAFC"/>
            <w:tcMar>
              <w:top w:w="80" w:type="dxa"/>
              <w:start w:w="120" w:type="dxa"/>
              <w:bottom w:w="80" w:type="dxa"/>
              <w:end w:w="120" w:type="dxa"/>
            </w:tcMar>
            <w:vAlign w:val="center"/>
          </w:tcPr>
          <w:p>
            <w:r>
              <w:rPr>
                <w:rFonts w:ascii="Calibri" w:hAnsi="Calibri"/>
                <w:b w:val="0"/>
                <w:color w:val="203748"/>
                <w:sz w:val="18"/>
              </w:rPr>
              <w:t>1.0878696848144257e-11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Davida</w:t>
            </w:r>
          </w:p>
        </w:tc>
        <w:tc>
          <w:tcPr>
            <w:tcW w:type="dxa" w:w="5060"/>
            <w:tcMar>
              <w:top w:w="80" w:type="dxa"/>
              <w:start w:w="120" w:type="dxa"/>
              <w:bottom w:w="80" w:type="dxa"/>
              <w:end w:w="120" w:type="dxa"/>
            </w:tcMar>
            <w:vAlign w:val="center"/>
          </w:tcPr>
          <w:p>
            <w:r>
              <w:rPr>
                <w:rFonts w:ascii="Calibri" w:hAnsi="Calibri"/>
                <w:b w:val="0"/>
                <w:color w:val="203748"/>
                <w:sz w:val="18"/>
              </w:rPr>
              <w:t>2.9345275747768696e-11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Interamnia</w:t>
            </w:r>
          </w:p>
        </w:tc>
        <w:tc>
          <w:tcPr>
            <w:tcW w:type="dxa" w:w="5060"/>
            <w:shd w:fill="F7FAFC"/>
            <w:tcMar>
              <w:top w:w="80" w:type="dxa"/>
              <w:start w:w="120" w:type="dxa"/>
              <w:bottom w:w="80" w:type="dxa"/>
              <w:end w:w="120" w:type="dxa"/>
            </w:tcMar>
            <w:vAlign w:val="center"/>
          </w:tcPr>
          <w:p>
            <w:r>
              <w:rPr>
                <w:rFonts w:ascii="Calibri" w:hAnsi="Calibri"/>
                <w:b w:val="0"/>
                <w:color w:val="203748"/>
                <w:sz w:val="18"/>
              </w:rPr>
              <w:t>2.1327387533901138e-11</w:t>
            </w:r>
          </w:p>
        </w:tc>
      </w:tr>
    </w:tbl>
    <w:p>
      <w:pPr>
        <w:spacing w:after="60"/>
      </w:pPr>
    </w:p>
    <w:p>
      <w:pPr>
        <w:pStyle w:val="Heading1"/>
      </w:pPr>
      <w:r>
        <w:t>5. Equation of motion</w:t>
      </w:r>
    </w:p>
    <w:p>
      <w:pPr>
        <w:spacing w:before="80" w:after="160" w:line="252" w:lineRule="auto"/>
        <w:ind w:left="259" w:right="259"/>
        <w:shd w:fill="F5F7F9"/>
      </w:pPr>
      <w:r>
        <w:rPr>
          <w:rFonts w:ascii="Consolas" w:hAnsi="Consolas"/>
          <w:color w:val="203748"/>
          <w:sz w:val="17"/>
        </w:rPr>
        <w:t>d/dt [r, v] = [v, a(r,v,t)]</w:t>
      </w:r>
    </w:p>
    <w:p>
      <w:pPr>
        <w:jc w:val="left"/>
      </w:pPr>
      <w:r>
        <w:t>The solar base acceleration is a_s=-mu_sun r/|r|^3. A perturbing body at heliocentric position r_b and with mass ratio eta_b contributes the direct and indirect terms together:</w:t>
      </w:r>
    </w:p>
    <w:p>
      <w:pPr>
        <w:spacing w:before="80" w:after="160" w:line="252" w:lineRule="auto"/>
        <w:ind w:left="259" w:right="259"/>
        <w:shd w:fill="F5F7F9"/>
      </w:pPr>
      <w:r>
        <w:rPr>
          <w:rFonts w:ascii="Consolas" w:hAnsi="Consolas"/>
          <w:color w:val="203748"/>
          <w:sz w:val="17"/>
        </w:rPr>
        <w:t>a_b = mu_sun eta_b [(r_b - r)/|r_b - r|^3 - r_b/|r_b|^3]</w:t>
      </w:r>
    </w:p>
    <w:p>
      <w:pPr>
        <w:jc w:val="left"/>
      </w:pPr>
      <w:r>
        <w:t>Earth and Moon are treated separately inside 0.2 AU and as the Earth-Moon barycentre outside it. Mercury, Venus, Mars, Jupiter, Saturn, Uranus, Neptune and Pluto are always active. N16 is added only when the switch is set and all data are present.</w:t>
      </w:r>
    </w:p>
    <w:p>
      <w:pPr>
        <w:pStyle w:val="Heading2"/>
      </w:pPr>
      <w:r>
        <w:t>5.1 Relativistic solar correction</w:t>
      </w:r>
    </w:p>
    <w:p>
      <w:pPr>
        <w:spacing w:before="80" w:after="160" w:line="252" w:lineRule="auto"/>
        <w:ind w:left="259" w:right="259"/>
        <w:shd w:fill="F5F7F9"/>
      </w:pPr>
      <w:r>
        <w:rPr>
          <w:rFonts w:ascii="Consolas" w:hAnsi="Consolas"/>
          <w:color w:val="203748"/>
          <w:sz w:val="17"/>
        </w:rPr>
        <w:t>a_rel = mu_sun / (c^2 |r|^3)</w:t>
      </w:r>
      <w:r>
        <w:br/>
      </w:r>
      <w:r>
        <w:rPr>
          <w:rFonts w:ascii="Consolas" w:hAnsi="Consolas"/>
          <w:color w:val="203748"/>
          <w:sz w:val="17"/>
        </w:rPr>
        <w:t xml:space="preserve">        * [(4 mu_sun/|r| - |v|^2) r + 4 (r dot v) v]</w:t>
      </w:r>
    </w:p>
    <w:p>
      <w:pPr>
        <w:pStyle w:val="Heading2"/>
      </w:pPr>
      <w:r>
        <w:t>5.2 Earth J2</w:t>
      </w:r>
    </w:p>
    <w:p>
      <w:pPr>
        <w:jc w:val="left"/>
      </w:pPr>
      <w:r>
        <w:t>Inside 0.02 AU from Earth, the usual J2 acceleration is added as a direct-minus-indirect term in this port's approximate Earth-axis frame:</w:t>
      </w:r>
    </w:p>
    <w:p>
      <w:pPr>
        <w:spacing w:before="80" w:after="160" w:line="252" w:lineRule="auto"/>
        <w:ind w:left="259" w:right="259"/>
        <w:shd w:fill="F5F7F9"/>
      </w:pPr>
      <w:r>
        <w:rPr>
          <w:rFonts w:ascii="Consolas" w:hAnsi="Consolas"/>
          <w:color w:val="203748"/>
          <w:sz w:val="17"/>
        </w:rPr>
        <w:t>mu_E = G*M_E = 8.887692445125148326e-10 AU^3/day^2</w:t>
      </w:r>
      <w:r>
        <w:br/>
      </w:r>
      <w:r>
        <w:rPr>
          <w:rFonts w:ascii="Consolas" w:hAnsi="Consolas"/>
          <w:color w:val="203748"/>
          <w:sz w:val="17"/>
        </w:rPr>
        <w:t>k = 1.5 J2 mu_E R_E^2 / rho^5</w:t>
      </w:r>
      <w:r>
        <w:br/>
      </w:r>
      <w:r>
        <w:rPr>
          <w:rFonts w:ascii="Consolas" w:hAnsi="Consolas"/>
          <w:color w:val="203748"/>
          <w:sz w:val="17"/>
        </w:rPr>
        <w:t>a_J2,x = k x (5 z^2/rho^2 - 1)</w:t>
      </w:r>
      <w:r>
        <w:br/>
      </w:r>
      <w:r>
        <w:rPr>
          <w:rFonts w:ascii="Consolas" w:hAnsi="Consolas"/>
          <w:color w:val="203748"/>
          <w:sz w:val="17"/>
        </w:rPr>
        <w:t>a_J2,y = k y (5 z^2/rho^2 - 1)</w:t>
      </w:r>
      <w:r>
        <w:br/>
      </w:r>
      <w:r>
        <w:rPr>
          <w:rFonts w:ascii="Consolas" w:hAnsi="Consolas"/>
          <w:color w:val="203748"/>
          <w:sz w:val="17"/>
        </w:rPr>
        <w:t>a_J2,z = k z (5 z^2/rho^2 - 3)</w:t>
      </w:r>
    </w:p>
    <w:p>
      <w:pPr>
        <w:pStyle w:val="Heading2"/>
      </w:pPr>
      <w:r>
        <w:t>5.3 Non-gravitational acceleration</w:t>
      </w:r>
    </w:p>
    <w:p>
      <w:pPr>
        <w:spacing w:before="80" w:after="160" w:line="252" w:lineRule="auto"/>
        <w:ind w:left="259" w:right="259"/>
        <w:shd w:fill="F5F7F9"/>
      </w:pPr>
      <w:r>
        <w:rPr>
          <w:rFonts w:ascii="Consolas" w:hAnsi="Consolas"/>
          <w:color w:val="203748"/>
          <w:sz w:val="17"/>
        </w:rPr>
        <w:t>g(r) = alpha (r/r0)^(-m) [1 + (r/r0)^n]^(-k)</w:t>
      </w:r>
      <w:r>
        <w:br/>
      </w:r>
      <w:r>
        <w:rPr>
          <w:rFonts w:ascii="Consolas" w:hAnsi="Consolas"/>
          <w:color w:val="203748"/>
          <w:sz w:val="17"/>
        </w:rPr>
        <w:t>Defaults: r0=2.808, alpha=0.1112620426, m=2.15, n=5.093, k=4.6142</w:t>
      </w:r>
      <w:r>
        <w:br/>
      </w:r>
      <w:r>
        <w:rPr>
          <w:rFonts w:ascii="Consolas" w:hAnsi="Consolas"/>
          <w:color w:val="203748"/>
          <w:sz w:val="17"/>
        </w:rPr>
        <w:t>a_ng = g(r) [A1 e_r + A2 e_t + A3 e_n]</w:t>
      </w:r>
    </w:p>
    <w:p>
      <w:pPr>
        <w:jc w:val="left"/>
      </w:pPr>
      <w:r>
        <w:t>e_r is radial, e_n is normal to the orbital plane along r cross v, and e_t=e_n cross e_r is transverse. When A1=A2=A3=0 the exact zero vector is returned.</w:t>
      </w:r>
    </w:p>
    <w:p>
      <w:pPr>
        <w:pStyle w:val="Heading1"/>
      </w:pPr>
      <w:r>
        <w:t>6. Dormand-Prince 5(4)</w:t>
      </w:r>
    </w:p>
    <w:p>
      <w:pPr>
        <w:jc w:val="left"/>
      </w:pPr>
      <w:r>
        <w:t>An embedded Runge-Kutta pair produces fifth- and fourth-order solutions from shared stages; their difference estimates the local error. A Butcher tableau is the tabular collection of stage abscissae c_i, intermediate weights a_ij and final weights b_i. It therefore defines the complete integration step. All coefficients used by the core are:</w:t>
      </w:r>
    </w:p>
    <w:p>
      <w:pPr>
        <w:spacing w:before="80" w:after="160" w:line="252" w:lineRule="auto"/>
        <w:ind w:left="259" w:right="259"/>
        <w:shd w:fill="F5F7F9"/>
      </w:pPr>
      <w:r>
        <w:rPr>
          <w:rFonts w:ascii="Consolas" w:hAnsi="Consolas"/>
          <w:color w:val="203748"/>
          <w:sz w:val="17"/>
        </w:rPr>
        <w:t>c2=1/5;       a21=1/5</w:t>
      </w:r>
      <w:r>
        <w:br/>
      </w:r>
      <w:r>
        <w:rPr>
          <w:rFonts w:ascii="Consolas" w:hAnsi="Consolas"/>
          <w:color w:val="203748"/>
          <w:sz w:val="17"/>
        </w:rPr>
        <w:t>c3=3/10;      a31=3/40; a32=9/40</w:t>
      </w:r>
      <w:r>
        <w:br/>
      </w:r>
      <w:r>
        <w:rPr>
          <w:rFonts w:ascii="Consolas" w:hAnsi="Consolas"/>
          <w:color w:val="203748"/>
          <w:sz w:val="17"/>
        </w:rPr>
        <w:t>c4=4/5;       a41=44/45; a42=-56/15; a43=32/9</w:t>
      </w:r>
      <w:r>
        <w:br/>
      </w:r>
      <w:r>
        <w:rPr>
          <w:rFonts w:ascii="Consolas" w:hAnsi="Consolas"/>
          <w:color w:val="203748"/>
          <w:sz w:val="17"/>
        </w:rPr>
        <w:t>c5=8/9;       a51=19372/6561; a52=-25360/2187;</w:t>
      </w:r>
      <w:r>
        <w:br/>
      </w:r>
      <w:r>
        <w:rPr>
          <w:rFonts w:ascii="Consolas" w:hAnsi="Consolas"/>
          <w:color w:val="203748"/>
          <w:sz w:val="17"/>
        </w:rPr>
        <w:t xml:space="preserve">              a53=64448/6561; a54=-212/729</w:t>
      </w:r>
      <w:r>
        <w:br/>
      </w:r>
      <w:r>
        <w:rPr>
          <w:rFonts w:ascii="Consolas" w:hAnsi="Consolas"/>
          <w:color w:val="203748"/>
          <w:sz w:val="17"/>
        </w:rPr>
        <w:t>c6=1;         a61=9017/3168; a62=-355/33; a63=46732/5247;</w:t>
      </w:r>
      <w:r>
        <w:br/>
      </w:r>
      <w:r>
        <w:rPr>
          <w:rFonts w:ascii="Consolas" w:hAnsi="Consolas"/>
          <w:color w:val="203748"/>
          <w:sz w:val="17"/>
        </w:rPr>
        <w:t xml:space="preserve">              a64=49/176; a65=-5103/18656</w:t>
      </w:r>
      <w:r>
        <w:br/>
      </w:r>
      <w:r>
        <w:rPr>
          <w:rFonts w:ascii="Consolas" w:hAnsi="Consolas"/>
          <w:color w:val="203748"/>
          <w:sz w:val="17"/>
        </w:rPr>
        <w:t>c7=1;         a71=35/384; a72=0; a73=500/1113;</w:t>
      </w:r>
      <w:r>
        <w:br/>
      </w:r>
      <w:r>
        <w:rPr>
          <w:rFonts w:ascii="Consolas" w:hAnsi="Consolas"/>
          <w:color w:val="203748"/>
          <w:sz w:val="17"/>
        </w:rPr>
        <w:t xml:space="preserve">              a74=125/192; a75=-2187/6784; a76=11/84</w:t>
      </w:r>
      <w:r>
        <w:br/>
      </w:r>
      <w:r>
        <w:rPr>
          <w:rFonts w:ascii="Consolas" w:hAnsi="Consolas"/>
          <w:color w:val="203748"/>
          <w:sz w:val="17"/>
        </w:rPr>
      </w:r>
      <w:r>
        <w:br/>
      </w:r>
      <w:r>
        <w:rPr>
          <w:rFonts w:ascii="Consolas" w:hAnsi="Consolas"/>
          <w:color w:val="203748"/>
          <w:sz w:val="17"/>
        </w:rPr>
        <w:t>Order 5: b = [35/384, 0, 500/1113, 125/192,</w:t>
      </w:r>
      <w:r>
        <w:br/>
      </w:r>
      <w:r>
        <w:rPr>
          <w:rFonts w:ascii="Consolas" w:hAnsi="Consolas"/>
          <w:color w:val="203748"/>
          <w:sz w:val="17"/>
        </w:rPr>
        <w:t xml:space="preserve">              -2187/6784, 11/84, 0]</w:t>
      </w:r>
      <w:r>
        <w:br/>
      </w:r>
      <w:r>
        <w:rPr>
          <w:rFonts w:ascii="Consolas" w:hAnsi="Consolas"/>
          <w:color w:val="203748"/>
          <w:sz w:val="17"/>
        </w:rPr>
        <w:t>Order 4: b*= [5179/57600, 0, 7571/16695, 393/640,</w:t>
      </w:r>
      <w:r>
        <w:br/>
      </w:r>
      <w:r>
        <w:rPr>
          <w:rFonts w:ascii="Consolas" w:hAnsi="Consolas"/>
          <w:color w:val="203748"/>
          <w:sz w:val="17"/>
        </w:rPr>
        <w:t xml:space="preserve">              -92097/339200, 187/2100, 1/40]</w:t>
      </w:r>
    </w:p>
    <w:p>
      <w:pPr>
        <w:jc w:val="left"/>
      </w:pPr>
      <w:r>
        <w:t>For every state component, scale=2e-15+2e-13*max(|y_old|,|y_new|). The normalized RMS error is sqrt(sum((error/scale)^2)/6). A step is accepted for error &lt;=1 or |h|&lt;=1e-8 day. The next factor is clamp(0.9*error^(-0.2),0.1,5), or 5 for zero error. Step size stays between 1e-8 and 0.25 day, and one propagation may take at most 1,000,000 steps.</w:t>
      </w:r>
    </w:p>
    <w:p>
      <w:pPr>
        <w:pStyle w:val="Heading1"/>
      </w:pPr>
      <w:r>
        <w:t>7. Time scales and observer</w:t>
      </w:r>
    </w:p>
    <w:p>
      <w:pPr>
        <w:jc w:val="left"/>
      </w:pPr>
      <w:r>
        <w:t>The public time scale is UTC. Dynamics use the approximation TDB=UTC+(TAI-UTC+32.184 s)/86400. The implemented leap-second steps are:</w:t>
      </w:r>
    </w:p>
    <w:p>
      <w:pPr>
        <w:spacing w:before="80" w:after="160" w:line="252" w:lineRule="auto"/>
        <w:ind w:left="259" w:right="259"/>
        <w:shd w:fill="F5F7F9"/>
      </w:pPr>
      <w:r>
        <w:rPr>
          <w:rFonts w:ascii="Consolas" w:hAnsi="Consolas"/>
          <w:color w:val="203748"/>
          <w:sz w:val="17"/>
        </w:rPr>
        <w:t>JD &gt;= 2457754.5 : TAI-UTC = 37 s</w:t>
      </w:r>
      <w:r>
        <w:br/>
      </w:r>
      <w:r>
        <w:rPr>
          <w:rFonts w:ascii="Consolas" w:hAnsi="Consolas"/>
          <w:color w:val="203748"/>
          <w:sz w:val="17"/>
        </w:rPr>
        <w:t>JD &gt;= 2457204.5 : TAI-UTC = 36 s</w:t>
      </w:r>
      <w:r>
        <w:br/>
      </w:r>
      <w:r>
        <w:rPr>
          <w:rFonts w:ascii="Consolas" w:hAnsi="Consolas"/>
          <w:color w:val="203748"/>
          <w:sz w:val="17"/>
        </w:rPr>
        <w:t>JD &gt;= 2456109.5 : TAI-UTC = 35 s</w:t>
      </w:r>
      <w:r>
        <w:br/>
      </w:r>
      <w:r>
        <w:rPr>
          <w:rFonts w:ascii="Consolas" w:hAnsi="Consolas"/>
          <w:color w:val="203748"/>
          <w:sz w:val="17"/>
        </w:rPr>
        <w:t>JD &gt;= 2454832.5 : TAI-UTC = 34 s</w:t>
      </w:r>
      <w:r>
        <w:br/>
      </w:r>
      <w:r>
        <w:rPr>
          <w:rFonts w:ascii="Consolas" w:hAnsi="Consolas"/>
          <w:color w:val="203748"/>
          <w:sz w:val="17"/>
        </w:rPr>
        <w:t>JD &gt;= 2453736.5 : TAI-UTC = 33 s</w:t>
      </w:r>
      <w:r>
        <w:br/>
      </w:r>
      <w:r>
        <w:rPr>
          <w:rFonts w:ascii="Consolas" w:hAnsi="Consolas"/>
          <w:color w:val="203748"/>
          <w:sz w:val="17"/>
        </w:rPr>
        <w:t>otherwise       : TAI-UTC = 32 s</w:t>
      </w:r>
    </w:p>
    <w:p>
      <w:pPr>
        <w:jc w:val="left"/>
      </w:pPr>
      <w:r>
        <w:t>With T=(JD_UTC-2451545)/36525, GMST and the complete short nutation and precession series used by the port are:</w:t>
      </w:r>
    </w:p>
    <w:p>
      <w:pPr>
        <w:spacing w:before="80" w:after="160" w:line="252" w:lineRule="auto"/>
        <w:ind w:left="259" w:right="259"/>
        <w:shd w:fill="F5F7F9"/>
      </w:pPr>
      <w:r>
        <w:rPr>
          <w:rFonts w:ascii="Consolas" w:hAnsi="Consolas"/>
          <w:color w:val="203748"/>
          <w:sz w:val="17"/>
        </w:rPr>
        <w:t>GMST = 280.46061837 + 360.98564736629 (JD-2451545)</w:t>
      </w:r>
      <w:r>
        <w:br/>
      </w:r>
      <w:r>
        <w:rPr>
          <w:rFonts w:ascii="Consolas" w:hAnsi="Consolas"/>
          <w:color w:val="203748"/>
          <w:sz w:val="17"/>
        </w:rPr>
        <w:t xml:space="preserve">       + 0.000387933 T^2 - T^3/38710000</w:t>
      </w:r>
      <w:r>
        <w:br/>
      </w:r>
      <w:r>
        <w:rPr>
          <w:rFonts w:ascii="Consolas" w:hAnsi="Consolas"/>
          <w:color w:val="203748"/>
          <w:sz w:val="17"/>
        </w:rPr>
      </w:r>
      <w:r>
        <w:br/>
      </w:r>
      <w:r>
        <w:rPr>
          <w:rFonts w:ascii="Consolas" w:hAnsi="Consolas"/>
          <w:color w:val="203748"/>
          <w:sz w:val="17"/>
        </w:rPr>
        <w:t>L_sun  = 280.4665  + 36000.7698 T              [degrees]</w:t>
      </w:r>
      <w:r>
        <w:br/>
      </w:r>
      <w:r>
        <w:rPr>
          <w:rFonts w:ascii="Consolas" w:hAnsi="Consolas"/>
          <w:color w:val="203748"/>
          <w:sz w:val="17"/>
        </w:rPr>
        <w:t>L_moon = 218.3165  + 481267.8813 T             [degrees]</w:t>
      </w:r>
      <w:r>
        <w:br/>
      </w:r>
      <w:r>
        <w:rPr>
          <w:rFonts w:ascii="Consolas" w:hAnsi="Consolas"/>
          <w:color w:val="203748"/>
          <w:sz w:val="17"/>
        </w:rPr>
        <w:t>Omega_moon = 125.04452 - 1934.136261 T         [degrees]</w:t>
      </w:r>
      <w:r>
        <w:br/>
      </w:r>
      <w:r>
        <w:rPr>
          <w:rFonts w:ascii="Consolas" w:hAnsi="Consolas"/>
          <w:color w:val="203748"/>
          <w:sz w:val="17"/>
        </w:rPr>
      </w:r>
      <w:r>
        <w:br/>
      </w:r>
      <w:r>
        <w:rPr>
          <w:rFonts w:ascii="Consolas" w:hAnsi="Consolas"/>
          <w:color w:val="203748"/>
          <w:sz w:val="17"/>
        </w:rPr>
        <w:t>Delta_psi = -17.20 sin Omega_moon -1.32 sin(2 L_sun)</w:t>
      </w:r>
      <w:r>
        <w:br/>
      </w:r>
      <w:r>
        <w:rPr>
          <w:rFonts w:ascii="Consolas" w:hAnsi="Consolas"/>
          <w:color w:val="203748"/>
          <w:sz w:val="17"/>
        </w:rPr>
        <w:t xml:space="preserve">            -0.23 sin(2 L_moon) +0.21 sin(2 Omega_moon) [arcsec]</w:t>
      </w:r>
      <w:r>
        <w:br/>
      </w:r>
      <w:r>
        <w:rPr>
          <w:rFonts w:ascii="Consolas" w:hAnsi="Consolas"/>
          <w:color w:val="203748"/>
          <w:sz w:val="17"/>
        </w:rPr>
        <w:t>Delta_eps =  9.20 cos Omega_moon +0.57 cos(2 L_sun)</w:t>
      </w:r>
      <w:r>
        <w:br/>
      </w:r>
      <w:r>
        <w:rPr>
          <w:rFonts w:ascii="Consolas" w:hAnsi="Consolas"/>
          <w:color w:val="203748"/>
          <w:sz w:val="17"/>
        </w:rPr>
        <w:t xml:space="preserve">            +0.10 cos(2 L_moon) -0.09 cos(2 Omega_moon) [arcsec]</w:t>
      </w:r>
      <w:r>
        <w:br/>
      </w:r>
      <w:r>
        <w:rPr>
          <w:rFonts w:ascii="Consolas" w:hAnsi="Consolas"/>
          <w:color w:val="203748"/>
          <w:sz w:val="17"/>
        </w:rPr>
      </w:r>
      <w:r>
        <w:br/>
      </w:r>
      <w:r>
        <w:rPr>
          <w:rFonts w:ascii="Consolas" w:hAnsi="Consolas"/>
          <w:color w:val="203748"/>
          <w:sz w:val="17"/>
        </w:rPr>
        <w:t>eps0 = 23 + 26/60 + 21.448/3600 degrees</w:t>
      </w:r>
      <w:r>
        <w:br/>
      </w:r>
      <w:r>
        <w:rPr>
          <w:rFonts w:ascii="Consolas" w:hAnsi="Consolas"/>
          <w:color w:val="203748"/>
          <w:sz w:val="17"/>
        </w:rPr>
        <w:t xml:space="preserve">       -(46.8150 T + 0.00059 T^2 - 0.001813 T^3) arcsec</w:t>
      </w:r>
      <w:r>
        <w:br/>
      </w:r>
      <w:r>
        <w:rPr>
          <w:rFonts w:ascii="Consolas" w:hAnsi="Consolas"/>
          <w:color w:val="203748"/>
          <w:sz w:val="17"/>
        </w:rPr>
      </w:r>
      <w:r>
        <w:br/>
      </w:r>
      <w:r>
        <w:rPr>
          <w:rFonts w:ascii="Consolas" w:hAnsi="Consolas"/>
          <w:color w:val="203748"/>
          <w:sz w:val="17"/>
        </w:rPr>
        <w:t>zeta = 2306.2181 T + 0.30188 T^2 + 0.017998 T^3 arcsec</w:t>
      </w:r>
      <w:r>
        <w:br/>
      </w:r>
      <w:r>
        <w:rPr>
          <w:rFonts w:ascii="Consolas" w:hAnsi="Consolas"/>
          <w:color w:val="203748"/>
          <w:sz w:val="17"/>
        </w:rPr>
        <w:t>z = 2306.2181 T + 1.09468 T^2 + 0.018203 T^3 arcsec</w:t>
      </w:r>
      <w:r>
        <w:br/>
      </w:r>
      <w:r>
        <w:rPr>
          <w:rFonts w:ascii="Consolas" w:hAnsi="Consolas"/>
          <w:color w:val="203748"/>
          <w:sz w:val="17"/>
        </w:rPr>
        <w:t>theta = 2004.3109 T - 0.42665 T^2 - 0.041833 T^3 arcsec</w:t>
      </w:r>
    </w:p>
    <w:p>
      <w:pPr>
        <w:jc w:val="left"/>
      </w:pPr>
      <w:r>
        <w:t>The geocentric site vector is formed from MPC rho factors or geodetic longitude, latitude and height, rotated by apparent sidereal time, then returned to J2000 through nutation and precession.</w:t>
      </w:r>
    </w:p>
    <w:p>
      <w:pPr>
        <w:pStyle w:val="Heading1"/>
      </w:pPr>
      <w:r>
        <w:t>8. Light time and apparent direction</w:t>
      </w:r>
    </w:p>
    <w:p>
      <w:pPr>
        <w:jc w:val="left"/>
      </w:pPr>
      <w:r>
        <w:t>Earth and observer states remain at reception time. Emission time is iterated at most five times:</w:t>
      </w:r>
    </w:p>
    <w:p>
      <w:pPr>
        <w:spacing w:before="80" w:after="160" w:line="252" w:lineRule="auto"/>
        <w:ind w:left="259" w:right="259"/>
        <w:shd w:fill="F5F7F9"/>
      </w:pPr>
      <w:r>
        <w:rPr>
          <w:rFonts w:ascii="Consolas" w:hAnsi="Consolas"/>
          <w:color w:val="203748"/>
          <w:sz w:val="17"/>
        </w:rPr>
        <w:t>t_emit,0 = t_TDB</w:t>
      </w:r>
      <w:r>
        <w:br/>
      </w:r>
      <w:r>
        <w:rPr>
          <w:rFonts w:ascii="Consolas" w:hAnsi="Consolas"/>
          <w:color w:val="203748"/>
          <w:sz w:val="17"/>
        </w:rPr>
        <w:t>rho_k = r_object(t_emit,k) - r_earth(t_TDB) - r_observer(t_UTC)</w:t>
      </w:r>
      <w:r>
        <w:br/>
      </w:r>
      <w:r>
        <w:rPr>
          <w:rFonts w:ascii="Consolas" w:hAnsi="Consolas"/>
          <w:color w:val="203748"/>
          <w:sz w:val="17"/>
        </w:rPr>
        <w:t>t_emit,k+1 = t_TDB - |rho_k| * 0.0057755183</w:t>
      </w:r>
      <w:r>
        <w:br/>
      </w:r>
      <w:r>
        <w:rPr>
          <w:rFonts w:ascii="Consolas" w:hAnsi="Consolas"/>
          <w:color w:val="203748"/>
          <w:sz w:val="17"/>
        </w:rPr>
        <w:t>Stop: |t_emit,k+1 - t_emit,k| &lt; 1e-12 day</w:t>
      </w:r>
      <w:r>
        <w:br/>
      </w:r>
      <w:r>
        <w:rPr>
          <w:rFonts w:ascii="Consolas" w:hAnsi="Consolas"/>
          <w:color w:val="203748"/>
          <w:sz w:val="17"/>
        </w:rPr>
      </w:r>
      <w:r>
        <w:br/>
      </w:r>
      <w:r>
        <w:rPr>
          <w:rFonts w:ascii="Consolas" w:hAnsi="Consolas"/>
          <w:color w:val="203748"/>
          <w:sz w:val="17"/>
        </w:rPr>
        <w:t>RA  = normalize(atan2(rho_y,rho_x), 0, 2 pi)</w:t>
      </w:r>
      <w:r>
        <w:br/>
      </w:r>
      <w:r>
        <w:rPr>
          <w:rFonts w:ascii="Consolas" w:hAnsi="Consolas"/>
          <w:color w:val="203748"/>
          <w:sz w:val="17"/>
        </w:rPr>
        <w:t>Dec = atan2(rho_z, sqrt(rho_x^2+rho_y^2))</w:t>
      </w:r>
    </w:p>
    <w:p>
      <w:pPr>
        <w:pStyle w:val="Heading1"/>
      </w:pPr>
      <w:r>
        <w:t>9. Binary tables</w:t>
      </w:r>
    </w:p>
    <w:p>
      <w:pPr>
        <w:jc w:val="left"/>
      </w:pPr>
      <w:r>
        <w:t>Planet chunks cover 1850-01-01 through 2150-01-01 in 60 overlapping intervals at 0.5-day spacing. N16 also uses 60 chunks at exactly 1.9999817474948436 days. Overlap permits safe Hermite interpolation at boundaries. Every value is little-endian float64.</w:t>
      </w:r>
    </w:p>
    <w:tbl>
      <w:tblPr>
        <w:tblStyle w:val="TableGrid"/>
        <w:tblW w:type="dxa" w:w="9360"/>
        <w:tblLayout w:type="fixed"/>
        <w:tblLook w:firstColumn="1" w:firstRow="1" w:lastColumn="0" w:lastRow="0" w:noHBand="0" w:noVBand="1" w:val="04A0"/>
        <w:tblInd w:w="120" w:type="dxa"/>
      </w:tblPr>
      <w:tblGrid>
        <w:gridCol w:w="1700"/>
        <w:gridCol w:w="1800"/>
        <w:gridCol w:w="2200"/>
        <w:gridCol w:w="3660"/>
      </w:tblGrid>
      <w:tr>
        <w:trPr>
          <w:tblHeader w:val="true"/>
          <w:cantSplit w:val="true"/>
        </w:trPr>
        <w:tc>
          <w:tcPr>
            <w:tcW w:type="dxa" w:w="1700"/>
            <w:shd w:fill="1F4D78"/>
            <w:tcMar>
              <w:top w:w="80" w:type="dxa"/>
              <w:start w:w="120" w:type="dxa"/>
              <w:bottom w:w="80" w:type="dxa"/>
              <w:end w:w="120" w:type="dxa"/>
            </w:tcMar>
            <w:vAlign w:val="center"/>
          </w:tcPr>
          <w:p>
            <w:r>
              <w:rPr>
                <w:rFonts w:ascii="Calibri" w:hAnsi="Calibri"/>
                <w:b/>
                <w:color w:val="FFFFFF"/>
                <w:sz w:val="19"/>
              </w:rPr>
              <w:t>Dataset</w:t>
            </w:r>
          </w:p>
        </w:tc>
        <w:tc>
          <w:tcPr>
            <w:tcW w:type="dxa" w:w="1800"/>
            <w:shd w:fill="1F4D78"/>
            <w:tcMar>
              <w:top w:w="80" w:type="dxa"/>
              <w:start w:w="120" w:type="dxa"/>
              <w:bottom w:w="80" w:type="dxa"/>
              <w:end w:w="120" w:type="dxa"/>
            </w:tcMar>
            <w:vAlign w:val="center"/>
          </w:tcPr>
          <w:p>
            <w:r>
              <w:rPr>
                <w:rFonts w:ascii="Calibri" w:hAnsi="Calibri"/>
                <w:b/>
                <w:color w:val="FFFFFF"/>
                <w:sz w:val="19"/>
              </w:rPr>
              <w:t>Interval</w:t>
            </w:r>
          </w:p>
        </w:tc>
        <w:tc>
          <w:tcPr>
            <w:tcW w:type="dxa" w:w="2200"/>
            <w:shd w:fill="1F4D78"/>
            <w:tcMar>
              <w:top w:w="80" w:type="dxa"/>
              <w:start w:w="120" w:type="dxa"/>
              <w:bottom w:w="80" w:type="dxa"/>
              <w:end w:w="120" w:type="dxa"/>
            </w:tcMar>
            <w:vAlign w:val="center"/>
          </w:tcPr>
          <w:p>
            <w:r>
              <w:rPr>
                <w:rFonts w:ascii="Calibri" w:hAnsi="Calibri"/>
                <w:b/>
                <w:color w:val="FFFFFF"/>
                <w:sz w:val="19"/>
              </w:rPr>
              <w:t>Step</w:t>
            </w:r>
          </w:p>
        </w:tc>
        <w:tc>
          <w:tcPr>
            <w:tcW w:type="dxa" w:w="3660"/>
            <w:shd w:fill="1F4D78"/>
            <w:tcMar>
              <w:top w:w="80" w:type="dxa"/>
              <w:start w:w="120" w:type="dxa"/>
              <w:bottom w:w="80" w:type="dxa"/>
              <w:end w:w="120" w:type="dxa"/>
            </w:tcMar>
            <w:vAlign w:val="center"/>
          </w:tcPr>
          <w:p>
            <w:r>
              <w:rPr>
                <w:rFonts w:ascii="Calibri" w:hAnsi="Calibri"/>
                <w:b/>
                <w:color w:val="FFFFFF"/>
                <w:sz w:val="19"/>
              </w:rPr>
              <w:t>Content</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Planets</w:t>
            </w:r>
          </w:p>
        </w:tc>
        <w:tc>
          <w:tcPr>
            <w:tcW w:type="dxa" w:w="1800"/>
            <w:tcMar>
              <w:top w:w="80" w:type="dxa"/>
              <w:start w:w="120" w:type="dxa"/>
              <w:bottom w:w="80" w:type="dxa"/>
              <w:end w:w="120" w:type="dxa"/>
            </w:tcMar>
            <w:vAlign w:val="center"/>
          </w:tcPr>
          <w:p>
            <w:r>
              <w:rPr>
                <w:rFonts w:ascii="Calibri" w:hAnsi="Calibri"/>
                <w:b w:val="0"/>
                <w:color w:val="203748"/>
                <w:sz w:val="18"/>
              </w:rPr>
              <w:t>1850-01-01–2150-01-01</w:t>
            </w:r>
          </w:p>
        </w:tc>
        <w:tc>
          <w:tcPr>
            <w:tcW w:type="dxa" w:w="2200"/>
            <w:tcMar>
              <w:top w:w="80" w:type="dxa"/>
              <w:start w:w="120" w:type="dxa"/>
              <w:bottom w:w="80" w:type="dxa"/>
              <w:end w:w="120" w:type="dxa"/>
            </w:tcMar>
            <w:vAlign w:val="center"/>
          </w:tcPr>
          <w:p>
            <w:r>
              <w:rPr>
                <w:rFonts w:ascii="Calibri" w:hAnsi="Calibri"/>
                <w:b w:val="0"/>
                <w:color w:val="203748"/>
                <w:sz w:val="18"/>
              </w:rPr>
              <w:t>0.5 day</w:t>
            </w:r>
          </w:p>
        </w:tc>
        <w:tc>
          <w:tcPr>
            <w:tcW w:type="dxa" w:w="3660"/>
            <w:tcMar>
              <w:top w:w="80" w:type="dxa"/>
              <w:start w:w="120" w:type="dxa"/>
              <w:bottom w:w="80" w:type="dxa"/>
              <w:end w:w="120" w:type="dxa"/>
            </w:tcMar>
            <w:vAlign w:val="center"/>
          </w:tcPr>
          <w:p>
            <w:r>
              <w:rPr>
                <w:rFonts w:ascii="Calibri" w:hAnsi="Calibri"/>
                <w:b w:val="0"/>
                <w:color w:val="203748"/>
                <w:sz w:val="18"/>
              </w:rPr>
              <w:t>11 bodies: EMB, Earth, Moon, Mercury through Pluto</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N16</w:t>
            </w:r>
          </w:p>
        </w:tc>
        <w:tc>
          <w:tcPr>
            <w:tcW w:type="dxa" w:w="1800"/>
            <w:shd w:fill="F7FAFC"/>
            <w:tcMar>
              <w:top w:w="80" w:type="dxa"/>
              <w:start w:w="120" w:type="dxa"/>
              <w:bottom w:w="80" w:type="dxa"/>
              <w:end w:w="120" w:type="dxa"/>
            </w:tcMar>
            <w:vAlign w:val="center"/>
          </w:tcPr>
          <w:p>
            <w:r>
              <w:rPr>
                <w:rFonts w:ascii="Calibri" w:hAnsi="Calibri"/>
                <w:b w:val="0"/>
                <w:color w:val="203748"/>
                <w:sz w:val="18"/>
              </w:rPr>
              <w:t>1850-01-01–2150-01-01</w:t>
            </w:r>
          </w:p>
        </w:tc>
        <w:tc>
          <w:tcPr>
            <w:tcW w:type="dxa" w:w="2200"/>
            <w:shd w:fill="F7FAFC"/>
            <w:tcMar>
              <w:top w:w="80" w:type="dxa"/>
              <w:start w:w="120" w:type="dxa"/>
              <w:bottom w:w="80" w:type="dxa"/>
              <w:end w:w="120" w:type="dxa"/>
            </w:tcMar>
            <w:vAlign w:val="center"/>
          </w:tcPr>
          <w:p>
            <w:r>
              <w:rPr>
                <w:rFonts w:ascii="Calibri" w:hAnsi="Calibri"/>
                <w:b w:val="0"/>
                <w:color w:val="203748"/>
                <w:sz w:val="18"/>
              </w:rPr>
              <w:t>1.9999817474948436 days</w:t>
            </w:r>
          </w:p>
        </w:tc>
        <w:tc>
          <w:tcPr>
            <w:tcW w:type="dxa" w:w="3660"/>
            <w:shd w:fill="F7FAFC"/>
            <w:tcMar>
              <w:top w:w="80" w:type="dxa"/>
              <w:start w:w="120" w:type="dxa"/>
              <w:bottom w:w="80" w:type="dxa"/>
              <w:end w:w="120" w:type="dxa"/>
            </w:tcMar>
            <w:vAlign w:val="center"/>
          </w:tcPr>
          <w:p>
            <w:r>
              <w:rPr>
                <w:rFonts w:ascii="Calibri" w:hAnsi="Calibri"/>
                <w:b w:val="0"/>
                <w:color w:val="203748"/>
                <w:sz w:val="18"/>
              </w:rPr>
              <w:t>16 massive asteroids</w:t>
            </w:r>
          </w:p>
        </w:tc>
      </w:tr>
    </w:tbl>
    <w:p>
      <w:pPr>
        <w:spacing w:after="60"/>
      </w:pPr>
    </w:p>
    <w:p>
      <w:pPr>
        <w:pStyle w:val="Heading1"/>
      </w:pPr>
      <w:r>
        <w:t>10. Extreme examples</w:t>
      </w:r>
    </w:p>
    <w:p>
      <w:pPr>
        <w:jc w:val="left"/>
      </w:pPr>
      <w:r>
        <w:t>The following tables list UTC, frozen JPL Horizons reference values, the C-port result and the approximately spherical angular separation. Station A68 and identical nominal elements were used. Angles are degrees.</w:t>
      </w:r>
    </w:p>
    <w:p>
      <w:pPr>
        <w:spacing w:before="80" w:after="80"/>
      </w:pPr>
      <w:r>
        <w:rPr>
          <w:rFonts w:ascii="Calibri" w:hAnsi="Calibri"/>
          <w:b/>
          <w:i w:val="0"/>
          <w:color w:val="1F4D78"/>
          <w:sz w:val="18"/>
        </w:rPr>
        <w:t>Orbit form and perihelion distance of the six validation cases.</w:t>
      </w:r>
    </w:p>
    <w:tbl>
      <w:tblPr>
        <w:tblStyle w:val="TableGrid"/>
        <w:tblW w:type="dxa" w:w="9360"/>
        <w:tblLayout w:type="fixed"/>
        <w:tblLook w:firstColumn="1" w:firstRow="1" w:lastColumn="0" w:lastRow="0" w:noHBand="0" w:noVBand="1" w:val="04A0"/>
        <w:tblInd w:w="120" w:type="dxa"/>
      </w:tblPr>
      <w:tblGrid>
        <w:gridCol w:w="1800"/>
        <w:gridCol w:w="2200"/>
        <w:gridCol w:w="2860"/>
        <w:gridCol w:w="2500"/>
      </w:tblGrid>
      <w:tr>
        <w:trPr>
          <w:tblHeader w:val="true"/>
          <w:cantSplit w:val="true"/>
        </w:trPr>
        <w:tc>
          <w:tcPr>
            <w:tcW w:type="dxa" w:w="1800"/>
            <w:shd w:fill="1F4D78"/>
            <w:tcMar>
              <w:top w:w="80" w:type="dxa"/>
              <w:start w:w="120" w:type="dxa"/>
              <w:bottom w:w="80" w:type="dxa"/>
              <w:end w:w="120" w:type="dxa"/>
            </w:tcMar>
            <w:vAlign w:val="center"/>
          </w:tcPr>
          <w:p>
            <w:r>
              <w:rPr>
                <w:rFonts w:ascii="Calibri" w:hAnsi="Calibri"/>
                <w:b/>
                <w:color w:val="FFFFFF"/>
                <w:sz w:val="19"/>
              </w:rPr>
              <w:t>Object</w:t>
            </w:r>
          </w:p>
        </w:tc>
        <w:tc>
          <w:tcPr>
            <w:tcW w:type="dxa" w:w="2200"/>
            <w:shd w:fill="1F4D78"/>
            <w:tcMar>
              <w:top w:w="80" w:type="dxa"/>
              <w:start w:w="120" w:type="dxa"/>
              <w:bottom w:w="80" w:type="dxa"/>
              <w:end w:w="120" w:type="dxa"/>
            </w:tcMar>
            <w:vAlign w:val="center"/>
          </w:tcPr>
          <w:p>
            <w:r>
              <w:rPr>
                <w:rFonts w:ascii="Calibri" w:hAnsi="Calibri"/>
                <w:b/>
                <w:color w:val="FFFFFF"/>
                <w:sz w:val="19"/>
              </w:rPr>
              <w:t>Epoch JD</w:t>
            </w:r>
          </w:p>
        </w:tc>
        <w:tc>
          <w:tcPr>
            <w:tcW w:type="dxa" w:w="2860"/>
            <w:shd w:fill="1F4D78"/>
            <w:tcMar>
              <w:top w:w="80" w:type="dxa"/>
              <w:start w:w="120" w:type="dxa"/>
              <w:bottom w:w="80" w:type="dxa"/>
              <w:end w:w="120" w:type="dxa"/>
            </w:tcMar>
            <w:vAlign w:val="center"/>
          </w:tcPr>
          <w:p>
            <w:r>
              <w:rPr>
                <w:rFonts w:ascii="Calibri" w:hAnsi="Calibri"/>
                <w:b/>
                <w:color w:val="FFFFFF"/>
                <w:sz w:val="19"/>
              </w:rPr>
              <w:t>e</w:t>
            </w:r>
          </w:p>
        </w:tc>
        <w:tc>
          <w:tcPr>
            <w:tcW w:type="dxa" w:w="2500"/>
            <w:shd w:fill="1F4D78"/>
            <w:tcMar>
              <w:top w:w="80" w:type="dxa"/>
              <w:start w:w="120" w:type="dxa"/>
              <w:bottom w:w="80" w:type="dxa"/>
              <w:end w:w="120" w:type="dxa"/>
            </w:tcMar>
            <w:vAlign w:val="center"/>
          </w:tcPr>
          <w:p>
            <w:r>
              <w:rPr>
                <w:rFonts w:ascii="Calibri" w:hAnsi="Calibri"/>
                <w:b/>
                <w:color w:val="FFFFFF"/>
                <w:sz w:val="19"/>
              </w:rPr>
              <w:t>q AU</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433 Eros</w:t>
            </w:r>
          </w:p>
        </w:tc>
        <w:tc>
          <w:tcPr>
            <w:tcW w:type="dxa" w:w="2200"/>
            <w:tcMar>
              <w:top w:w="80" w:type="dxa"/>
              <w:start w:w="120" w:type="dxa"/>
              <w:bottom w:w="80" w:type="dxa"/>
              <w:end w:w="120" w:type="dxa"/>
            </w:tcMar>
            <w:vAlign w:val="center"/>
          </w:tcPr>
          <w:p>
            <w:r>
              <w:rPr>
                <w:rFonts w:ascii="Calibri" w:hAnsi="Calibri"/>
                <w:b w:val="0"/>
                <w:color w:val="203748"/>
                <w:sz w:val="18"/>
              </w:rPr>
              <w:t>2453311.5</w:t>
            </w:r>
          </w:p>
        </w:tc>
        <w:tc>
          <w:tcPr>
            <w:tcW w:type="dxa" w:w="2860"/>
            <w:tcMar>
              <w:top w:w="80" w:type="dxa"/>
              <w:start w:w="120" w:type="dxa"/>
              <w:bottom w:w="80" w:type="dxa"/>
              <w:end w:w="120" w:type="dxa"/>
            </w:tcMar>
            <w:vAlign w:val="center"/>
          </w:tcPr>
          <w:p>
            <w:r>
              <w:rPr>
                <w:rFonts w:ascii="Calibri" w:hAnsi="Calibri"/>
                <w:b w:val="0"/>
                <w:color w:val="203748"/>
                <w:sz w:val="18"/>
              </w:rPr>
              <w:t>0.2228078944584026</w:t>
            </w:r>
          </w:p>
        </w:tc>
        <w:tc>
          <w:tcPr>
            <w:tcW w:type="dxa" w:w="2500"/>
            <w:tcMar>
              <w:top w:w="80" w:type="dxa"/>
              <w:start w:w="120" w:type="dxa"/>
              <w:bottom w:w="80" w:type="dxa"/>
              <w:end w:w="120" w:type="dxa"/>
            </w:tcMar>
            <w:vAlign w:val="center"/>
          </w:tcPr>
          <w:p>
            <w:r>
              <w:rPr>
                <w:rFonts w:ascii="Calibri" w:hAnsi="Calibri"/>
                <w:b w:val="0"/>
                <w:color w:val="203748"/>
                <w:sz w:val="18"/>
              </w:rPr>
              <w:t>1.133355399799004</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C/2023 A3</w:t>
            </w:r>
          </w:p>
        </w:tc>
        <w:tc>
          <w:tcPr>
            <w:tcW w:type="dxa" w:w="2200"/>
            <w:shd w:fill="F7FAFC"/>
            <w:tcMar>
              <w:top w:w="80" w:type="dxa"/>
              <w:start w:w="120" w:type="dxa"/>
              <w:bottom w:w="80" w:type="dxa"/>
              <w:end w:w="120" w:type="dxa"/>
            </w:tcMar>
            <w:vAlign w:val="center"/>
          </w:tcPr>
          <w:p>
            <w:r>
              <w:rPr>
                <w:rFonts w:ascii="Calibri" w:hAnsi="Calibri"/>
                <w:b w:val="0"/>
                <w:color w:val="203748"/>
                <w:sz w:val="18"/>
              </w:rPr>
              <w:t>2460448.5</w:t>
            </w:r>
          </w:p>
        </w:tc>
        <w:tc>
          <w:tcPr>
            <w:tcW w:type="dxa" w:w="2860"/>
            <w:shd w:fill="F7FAFC"/>
            <w:tcMar>
              <w:top w:w="80" w:type="dxa"/>
              <w:start w:w="120" w:type="dxa"/>
              <w:bottom w:w="80" w:type="dxa"/>
              <w:end w:w="120" w:type="dxa"/>
            </w:tcMar>
            <w:vAlign w:val="center"/>
          </w:tcPr>
          <w:p>
            <w:r>
              <w:rPr>
                <w:rFonts w:ascii="Calibri" w:hAnsi="Calibri"/>
                <w:b w:val="0"/>
                <w:color w:val="203748"/>
                <w:sz w:val="18"/>
              </w:rPr>
              <w:t>1.000095309222603</w:t>
            </w:r>
          </w:p>
        </w:tc>
        <w:tc>
          <w:tcPr>
            <w:tcW w:type="dxa" w:w="2500"/>
            <w:shd w:fill="F7FAFC"/>
            <w:tcMar>
              <w:top w:w="80" w:type="dxa"/>
              <w:start w:w="120" w:type="dxa"/>
              <w:bottom w:w="80" w:type="dxa"/>
              <w:end w:w="120" w:type="dxa"/>
            </w:tcMar>
            <w:vAlign w:val="center"/>
          </w:tcPr>
          <w:p>
            <w:r>
              <w:rPr>
                <w:rFonts w:ascii="Calibri" w:hAnsi="Calibri"/>
                <w:b w:val="0"/>
                <w:color w:val="203748"/>
                <w:sz w:val="18"/>
              </w:rPr>
              <w:t>0.3914300307809727</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2P Encke</w:t>
            </w:r>
          </w:p>
        </w:tc>
        <w:tc>
          <w:tcPr>
            <w:tcW w:type="dxa" w:w="2200"/>
            <w:tcMar>
              <w:top w:w="80" w:type="dxa"/>
              <w:start w:w="120" w:type="dxa"/>
              <w:bottom w:w="80" w:type="dxa"/>
              <w:end w:w="120" w:type="dxa"/>
            </w:tcMar>
            <w:vAlign w:val="center"/>
          </w:tcPr>
          <w:p>
            <w:r>
              <w:rPr>
                <w:rFonts w:ascii="Calibri" w:hAnsi="Calibri"/>
                <w:b w:val="0"/>
                <w:color w:val="203748"/>
                <w:sz w:val="18"/>
              </w:rPr>
              <w:t>2459847.5</w:t>
            </w:r>
          </w:p>
        </w:tc>
        <w:tc>
          <w:tcPr>
            <w:tcW w:type="dxa" w:w="2860"/>
            <w:tcMar>
              <w:top w:w="80" w:type="dxa"/>
              <w:start w:w="120" w:type="dxa"/>
              <w:bottom w:w="80" w:type="dxa"/>
              <w:end w:w="120" w:type="dxa"/>
            </w:tcMar>
            <w:vAlign w:val="center"/>
          </w:tcPr>
          <w:p>
            <w:r>
              <w:rPr>
                <w:rFonts w:ascii="Calibri" w:hAnsi="Calibri"/>
                <w:b w:val="0"/>
                <w:color w:val="203748"/>
                <w:sz w:val="18"/>
              </w:rPr>
              <w:t>0.8477496967533629</w:t>
            </w:r>
          </w:p>
        </w:tc>
        <w:tc>
          <w:tcPr>
            <w:tcW w:type="dxa" w:w="2500"/>
            <w:tcMar>
              <w:top w:w="80" w:type="dxa"/>
              <w:start w:w="120" w:type="dxa"/>
              <w:bottom w:w="80" w:type="dxa"/>
              <w:end w:w="120" w:type="dxa"/>
            </w:tcMar>
            <w:vAlign w:val="center"/>
          </w:tcPr>
          <w:p>
            <w:r>
              <w:rPr>
                <w:rFonts w:ascii="Calibri" w:hAnsi="Calibri"/>
                <w:b w:val="0"/>
                <w:color w:val="203748"/>
                <w:sz w:val="18"/>
              </w:rPr>
              <w:t>0.3379482792219925</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2I Borisov</w:t>
            </w:r>
          </w:p>
        </w:tc>
        <w:tc>
          <w:tcPr>
            <w:tcW w:type="dxa" w:w="2200"/>
            <w:shd w:fill="F7FAFC"/>
            <w:tcMar>
              <w:top w:w="80" w:type="dxa"/>
              <w:start w:w="120" w:type="dxa"/>
              <w:bottom w:w="80" w:type="dxa"/>
              <w:end w:w="120" w:type="dxa"/>
            </w:tcMar>
            <w:vAlign w:val="center"/>
          </w:tcPr>
          <w:p>
            <w:r>
              <w:rPr>
                <w:rFonts w:ascii="Calibri" w:hAnsi="Calibri"/>
                <w:b w:val="0"/>
                <w:color w:val="203748"/>
                <w:sz w:val="18"/>
              </w:rPr>
              <w:t>2458853.5</w:t>
            </w:r>
          </w:p>
        </w:tc>
        <w:tc>
          <w:tcPr>
            <w:tcW w:type="dxa" w:w="2860"/>
            <w:shd w:fill="F7FAFC"/>
            <w:tcMar>
              <w:top w:w="80" w:type="dxa"/>
              <w:start w:w="120" w:type="dxa"/>
              <w:bottom w:w="80" w:type="dxa"/>
              <w:end w:w="120" w:type="dxa"/>
            </w:tcMar>
            <w:vAlign w:val="center"/>
          </w:tcPr>
          <w:p>
            <w:r>
              <w:rPr>
                <w:rFonts w:ascii="Calibri" w:hAnsi="Calibri"/>
                <w:b w:val="0"/>
                <w:color w:val="203748"/>
                <w:sz w:val="18"/>
              </w:rPr>
              <w:t>3.356475782676596</w:t>
            </w:r>
          </w:p>
        </w:tc>
        <w:tc>
          <w:tcPr>
            <w:tcW w:type="dxa" w:w="2500"/>
            <w:shd w:fill="F7FAFC"/>
            <w:tcMar>
              <w:top w:w="80" w:type="dxa"/>
              <w:start w:w="120" w:type="dxa"/>
              <w:bottom w:w="80" w:type="dxa"/>
              <w:end w:w="120" w:type="dxa"/>
            </w:tcMar>
            <w:vAlign w:val="center"/>
          </w:tcPr>
          <w:p>
            <w:r>
              <w:rPr>
                <w:rFonts w:ascii="Calibri" w:hAnsi="Calibri"/>
                <w:b w:val="0"/>
                <w:color w:val="203748"/>
                <w:sz w:val="18"/>
              </w:rPr>
              <w:t>2.006520878500843</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99942 Apophis</w:t>
            </w:r>
          </w:p>
        </w:tc>
        <w:tc>
          <w:tcPr>
            <w:tcW w:type="dxa" w:w="2200"/>
            <w:tcMar>
              <w:top w:w="80" w:type="dxa"/>
              <w:start w:w="120" w:type="dxa"/>
              <w:bottom w:w="80" w:type="dxa"/>
              <w:end w:w="120" w:type="dxa"/>
            </w:tcMar>
            <w:vAlign w:val="center"/>
          </w:tcPr>
          <w:p>
            <w:r>
              <w:rPr>
                <w:rFonts w:ascii="Calibri" w:hAnsi="Calibri"/>
                <w:b w:val="0"/>
                <w:color w:val="203748"/>
                <w:sz w:val="18"/>
              </w:rPr>
              <w:t>2459215.5</w:t>
            </w:r>
          </w:p>
        </w:tc>
        <w:tc>
          <w:tcPr>
            <w:tcW w:type="dxa" w:w="2860"/>
            <w:tcMar>
              <w:top w:w="80" w:type="dxa"/>
              <w:start w:w="120" w:type="dxa"/>
              <w:bottom w:w="80" w:type="dxa"/>
              <w:end w:w="120" w:type="dxa"/>
            </w:tcMar>
            <w:vAlign w:val="center"/>
          </w:tcPr>
          <w:p>
            <w:r>
              <w:rPr>
                <w:rFonts w:ascii="Calibri" w:hAnsi="Calibri"/>
                <w:b w:val="0"/>
                <w:color w:val="203748"/>
                <w:sz w:val="18"/>
              </w:rPr>
              <w:t>0.19152168935010219</w:t>
            </w:r>
          </w:p>
        </w:tc>
        <w:tc>
          <w:tcPr>
            <w:tcW w:type="dxa" w:w="2500"/>
            <w:tcMar>
              <w:top w:w="80" w:type="dxa"/>
              <w:start w:w="120" w:type="dxa"/>
              <w:bottom w:w="80" w:type="dxa"/>
              <w:end w:w="120" w:type="dxa"/>
            </w:tcMar>
            <w:vAlign w:val="center"/>
          </w:tcPr>
          <w:p>
            <w:r>
              <w:rPr>
                <w:rFonts w:ascii="Calibri" w:hAnsi="Calibri"/>
                <w:b w:val="0"/>
                <w:color w:val="203748"/>
                <w:sz w:val="18"/>
              </w:rPr>
              <w:t>0.74582704784665232</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200"/>
            <w:shd w:fill="F7FAFC"/>
            <w:tcMar>
              <w:top w:w="80" w:type="dxa"/>
              <w:start w:w="120" w:type="dxa"/>
              <w:bottom w:w="80" w:type="dxa"/>
              <w:end w:w="120" w:type="dxa"/>
            </w:tcMar>
            <w:vAlign w:val="center"/>
          </w:tcPr>
          <w:p>
            <w:r>
              <w:rPr>
                <w:rFonts w:ascii="Calibri" w:hAnsi="Calibri"/>
                <w:b w:val="0"/>
                <w:color w:val="203748"/>
                <w:sz w:val="18"/>
              </w:rPr>
              <w:t>2456158.5</w:t>
            </w:r>
          </w:p>
        </w:tc>
        <w:tc>
          <w:tcPr>
            <w:tcW w:type="dxa" w:w="2860"/>
            <w:shd w:fill="F7FAFC"/>
            <w:tcMar>
              <w:top w:w="80" w:type="dxa"/>
              <w:start w:w="120" w:type="dxa"/>
              <w:bottom w:w="80" w:type="dxa"/>
              <w:end w:w="120" w:type="dxa"/>
            </w:tcMar>
            <w:vAlign w:val="center"/>
          </w:tcPr>
          <w:p>
            <w:r>
              <w:rPr>
                <w:rFonts w:ascii="Calibri" w:hAnsi="Calibri"/>
                <w:b w:val="0"/>
                <w:color w:val="203748"/>
                <w:sz w:val="18"/>
              </w:rPr>
              <w:t>0.10812843436824709</w:t>
            </w:r>
          </w:p>
        </w:tc>
        <w:tc>
          <w:tcPr>
            <w:tcW w:type="dxa" w:w="2500"/>
            <w:shd w:fill="F7FAFC"/>
            <w:tcMar>
              <w:top w:w="80" w:type="dxa"/>
              <w:start w:w="120" w:type="dxa"/>
              <w:bottom w:w="80" w:type="dxa"/>
              <w:end w:w="120" w:type="dxa"/>
            </w:tcMar>
            <w:vAlign w:val="center"/>
          </w:tcPr>
          <w:p>
            <w:r>
              <w:rPr>
                <w:rFonts w:ascii="Calibri" w:hAnsi="Calibri"/>
                <w:b w:val="0"/>
                <w:color w:val="203748"/>
                <w:sz w:val="18"/>
              </w:rPr>
              <w:t>0.893491631652941</w:t>
            </w:r>
          </w:p>
        </w:tc>
      </w:tr>
    </w:tbl>
    <w:p>
      <w:pPr>
        <w:spacing w:after="60"/>
      </w:pPr>
    </w:p>
    <w:p>
      <w:pPr>
        <w:spacing w:before="80" w:after="80"/>
      </w:pPr>
      <w:r>
        <w:rPr>
          <w:rFonts w:ascii="Calibri" w:hAnsi="Calibri"/>
          <w:b/>
          <w:i w:val="0"/>
          <w:color w:val="1F4D78"/>
          <w:sz w:val="18"/>
        </w:rPr>
        <w:t>Perihelion epoch and orbital-plane orientation.</w:t>
      </w:r>
    </w:p>
    <w:tbl>
      <w:tblPr>
        <w:tblStyle w:val="TableGrid"/>
        <w:tblW w:type="dxa" w:w="9360"/>
        <w:tblLayout w:type="fixed"/>
        <w:tblLook w:firstColumn="1" w:firstRow="1" w:lastColumn="0" w:lastRow="0" w:noHBand="0" w:noVBand="1" w:val="04A0"/>
        <w:tblInd w:w="120" w:type="dxa"/>
      </w:tblPr>
      <w:tblGrid>
        <w:gridCol w:w="1800"/>
        <w:gridCol w:w="2460"/>
        <w:gridCol w:w="1700"/>
        <w:gridCol w:w="1700"/>
        <w:gridCol w:w="1700"/>
      </w:tblGrid>
      <w:tr>
        <w:trPr>
          <w:tblHeader w:val="true"/>
          <w:cantSplit w:val="true"/>
        </w:trPr>
        <w:tc>
          <w:tcPr>
            <w:tcW w:type="dxa" w:w="1800"/>
            <w:shd w:fill="1F4D78"/>
            <w:tcMar>
              <w:top w:w="80" w:type="dxa"/>
              <w:start w:w="120" w:type="dxa"/>
              <w:bottom w:w="80" w:type="dxa"/>
              <w:end w:w="120" w:type="dxa"/>
            </w:tcMar>
            <w:vAlign w:val="center"/>
          </w:tcPr>
          <w:p>
            <w:r>
              <w:rPr>
                <w:rFonts w:ascii="Calibri" w:hAnsi="Calibri"/>
                <w:b/>
                <w:color w:val="FFFFFF"/>
                <w:sz w:val="19"/>
              </w:rPr>
              <w:t>Object</w:t>
            </w:r>
          </w:p>
        </w:tc>
        <w:tc>
          <w:tcPr>
            <w:tcW w:type="dxa" w:w="2460"/>
            <w:shd w:fill="1F4D78"/>
            <w:tcMar>
              <w:top w:w="80" w:type="dxa"/>
              <w:start w:w="120" w:type="dxa"/>
              <w:bottom w:w="80" w:type="dxa"/>
              <w:end w:w="120" w:type="dxa"/>
            </w:tcMar>
            <w:vAlign w:val="center"/>
          </w:tcPr>
          <w:p>
            <w:r>
              <w:rPr>
                <w:rFonts w:ascii="Calibri" w:hAnsi="Calibri"/>
                <w:b/>
                <w:color w:val="FFFFFF"/>
                <w:sz w:val="19"/>
              </w:rPr>
              <w:t>Tp TDB</w:t>
            </w:r>
          </w:p>
        </w:tc>
        <w:tc>
          <w:tcPr>
            <w:tcW w:type="dxa" w:w="1700"/>
            <w:shd w:fill="1F4D78"/>
            <w:tcMar>
              <w:top w:w="80" w:type="dxa"/>
              <w:start w:w="120" w:type="dxa"/>
              <w:bottom w:w="80" w:type="dxa"/>
              <w:end w:w="120" w:type="dxa"/>
            </w:tcMar>
            <w:vAlign w:val="center"/>
          </w:tcPr>
          <w:p>
            <w:r>
              <w:rPr>
                <w:rFonts w:ascii="Calibri" w:hAnsi="Calibri"/>
                <w:b/>
                <w:color w:val="FFFFFF"/>
                <w:sz w:val="19"/>
              </w:rPr>
              <w:t>Omega deg</w:t>
            </w:r>
          </w:p>
        </w:tc>
        <w:tc>
          <w:tcPr>
            <w:tcW w:type="dxa" w:w="1700"/>
            <w:shd w:fill="1F4D78"/>
            <w:tcMar>
              <w:top w:w="80" w:type="dxa"/>
              <w:start w:w="120" w:type="dxa"/>
              <w:bottom w:w="80" w:type="dxa"/>
              <w:end w:w="120" w:type="dxa"/>
            </w:tcMar>
            <w:vAlign w:val="center"/>
          </w:tcPr>
          <w:p>
            <w:r>
              <w:rPr>
                <w:rFonts w:ascii="Calibri" w:hAnsi="Calibri"/>
                <w:b/>
                <w:color w:val="FFFFFF"/>
                <w:sz w:val="19"/>
              </w:rPr>
              <w:t>omega deg</w:t>
            </w:r>
          </w:p>
        </w:tc>
        <w:tc>
          <w:tcPr>
            <w:tcW w:type="dxa" w:w="1700"/>
            <w:shd w:fill="1F4D78"/>
            <w:tcMar>
              <w:top w:w="80" w:type="dxa"/>
              <w:start w:w="120" w:type="dxa"/>
              <w:bottom w:w="80" w:type="dxa"/>
              <w:end w:w="120" w:type="dxa"/>
            </w:tcMar>
            <w:vAlign w:val="center"/>
          </w:tcPr>
          <w:p>
            <w:r>
              <w:rPr>
                <w:rFonts w:ascii="Calibri" w:hAnsi="Calibri"/>
                <w:b/>
                <w:color w:val="FFFFFF"/>
                <w:sz w:val="19"/>
              </w:rPr>
              <w:t>i deg</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433 Eros</w:t>
            </w:r>
          </w:p>
        </w:tc>
        <w:tc>
          <w:tcPr>
            <w:tcW w:type="dxa" w:w="2460"/>
            <w:tcMar>
              <w:top w:w="80" w:type="dxa"/>
              <w:start w:w="120" w:type="dxa"/>
              <w:bottom w:w="80" w:type="dxa"/>
              <w:end w:w="120" w:type="dxa"/>
            </w:tcMar>
            <w:vAlign w:val="center"/>
          </w:tcPr>
          <w:p>
            <w:r>
              <w:rPr>
                <w:rFonts w:ascii="Calibri" w:hAnsi="Calibri"/>
                <w:b w:val="0"/>
                <w:color w:val="203748"/>
                <w:sz w:val="18"/>
              </w:rPr>
              <w:t>2453371.5859943051</w:t>
            </w:r>
          </w:p>
        </w:tc>
        <w:tc>
          <w:tcPr>
            <w:tcW w:type="dxa" w:w="1700"/>
            <w:tcMar>
              <w:top w:w="80" w:type="dxa"/>
              <w:start w:w="120" w:type="dxa"/>
              <w:bottom w:w="80" w:type="dxa"/>
              <w:end w:w="120" w:type="dxa"/>
            </w:tcMar>
            <w:vAlign w:val="center"/>
          </w:tcPr>
          <w:p>
            <w:r>
              <w:rPr>
                <w:rFonts w:ascii="Calibri" w:hAnsi="Calibri"/>
                <w:b w:val="0"/>
                <w:color w:val="203748"/>
                <w:sz w:val="18"/>
              </w:rPr>
              <w:t>304.40102733795362</w:t>
            </w:r>
          </w:p>
        </w:tc>
        <w:tc>
          <w:tcPr>
            <w:tcW w:type="dxa" w:w="1700"/>
            <w:tcMar>
              <w:top w:w="80" w:type="dxa"/>
              <w:start w:w="120" w:type="dxa"/>
              <w:bottom w:w="80" w:type="dxa"/>
              <w:end w:w="120" w:type="dxa"/>
            </w:tcMar>
            <w:vAlign w:val="center"/>
          </w:tcPr>
          <w:p>
            <w:r>
              <w:rPr>
                <w:rFonts w:ascii="Calibri" w:hAnsi="Calibri"/>
                <w:b w:val="0"/>
                <w:color w:val="203748"/>
                <w:sz w:val="18"/>
              </w:rPr>
              <w:t>178.665326776373</w:t>
            </w:r>
          </w:p>
        </w:tc>
        <w:tc>
          <w:tcPr>
            <w:tcW w:type="dxa" w:w="1700"/>
            <w:tcMar>
              <w:top w:w="80" w:type="dxa"/>
              <w:start w:w="120" w:type="dxa"/>
              <w:bottom w:w="80" w:type="dxa"/>
              <w:end w:w="120" w:type="dxa"/>
            </w:tcMar>
            <w:vAlign w:val="center"/>
          </w:tcPr>
          <w:p>
            <w:r>
              <w:rPr>
                <w:rFonts w:ascii="Calibri" w:hAnsi="Calibri"/>
                <w:b w:val="0"/>
                <w:color w:val="203748"/>
                <w:sz w:val="18"/>
              </w:rPr>
              <w:t>10.8291838260782</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C/2023 A3</w:t>
            </w:r>
          </w:p>
        </w:tc>
        <w:tc>
          <w:tcPr>
            <w:tcW w:type="dxa" w:w="2460"/>
            <w:shd w:fill="F7FAFC"/>
            <w:tcMar>
              <w:top w:w="80" w:type="dxa"/>
              <w:start w:w="120" w:type="dxa"/>
              <w:bottom w:w="80" w:type="dxa"/>
              <w:end w:w="120" w:type="dxa"/>
            </w:tcMar>
            <w:vAlign w:val="center"/>
          </w:tcPr>
          <w:p>
            <w:r>
              <w:rPr>
                <w:rFonts w:ascii="Calibri" w:hAnsi="Calibri"/>
                <w:b w:val="0"/>
                <w:color w:val="203748"/>
                <w:sz w:val="18"/>
              </w:rPr>
              <w:t>2460581.24084083</w:t>
            </w:r>
          </w:p>
        </w:tc>
        <w:tc>
          <w:tcPr>
            <w:tcW w:type="dxa" w:w="1700"/>
            <w:shd w:fill="F7FAFC"/>
            <w:tcMar>
              <w:top w:w="80" w:type="dxa"/>
              <w:start w:w="120" w:type="dxa"/>
              <w:bottom w:w="80" w:type="dxa"/>
              <w:end w:w="120" w:type="dxa"/>
            </w:tcMar>
            <w:vAlign w:val="center"/>
          </w:tcPr>
          <w:p>
            <w:r>
              <w:rPr>
                <w:rFonts w:ascii="Calibri" w:hAnsi="Calibri"/>
                <w:b w:val="0"/>
                <w:color w:val="203748"/>
                <w:sz w:val="18"/>
              </w:rPr>
              <w:t>21.55947863619833</w:t>
            </w:r>
          </w:p>
        </w:tc>
        <w:tc>
          <w:tcPr>
            <w:tcW w:type="dxa" w:w="1700"/>
            <w:shd w:fill="F7FAFC"/>
            <w:tcMar>
              <w:top w:w="80" w:type="dxa"/>
              <w:start w:w="120" w:type="dxa"/>
              <w:bottom w:w="80" w:type="dxa"/>
              <w:end w:w="120" w:type="dxa"/>
            </w:tcMar>
            <w:vAlign w:val="center"/>
          </w:tcPr>
          <w:p>
            <w:r>
              <w:rPr>
                <w:rFonts w:ascii="Calibri" w:hAnsi="Calibri"/>
                <w:b w:val="0"/>
                <w:color w:val="203748"/>
                <w:sz w:val="18"/>
              </w:rPr>
              <w:t>308.4917712569641</w:t>
            </w:r>
          </w:p>
        </w:tc>
        <w:tc>
          <w:tcPr>
            <w:tcW w:type="dxa" w:w="1700"/>
            <w:shd w:fill="F7FAFC"/>
            <w:tcMar>
              <w:top w:w="80" w:type="dxa"/>
              <w:start w:w="120" w:type="dxa"/>
              <w:bottom w:w="80" w:type="dxa"/>
              <w:end w:w="120" w:type="dxa"/>
            </w:tcMar>
            <w:vAlign w:val="center"/>
          </w:tcPr>
          <w:p>
            <w:r>
              <w:rPr>
                <w:rFonts w:ascii="Calibri" w:hAnsi="Calibri"/>
                <w:b w:val="0"/>
                <w:color w:val="203748"/>
                <w:sz w:val="18"/>
              </w:rPr>
              <w:t>139.1121095087364</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2P Encke</w:t>
            </w:r>
          </w:p>
        </w:tc>
        <w:tc>
          <w:tcPr>
            <w:tcW w:type="dxa" w:w="2460"/>
            <w:tcMar>
              <w:top w:w="80" w:type="dxa"/>
              <w:start w:w="120" w:type="dxa"/>
              <w:bottom w:w="80" w:type="dxa"/>
              <w:end w:w="120" w:type="dxa"/>
            </w:tcMar>
            <w:vAlign w:val="center"/>
          </w:tcPr>
          <w:p>
            <w:r>
              <w:rPr>
                <w:rFonts w:ascii="Calibri" w:hAnsi="Calibri"/>
                <w:b w:val="0"/>
                <w:color w:val="203748"/>
                <w:sz w:val="18"/>
              </w:rPr>
              <w:t>2460239.6495185494</w:t>
            </w:r>
          </w:p>
        </w:tc>
        <w:tc>
          <w:tcPr>
            <w:tcW w:type="dxa" w:w="1700"/>
            <w:tcMar>
              <w:top w:w="80" w:type="dxa"/>
              <w:start w:w="120" w:type="dxa"/>
              <w:bottom w:w="80" w:type="dxa"/>
              <w:end w:w="120" w:type="dxa"/>
            </w:tcMar>
            <w:vAlign w:val="center"/>
          </w:tcPr>
          <w:p>
            <w:r>
              <w:rPr>
                <w:rFonts w:ascii="Calibri" w:hAnsi="Calibri"/>
                <w:b w:val="0"/>
                <w:color w:val="203748"/>
                <w:sz w:val="18"/>
              </w:rPr>
              <w:t>334.1935846036774</w:t>
            </w:r>
          </w:p>
        </w:tc>
        <w:tc>
          <w:tcPr>
            <w:tcW w:type="dxa" w:w="1700"/>
            <w:tcMar>
              <w:top w:w="80" w:type="dxa"/>
              <w:start w:w="120" w:type="dxa"/>
              <w:bottom w:w="80" w:type="dxa"/>
              <w:end w:w="120" w:type="dxa"/>
            </w:tcMar>
            <w:vAlign w:val="center"/>
          </w:tcPr>
          <w:p>
            <w:r>
              <w:rPr>
                <w:rFonts w:ascii="Calibri" w:hAnsi="Calibri"/>
                <w:b w:val="0"/>
                <w:color w:val="203748"/>
                <w:sz w:val="18"/>
              </w:rPr>
              <w:t>187.1342463695676</w:t>
            </w:r>
          </w:p>
        </w:tc>
        <w:tc>
          <w:tcPr>
            <w:tcW w:type="dxa" w:w="1700"/>
            <w:tcMar>
              <w:top w:w="80" w:type="dxa"/>
              <w:start w:w="120" w:type="dxa"/>
              <w:bottom w:w="80" w:type="dxa"/>
              <w:end w:w="120" w:type="dxa"/>
            </w:tcMar>
            <w:vAlign w:val="center"/>
          </w:tcPr>
          <w:p>
            <w:r>
              <w:rPr>
                <w:rFonts w:ascii="Calibri" w:hAnsi="Calibri"/>
                <w:b w:val="0"/>
                <w:color w:val="203748"/>
                <w:sz w:val="18"/>
              </w:rPr>
              <w:t>11.41227811179314</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2I Borisov</w:t>
            </w:r>
          </w:p>
        </w:tc>
        <w:tc>
          <w:tcPr>
            <w:tcW w:type="dxa" w:w="2460"/>
            <w:shd w:fill="F7FAFC"/>
            <w:tcMar>
              <w:top w:w="80" w:type="dxa"/>
              <w:start w:w="120" w:type="dxa"/>
              <w:bottom w:w="80" w:type="dxa"/>
              <w:end w:w="120" w:type="dxa"/>
            </w:tcMar>
            <w:vAlign w:val="center"/>
          </w:tcPr>
          <w:p>
            <w:r>
              <w:rPr>
                <w:rFonts w:ascii="Calibri" w:hAnsi="Calibri"/>
                <w:b w:val="0"/>
                <w:color w:val="203748"/>
                <w:sz w:val="18"/>
              </w:rPr>
              <w:t>2458826.052845906</w:t>
            </w:r>
          </w:p>
        </w:tc>
        <w:tc>
          <w:tcPr>
            <w:tcW w:type="dxa" w:w="1700"/>
            <w:shd w:fill="F7FAFC"/>
            <w:tcMar>
              <w:top w:w="80" w:type="dxa"/>
              <w:start w:w="120" w:type="dxa"/>
              <w:bottom w:w="80" w:type="dxa"/>
              <w:end w:w="120" w:type="dxa"/>
            </w:tcMar>
            <w:vAlign w:val="center"/>
          </w:tcPr>
          <w:p>
            <w:r>
              <w:rPr>
                <w:rFonts w:ascii="Calibri" w:hAnsi="Calibri"/>
                <w:b w:val="0"/>
                <w:color w:val="203748"/>
                <w:sz w:val="18"/>
              </w:rPr>
              <w:t>308.1477292269942</w:t>
            </w:r>
          </w:p>
        </w:tc>
        <w:tc>
          <w:tcPr>
            <w:tcW w:type="dxa" w:w="1700"/>
            <w:shd w:fill="F7FAFC"/>
            <w:tcMar>
              <w:top w:w="80" w:type="dxa"/>
              <w:start w:w="120" w:type="dxa"/>
              <w:bottom w:w="80" w:type="dxa"/>
              <w:end w:w="120" w:type="dxa"/>
            </w:tcMar>
            <w:vAlign w:val="center"/>
          </w:tcPr>
          <w:p>
            <w:r>
              <w:rPr>
                <w:rFonts w:ascii="Calibri" w:hAnsi="Calibri"/>
                <w:b w:val="0"/>
                <w:color w:val="203748"/>
                <w:sz w:val="18"/>
              </w:rPr>
              <w:t>209.1236864378081</w:t>
            </w:r>
          </w:p>
        </w:tc>
        <w:tc>
          <w:tcPr>
            <w:tcW w:type="dxa" w:w="1700"/>
            <w:shd w:fill="F7FAFC"/>
            <w:tcMar>
              <w:top w:w="80" w:type="dxa"/>
              <w:start w:w="120" w:type="dxa"/>
              <w:bottom w:w="80" w:type="dxa"/>
              <w:end w:w="120" w:type="dxa"/>
            </w:tcMar>
            <w:vAlign w:val="center"/>
          </w:tcPr>
          <w:p>
            <w:r>
              <w:rPr>
                <w:rFonts w:ascii="Calibri" w:hAnsi="Calibri"/>
                <w:b w:val="0"/>
                <w:color w:val="203748"/>
                <w:sz w:val="18"/>
              </w:rPr>
              <w:t>44.05264247909138</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99942 Apophis</w:t>
            </w:r>
          </w:p>
        </w:tc>
        <w:tc>
          <w:tcPr>
            <w:tcW w:type="dxa" w:w="2460"/>
            <w:tcMar>
              <w:top w:w="80" w:type="dxa"/>
              <w:start w:w="120" w:type="dxa"/>
              <w:bottom w:w="80" w:type="dxa"/>
              <w:end w:w="120" w:type="dxa"/>
            </w:tcMar>
            <w:vAlign w:val="center"/>
          </w:tcPr>
          <w:p>
            <w:r>
              <w:rPr>
                <w:rFonts w:ascii="Calibri" w:hAnsi="Calibri"/>
                <w:b w:val="0"/>
                <w:color w:val="203748"/>
                <w:sz w:val="18"/>
              </w:rPr>
              <w:t>2459101.0394224627</w:t>
            </w:r>
          </w:p>
        </w:tc>
        <w:tc>
          <w:tcPr>
            <w:tcW w:type="dxa" w:w="1700"/>
            <w:tcMar>
              <w:top w:w="80" w:type="dxa"/>
              <w:start w:w="120" w:type="dxa"/>
              <w:bottom w:w="80" w:type="dxa"/>
              <w:end w:w="120" w:type="dxa"/>
            </w:tcMar>
            <w:vAlign w:val="center"/>
          </w:tcPr>
          <w:p>
            <w:r>
              <w:rPr>
                <w:rFonts w:ascii="Calibri" w:hAnsi="Calibri"/>
                <w:b w:val="0"/>
                <w:color w:val="203748"/>
                <w:sz w:val="18"/>
              </w:rPr>
              <w:t>204.0389272089208</w:t>
            </w:r>
          </w:p>
        </w:tc>
        <w:tc>
          <w:tcPr>
            <w:tcW w:type="dxa" w:w="1700"/>
            <w:tcMar>
              <w:top w:w="80" w:type="dxa"/>
              <w:start w:w="120" w:type="dxa"/>
              <w:bottom w:w="80" w:type="dxa"/>
              <w:end w:w="120" w:type="dxa"/>
            </w:tcMar>
            <w:vAlign w:val="center"/>
          </w:tcPr>
          <w:p>
            <w:r>
              <w:rPr>
                <w:rFonts w:ascii="Calibri" w:hAnsi="Calibri"/>
                <w:b w:val="0"/>
                <w:color w:val="203748"/>
                <w:sz w:val="18"/>
              </w:rPr>
              <w:t>126.65205183685531</w:t>
            </w:r>
          </w:p>
        </w:tc>
        <w:tc>
          <w:tcPr>
            <w:tcW w:type="dxa" w:w="1700"/>
            <w:tcMar>
              <w:top w:w="80" w:type="dxa"/>
              <w:start w:w="120" w:type="dxa"/>
              <w:bottom w:w="80" w:type="dxa"/>
              <w:end w:w="120" w:type="dxa"/>
            </w:tcMar>
            <w:vAlign w:val="center"/>
          </w:tcPr>
          <w:p>
            <w:r>
              <w:rPr>
                <w:rFonts w:ascii="Calibri" w:hAnsi="Calibri"/>
                <w:b w:val="0"/>
                <w:color w:val="203748"/>
                <w:sz w:val="18"/>
              </w:rPr>
              <w:t>3.3367513200667558</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460"/>
            <w:shd w:fill="F7FAFC"/>
            <w:tcMar>
              <w:top w:w="80" w:type="dxa"/>
              <w:start w:w="120" w:type="dxa"/>
              <w:bottom w:w="80" w:type="dxa"/>
              <w:end w:w="120" w:type="dxa"/>
            </w:tcMar>
            <w:vAlign w:val="center"/>
          </w:tcPr>
          <w:p>
            <w:r>
              <w:rPr>
                <w:rFonts w:ascii="Calibri" w:hAnsi="Calibri"/>
                <w:b w:val="0"/>
                <w:color w:val="203748"/>
                <w:sz w:val="18"/>
              </w:rPr>
              <w:t>2456261.554400227</w:t>
            </w:r>
          </w:p>
        </w:tc>
        <w:tc>
          <w:tcPr>
            <w:tcW w:type="dxa" w:w="1700"/>
            <w:shd w:fill="F7FAFC"/>
            <w:tcMar>
              <w:top w:w="80" w:type="dxa"/>
              <w:start w:w="120" w:type="dxa"/>
              <w:bottom w:w="80" w:type="dxa"/>
              <w:end w:w="120" w:type="dxa"/>
            </w:tcMar>
            <w:vAlign w:val="center"/>
          </w:tcPr>
          <w:p>
            <w:r>
              <w:rPr>
                <w:rFonts w:ascii="Calibri" w:hAnsi="Calibri"/>
                <w:b w:val="0"/>
                <w:color w:val="203748"/>
                <w:sz w:val="18"/>
              </w:rPr>
              <w:t>147.2625010881184</w:t>
            </w:r>
          </w:p>
        </w:tc>
        <w:tc>
          <w:tcPr>
            <w:tcW w:type="dxa" w:w="1700"/>
            <w:shd w:fill="F7FAFC"/>
            <w:tcMar>
              <w:top w:w="80" w:type="dxa"/>
              <w:start w:w="120" w:type="dxa"/>
              <w:bottom w:w="80" w:type="dxa"/>
              <w:end w:w="120" w:type="dxa"/>
            </w:tcMar>
            <w:vAlign w:val="center"/>
          </w:tcPr>
          <w:p>
            <w:r>
              <w:rPr>
                <w:rFonts w:ascii="Calibri" w:hAnsi="Calibri"/>
                <w:b w:val="0"/>
                <w:color w:val="203748"/>
                <w:sz w:val="18"/>
              </w:rPr>
              <w:t>271.08746874977783</w:t>
            </w:r>
          </w:p>
        </w:tc>
        <w:tc>
          <w:tcPr>
            <w:tcW w:type="dxa" w:w="1700"/>
            <w:shd w:fill="F7FAFC"/>
            <w:tcMar>
              <w:top w:w="80" w:type="dxa"/>
              <w:start w:w="120" w:type="dxa"/>
              <w:bottom w:w="80" w:type="dxa"/>
              <w:end w:w="120" w:type="dxa"/>
            </w:tcMar>
            <w:vAlign w:val="center"/>
          </w:tcPr>
          <w:p>
            <w:r>
              <w:rPr>
                <w:rFonts w:ascii="Calibri" w:hAnsi="Calibri"/>
                <w:b w:val="0"/>
                <w:color w:val="203748"/>
                <w:sz w:val="18"/>
              </w:rPr>
              <w:t>10.33728752192523</w:t>
            </w:r>
          </w:p>
        </w:tc>
      </w:tr>
    </w:tbl>
    <w:p>
      <w:pPr>
        <w:spacing w:after="60"/>
      </w:pPr>
    </w:p>
    <w:p>
      <w:pPr>
        <w:spacing w:before="80" w:after="80"/>
      </w:pPr>
      <w:r>
        <w:rPr>
          <w:rFonts w:ascii="Calibri" w:hAnsi="Calibri"/>
          <w:b/>
          <w:i w:val="0"/>
          <w:color w:val="1F4D78"/>
          <w:sz w:val="18"/>
        </w:rPr>
        <w:t>Non-gravitational parameters; zero omits that component.</w:t>
      </w:r>
    </w:p>
    <w:tbl>
      <w:tblPr>
        <w:tblStyle w:val="TableGrid"/>
        <w:tblW w:type="dxa" w:w="9360"/>
        <w:tblLayout w:type="fixed"/>
        <w:tblLook w:firstColumn="1" w:firstRow="1" w:lastColumn="0" w:lastRow="0" w:noHBand="0" w:noVBand="1" w:val="04A0"/>
        <w:tblInd w:w="120" w:type="dxa"/>
      </w:tblPr>
      <w:tblGrid>
        <w:gridCol w:w="2000"/>
        <w:gridCol w:w="7360"/>
      </w:tblGrid>
      <w:tr>
        <w:trPr>
          <w:tblHeader w:val="true"/>
          <w:cantSplit w:val="true"/>
        </w:trPr>
        <w:tc>
          <w:tcPr>
            <w:tcW w:type="dxa" w:w="2000"/>
            <w:shd w:fill="1F4D78"/>
            <w:tcMar>
              <w:top w:w="80" w:type="dxa"/>
              <w:start w:w="120" w:type="dxa"/>
              <w:bottom w:w="80" w:type="dxa"/>
              <w:end w:w="120" w:type="dxa"/>
            </w:tcMar>
            <w:vAlign w:val="center"/>
          </w:tcPr>
          <w:p>
            <w:r>
              <w:rPr>
                <w:rFonts w:ascii="Calibri" w:hAnsi="Calibri"/>
                <w:b/>
                <w:color w:val="FFFFFF"/>
                <w:sz w:val="19"/>
              </w:rPr>
              <w:t>Object</w:t>
            </w:r>
          </w:p>
        </w:tc>
        <w:tc>
          <w:tcPr>
            <w:tcW w:type="dxa" w:w="7360"/>
            <w:shd w:fill="1F4D78"/>
            <w:tcMar>
              <w:top w:w="80" w:type="dxa"/>
              <w:start w:w="120" w:type="dxa"/>
              <w:bottom w:w="80" w:type="dxa"/>
              <w:end w:w="120" w:type="dxa"/>
            </w:tcMar>
            <w:vAlign w:val="center"/>
          </w:tcPr>
          <w:p>
            <w:r>
              <w:rPr>
                <w:rFonts w:ascii="Calibri" w:hAnsi="Calibri"/>
                <w:b/>
                <w:color w:val="FFFFFF"/>
                <w:sz w:val="19"/>
              </w:rPr>
              <w:t>A1 / A2 / A3</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433 Eros</w:t>
            </w:r>
          </w:p>
        </w:tc>
        <w:tc>
          <w:tcPr>
            <w:tcW w:type="dxa" w:w="7360"/>
            <w:tcMar>
              <w:top w:w="80" w:type="dxa"/>
              <w:start w:w="120" w:type="dxa"/>
              <w:bottom w:w="80" w:type="dxa"/>
              <w:end w:w="120" w:type="dxa"/>
            </w:tcMar>
            <w:vAlign w:val="center"/>
          </w:tcPr>
          <w:p>
            <w:r>
              <w:rPr>
                <w:rFonts w:ascii="Calibri" w:hAnsi="Calibri"/>
                <w:b w:val="0"/>
                <w:color w:val="203748"/>
                <w:sz w:val="18"/>
              </w:rPr>
              <w:t>0 / 0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C/2023 A3</w:t>
            </w:r>
          </w:p>
        </w:tc>
        <w:tc>
          <w:tcPr>
            <w:tcW w:type="dxa" w:w="7360"/>
            <w:shd w:fill="F7FAFC"/>
            <w:tcMar>
              <w:top w:w="80" w:type="dxa"/>
              <w:start w:w="120" w:type="dxa"/>
              <w:bottom w:w="80" w:type="dxa"/>
              <w:end w:w="120" w:type="dxa"/>
            </w:tcMar>
            <w:vAlign w:val="center"/>
          </w:tcPr>
          <w:p>
            <w:r>
              <w:rPr>
                <w:rFonts w:ascii="Calibri" w:hAnsi="Calibri"/>
                <w:b w:val="0"/>
                <w:color w:val="203748"/>
                <w:sz w:val="18"/>
              </w:rPr>
              <w:t>1.4218744044776211e-8 / 1.3486232284695711e-9 / 0</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2P Encke</w:t>
            </w:r>
          </w:p>
        </w:tc>
        <w:tc>
          <w:tcPr>
            <w:tcW w:type="dxa" w:w="7360"/>
            <w:tcMar>
              <w:top w:w="80" w:type="dxa"/>
              <w:start w:w="120" w:type="dxa"/>
              <w:bottom w:w="80" w:type="dxa"/>
              <w:end w:w="120" w:type="dxa"/>
            </w:tcMar>
            <w:vAlign w:val="center"/>
          </w:tcPr>
          <w:p>
            <w:r>
              <w:rPr>
                <w:rFonts w:ascii="Calibri" w:hAnsi="Calibri"/>
                <w:b w:val="0"/>
                <w:color w:val="203748"/>
                <w:sz w:val="18"/>
              </w:rPr>
              <w:t>2.34758107815004e-10 / -6.540690743894436e-13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2I Borisov</w:t>
            </w:r>
          </w:p>
        </w:tc>
        <w:tc>
          <w:tcPr>
            <w:tcW w:type="dxa" w:w="7360"/>
            <w:shd w:fill="F7FAFC"/>
            <w:tcMar>
              <w:top w:w="80" w:type="dxa"/>
              <w:start w:w="120" w:type="dxa"/>
              <w:bottom w:w="80" w:type="dxa"/>
              <w:end w:w="120" w:type="dxa"/>
            </w:tcMar>
            <w:vAlign w:val="center"/>
          </w:tcPr>
          <w:p>
            <w:r>
              <w:rPr>
                <w:rFonts w:ascii="Calibri" w:hAnsi="Calibri"/>
                <w:b w:val="0"/>
                <w:color w:val="203748"/>
                <w:sz w:val="18"/>
              </w:rPr>
              <w:t>4.8595882640274848e-8 / 1.8798986909513609e-8 / 2.8355032201284751e-9</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99942 Apophis</w:t>
            </w:r>
          </w:p>
        </w:tc>
        <w:tc>
          <w:tcPr>
            <w:tcW w:type="dxa" w:w="7360"/>
            <w:tcMar>
              <w:top w:w="80" w:type="dxa"/>
              <w:start w:w="120" w:type="dxa"/>
              <w:bottom w:w="80" w:type="dxa"/>
              <w:end w:w="120" w:type="dxa"/>
            </w:tcMar>
            <w:vAlign w:val="center"/>
          </w:tcPr>
          <w:p>
            <w:r>
              <w:rPr>
                <w:rFonts w:ascii="Calibri" w:hAnsi="Calibri"/>
                <w:b w:val="0"/>
                <w:color w:val="203748"/>
                <w:sz w:val="18"/>
              </w:rPr>
              <w:t>5e-13 / -2.9017666371531647e-14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7360"/>
            <w:shd w:fill="F7FAFC"/>
            <w:tcMar>
              <w:top w:w="80" w:type="dxa"/>
              <w:start w:w="120" w:type="dxa"/>
              <w:bottom w:w="80" w:type="dxa"/>
              <w:end w:w="120" w:type="dxa"/>
            </w:tcMar>
            <w:vAlign w:val="center"/>
          </w:tcPr>
          <w:p>
            <w:r>
              <w:rPr>
                <w:rFonts w:ascii="Calibri" w:hAnsi="Calibri"/>
                <w:b w:val="0"/>
                <w:color w:val="203748"/>
                <w:sz w:val="18"/>
              </w:rPr>
              <w:t>0 / 0 / 0</w:t>
            </w:r>
          </w:p>
        </w:tc>
      </w:tr>
    </w:tbl>
    <w:p>
      <w:pPr>
        <w:spacing w:after="60"/>
      </w:pPr>
    </w:p>
    <w:p>
      <w:pPr>
        <w:spacing w:before="80" w:after="80"/>
      </w:pPr>
      <w:r>
        <w:rPr>
          <w:rFonts w:ascii="Calibri" w:hAnsi="Calibri"/>
          <w:b/>
          <w:i w:val="0"/>
          <w:color w:val="1F4D78"/>
          <w:sz w:val="18"/>
        </w:rPr>
        <w:t>Frozen JPL Horizons reference positions.</w:t>
      </w:r>
    </w:p>
    <w:tbl>
      <w:tblPr>
        <w:tblStyle w:val="TableGrid"/>
        <w:tblW w:type="dxa" w:w="9360"/>
        <w:tblLayout w:type="fixed"/>
        <w:tblLook w:firstColumn="1" w:firstRow="1" w:lastColumn="0" w:lastRow="0" w:noHBand="0" w:noVBand="1" w:val="04A0"/>
        <w:tblInd w:w="120" w:type="dxa"/>
      </w:tblPr>
      <w:tblGrid>
        <w:gridCol w:w="1900"/>
        <w:gridCol w:w="2500"/>
        <w:gridCol w:w="2480"/>
        <w:gridCol w:w="2480"/>
      </w:tblGrid>
      <w:tr>
        <w:trPr>
          <w:tblHeader w:val="true"/>
          <w:cantSplit w:val="true"/>
        </w:trPr>
        <w:tc>
          <w:tcPr>
            <w:tcW w:type="dxa" w:w="1900"/>
            <w:shd w:fill="1F4D78"/>
            <w:tcMar>
              <w:top w:w="80" w:type="dxa"/>
              <w:start w:w="120" w:type="dxa"/>
              <w:bottom w:w="80" w:type="dxa"/>
              <w:end w:w="120" w:type="dxa"/>
            </w:tcMar>
            <w:vAlign w:val="center"/>
          </w:tcPr>
          <w:p>
            <w:r>
              <w:rPr>
                <w:rFonts w:ascii="Calibri" w:hAnsi="Calibri"/>
                <w:b/>
                <w:color w:val="FFFFFF"/>
                <w:sz w:val="19"/>
              </w:rPr>
              <w:t>Object</w:t>
            </w:r>
          </w:p>
        </w:tc>
        <w:tc>
          <w:tcPr>
            <w:tcW w:type="dxa" w:w="2500"/>
            <w:shd w:fill="1F4D78"/>
            <w:tcMar>
              <w:top w:w="80" w:type="dxa"/>
              <w:start w:w="120" w:type="dxa"/>
              <w:bottom w:w="80" w:type="dxa"/>
              <w:end w:w="120" w:type="dxa"/>
            </w:tcMar>
            <w:vAlign w:val="center"/>
          </w:tcPr>
          <w:p>
            <w:r>
              <w:rPr>
                <w:rFonts w:ascii="Calibri" w:hAnsi="Calibri"/>
                <w:b/>
                <w:color w:val="FFFFFF"/>
                <w:sz w:val="19"/>
              </w:rPr>
              <w:t>UTC</w:t>
            </w:r>
          </w:p>
        </w:tc>
        <w:tc>
          <w:tcPr>
            <w:tcW w:type="dxa" w:w="2480"/>
            <w:shd w:fill="1F4D78"/>
            <w:tcMar>
              <w:top w:w="80" w:type="dxa"/>
              <w:start w:w="120" w:type="dxa"/>
              <w:bottom w:w="80" w:type="dxa"/>
              <w:end w:w="120" w:type="dxa"/>
            </w:tcMar>
            <w:vAlign w:val="center"/>
          </w:tcPr>
          <w:p>
            <w:r>
              <w:rPr>
                <w:rFonts w:ascii="Calibri" w:hAnsi="Calibri"/>
                <w:b/>
                <w:color w:val="FFFFFF"/>
                <w:sz w:val="19"/>
              </w:rPr>
              <w:t>JPL RA deg</w:t>
            </w:r>
          </w:p>
        </w:tc>
        <w:tc>
          <w:tcPr>
            <w:tcW w:type="dxa" w:w="2480"/>
            <w:shd w:fill="1F4D78"/>
            <w:tcMar>
              <w:top w:w="80" w:type="dxa"/>
              <w:start w:w="120" w:type="dxa"/>
              <w:bottom w:w="80" w:type="dxa"/>
              <w:end w:w="120" w:type="dxa"/>
            </w:tcMar>
            <w:vAlign w:val="center"/>
          </w:tcPr>
          <w:p>
            <w:r>
              <w:rPr>
                <w:rFonts w:ascii="Calibri" w:hAnsi="Calibri"/>
                <w:b/>
                <w:color w:val="FFFFFF"/>
                <w:sz w:val="19"/>
              </w:rPr>
              <w:t>JPL Dec deg</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433 Eros</w:t>
            </w:r>
          </w:p>
        </w:tc>
        <w:tc>
          <w:tcPr>
            <w:tcW w:type="dxa" w:w="2500"/>
            <w:tcMar>
              <w:top w:w="80" w:type="dxa"/>
              <w:start w:w="120" w:type="dxa"/>
              <w:bottom w:w="80" w:type="dxa"/>
              <w:end w:w="120" w:type="dxa"/>
            </w:tcMar>
            <w:vAlign w:val="center"/>
          </w:tcPr>
          <w:p>
            <w:r>
              <w:rPr>
                <w:rFonts w:ascii="Calibri" w:hAnsi="Calibri"/>
                <w:b w:val="0"/>
                <w:color w:val="203748"/>
                <w:sz w:val="18"/>
              </w:rPr>
              <w:t>2026-07-21 22:00:00</w:t>
            </w:r>
          </w:p>
        </w:tc>
        <w:tc>
          <w:tcPr>
            <w:tcW w:type="dxa" w:w="2480"/>
            <w:tcMar>
              <w:top w:w="80" w:type="dxa"/>
              <w:start w:w="120" w:type="dxa"/>
              <w:bottom w:w="80" w:type="dxa"/>
              <w:end w:w="120" w:type="dxa"/>
            </w:tcMar>
            <w:vAlign w:val="center"/>
          </w:tcPr>
          <w:p>
            <w:r>
              <w:rPr>
                <w:rFonts w:ascii="Calibri" w:hAnsi="Calibri"/>
                <w:b w:val="0"/>
                <w:color w:val="203748"/>
                <w:sz w:val="18"/>
              </w:rPr>
              <w:t>188.352878680</w:t>
            </w:r>
          </w:p>
        </w:tc>
        <w:tc>
          <w:tcPr>
            <w:tcW w:type="dxa" w:w="2480"/>
            <w:tcMar>
              <w:top w:w="80" w:type="dxa"/>
              <w:start w:w="120" w:type="dxa"/>
              <w:bottom w:w="80" w:type="dxa"/>
              <w:end w:w="120" w:type="dxa"/>
            </w:tcMar>
            <w:vAlign w:val="center"/>
          </w:tcPr>
          <w:p>
            <w:r>
              <w:rPr>
                <w:rFonts w:ascii="Calibri" w:hAnsi="Calibri"/>
                <w:b w:val="0"/>
                <w:color w:val="203748"/>
                <w:sz w:val="18"/>
              </w:rPr>
              <w:t>-15.485731924</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433 Eros</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189.033073621</w:t>
            </w:r>
          </w:p>
        </w:tc>
        <w:tc>
          <w:tcPr>
            <w:tcW w:type="dxa" w:w="2480"/>
            <w:shd w:fill="F7FAFC"/>
            <w:tcMar>
              <w:top w:w="80" w:type="dxa"/>
              <w:start w:w="120" w:type="dxa"/>
              <w:bottom w:w="80" w:type="dxa"/>
              <w:end w:w="120" w:type="dxa"/>
            </w:tcMar>
            <w:vAlign w:val="center"/>
          </w:tcPr>
          <w:p>
            <w:r>
              <w:rPr>
                <w:rFonts w:ascii="Calibri" w:hAnsi="Calibri"/>
                <w:b w:val="0"/>
                <w:color w:val="203748"/>
                <w:sz w:val="18"/>
              </w:rPr>
              <w:t>-15.673602566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433 Eros</w:t>
            </w:r>
          </w:p>
        </w:tc>
        <w:tc>
          <w:tcPr>
            <w:tcW w:type="dxa" w:w="2500"/>
            <w:tcMar>
              <w:top w:w="80" w:type="dxa"/>
              <w:start w:w="120" w:type="dxa"/>
              <w:bottom w:w="80" w:type="dxa"/>
              <w:end w:w="120" w:type="dxa"/>
            </w:tcMar>
            <w:vAlign w:val="center"/>
          </w:tcPr>
          <w:p>
            <w:r>
              <w:rPr>
                <w:rFonts w:ascii="Calibri" w:hAnsi="Calibri"/>
                <w:b w:val="0"/>
                <w:color w:val="203748"/>
                <w:sz w:val="18"/>
              </w:rPr>
              <w:t>2026-07-23 22:00:00</w:t>
            </w:r>
          </w:p>
        </w:tc>
        <w:tc>
          <w:tcPr>
            <w:tcW w:type="dxa" w:w="2480"/>
            <w:tcMar>
              <w:top w:w="80" w:type="dxa"/>
              <w:start w:w="120" w:type="dxa"/>
              <w:bottom w:w="80" w:type="dxa"/>
              <w:end w:w="120" w:type="dxa"/>
            </w:tcMar>
            <w:vAlign w:val="center"/>
          </w:tcPr>
          <w:p>
            <w:r>
              <w:rPr>
                <w:rFonts w:ascii="Calibri" w:hAnsi="Calibri"/>
                <w:b w:val="0"/>
                <w:color w:val="203748"/>
                <w:sz w:val="18"/>
              </w:rPr>
              <w:t>189.712493431</w:t>
            </w:r>
          </w:p>
        </w:tc>
        <w:tc>
          <w:tcPr>
            <w:tcW w:type="dxa" w:w="2480"/>
            <w:tcMar>
              <w:top w:w="80" w:type="dxa"/>
              <w:start w:w="120" w:type="dxa"/>
              <w:bottom w:w="80" w:type="dxa"/>
              <w:end w:w="120" w:type="dxa"/>
            </w:tcMar>
            <w:vAlign w:val="center"/>
          </w:tcPr>
          <w:p>
            <w:r>
              <w:rPr>
                <w:rFonts w:ascii="Calibri" w:hAnsi="Calibri"/>
                <w:b w:val="0"/>
                <w:color w:val="203748"/>
                <w:sz w:val="18"/>
              </w:rPr>
              <w:t>-15.860306533</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C/2023 A3</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2026-07-21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270.131469713</w:t>
            </w:r>
          </w:p>
        </w:tc>
        <w:tc>
          <w:tcPr>
            <w:tcW w:type="dxa" w:w="2480"/>
            <w:shd w:fill="F7FAFC"/>
            <w:tcMar>
              <w:top w:w="80" w:type="dxa"/>
              <w:start w:w="120" w:type="dxa"/>
              <w:bottom w:w="80" w:type="dxa"/>
              <w:end w:w="120" w:type="dxa"/>
            </w:tcMar>
            <w:vAlign w:val="center"/>
          </w:tcPr>
          <w:p>
            <w:r>
              <w:rPr>
                <w:rFonts w:ascii="Calibri" w:hAnsi="Calibri"/>
                <w:b w:val="0"/>
                <w:color w:val="203748"/>
                <w:sz w:val="18"/>
              </w:rPr>
              <w:t>20.765253967</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C/2023 A3</w:t>
            </w:r>
          </w:p>
        </w:tc>
        <w:tc>
          <w:tcPr>
            <w:tcW w:type="dxa" w:w="2500"/>
            <w:tcMar>
              <w:top w:w="80" w:type="dxa"/>
              <w:start w:w="120" w:type="dxa"/>
              <w:bottom w:w="80" w:type="dxa"/>
              <w:end w:w="120" w:type="dxa"/>
            </w:tcMar>
            <w:vAlign w:val="center"/>
          </w:tcPr>
          <w:p>
            <w:r>
              <w:rPr>
                <w:rFonts w:ascii="Calibri" w:hAnsi="Calibri"/>
                <w:b w:val="0"/>
                <w:color w:val="203748"/>
                <w:sz w:val="18"/>
              </w:rPr>
              <w:t>2026-07-22 22:00:00</w:t>
            </w:r>
          </w:p>
        </w:tc>
        <w:tc>
          <w:tcPr>
            <w:tcW w:type="dxa" w:w="2480"/>
            <w:tcMar>
              <w:top w:w="80" w:type="dxa"/>
              <w:start w:w="120" w:type="dxa"/>
              <w:bottom w:w="80" w:type="dxa"/>
              <w:end w:w="120" w:type="dxa"/>
            </w:tcMar>
            <w:vAlign w:val="center"/>
          </w:tcPr>
          <w:p>
            <w:r>
              <w:rPr>
                <w:rFonts w:ascii="Calibri" w:hAnsi="Calibri"/>
                <w:b w:val="0"/>
                <w:color w:val="203748"/>
                <w:sz w:val="18"/>
              </w:rPr>
              <w:t>269.997011490</w:t>
            </w:r>
          </w:p>
        </w:tc>
        <w:tc>
          <w:tcPr>
            <w:tcW w:type="dxa" w:w="2480"/>
            <w:tcMar>
              <w:top w:w="80" w:type="dxa"/>
              <w:start w:w="120" w:type="dxa"/>
              <w:bottom w:w="80" w:type="dxa"/>
              <w:end w:w="120" w:type="dxa"/>
            </w:tcMar>
            <w:vAlign w:val="center"/>
          </w:tcPr>
          <w:p>
            <w:r>
              <w:rPr>
                <w:rFonts w:ascii="Calibri" w:hAnsi="Calibri"/>
                <w:b w:val="0"/>
                <w:color w:val="203748"/>
                <w:sz w:val="18"/>
              </w:rPr>
              <w:t>20.710979861</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C/2023 A3</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2026-07-23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269.864375552</w:t>
            </w:r>
          </w:p>
        </w:tc>
        <w:tc>
          <w:tcPr>
            <w:tcW w:type="dxa" w:w="2480"/>
            <w:shd w:fill="F7FAFC"/>
            <w:tcMar>
              <w:top w:w="80" w:type="dxa"/>
              <w:start w:w="120" w:type="dxa"/>
              <w:bottom w:w="80" w:type="dxa"/>
              <w:end w:w="120" w:type="dxa"/>
            </w:tcMar>
            <w:vAlign w:val="center"/>
          </w:tcPr>
          <w:p>
            <w:r>
              <w:rPr>
                <w:rFonts w:ascii="Calibri" w:hAnsi="Calibri"/>
                <w:b w:val="0"/>
                <w:color w:val="203748"/>
                <w:sz w:val="18"/>
              </w:rPr>
              <w:t>20.655473422</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2P Encke</w:t>
            </w:r>
          </w:p>
        </w:tc>
        <w:tc>
          <w:tcPr>
            <w:tcW w:type="dxa" w:w="2500"/>
            <w:tcMar>
              <w:top w:w="80" w:type="dxa"/>
              <w:start w:w="120" w:type="dxa"/>
              <w:bottom w:w="80" w:type="dxa"/>
              <w:end w:w="120" w:type="dxa"/>
            </w:tcMar>
            <w:vAlign w:val="center"/>
          </w:tcPr>
          <w:p>
            <w:r>
              <w:rPr>
                <w:rFonts w:ascii="Calibri" w:hAnsi="Calibri"/>
                <w:b w:val="0"/>
                <w:color w:val="203748"/>
                <w:sz w:val="18"/>
              </w:rPr>
              <w:t>2026-07-21 22:00:00</w:t>
            </w:r>
          </w:p>
        </w:tc>
        <w:tc>
          <w:tcPr>
            <w:tcW w:type="dxa" w:w="2480"/>
            <w:tcMar>
              <w:top w:w="80" w:type="dxa"/>
              <w:start w:w="120" w:type="dxa"/>
              <w:bottom w:w="80" w:type="dxa"/>
              <w:end w:w="120" w:type="dxa"/>
            </w:tcMar>
            <w:vAlign w:val="center"/>
          </w:tcPr>
          <w:p>
            <w:r>
              <w:rPr>
                <w:rFonts w:ascii="Calibri" w:hAnsi="Calibri"/>
                <w:b w:val="0"/>
                <w:color w:val="203748"/>
                <w:sz w:val="18"/>
              </w:rPr>
              <w:t>22.086326480</w:t>
            </w:r>
          </w:p>
        </w:tc>
        <w:tc>
          <w:tcPr>
            <w:tcW w:type="dxa" w:w="2480"/>
            <w:tcMar>
              <w:top w:w="80" w:type="dxa"/>
              <w:start w:w="120" w:type="dxa"/>
              <w:bottom w:w="80" w:type="dxa"/>
              <w:end w:w="120" w:type="dxa"/>
            </w:tcMar>
            <w:vAlign w:val="center"/>
          </w:tcPr>
          <w:p>
            <w:r>
              <w:rPr>
                <w:rFonts w:ascii="Calibri" w:hAnsi="Calibri"/>
                <w:b w:val="0"/>
                <w:color w:val="203748"/>
                <w:sz w:val="18"/>
              </w:rPr>
              <w:t>16.151079557</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2P Encke</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22.204227929</w:t>
            </w:r>
          </w:p>
        </w:tc>
        <w:tc>
          <w:tcPr>
            <w:tcW w:type="dxa" w:w="2480"/>
            <w:shd w:fill="F7FAFC"/>
            <w:tcMar>
              <w:top w:w="80" w:type="dxa"/>
              <w:start w:w="120" w:type="dxa"/>
              <w:bottom w:w="80" w:type="dxa"/>
              <w:end w:w="120" w:type="dxa"/>
            </w:tcMar>
            <w:vAlign w:val="center"/>
          </w:tcPr>
          <w:p>
            <w:r>
              <w:rPr>
                <w:rFonts w:ascii="Calibri" w:hAnsi="Calibri"/>
                <w:b w:val="0"/>
                <w:color w:val="203748"/>
                <w:sz w:val="18"/>
              </w:rPr>
              <w:t>16.258348832</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2P Encke</w:t>
            </w:r>
          </w:p>
        </w:tc>
        <w:tc>
          <w:tcPr>
            <w:tcW w:type="dxa" w:w="2500"/>
            <w:tcMar>
              <w:top w:w="80" w:type="dxa"/>
              <w:start w:w="120" w:type="dxa"/>
              <w:bottom w:w="80" w:type="dxa"/>
              <w:end w:w="120" w:type="dxa"/>
            </w:tcMar>
            <w:vAlign w:val="center"/>
          </w:tcPr>
          <w:p>
            <w:r>
              <w:rPr>
                <w:rFonts w:ascii="Calibri" w:hAnsi="Calibri"/>
                <w:b w:val="0"/>
                <w:color w:val="203748"/>
                <w:sz w:val="18"/>
              </w:rPr>
              <w:t>2026-07-23 22:00:00</w:t>
            </w:r>
          </w:p>
        </w:tc>
        <w:tc>
          <w:tcPr>
            <w:tcW w:type="dxa" w:w="2480"/>
            <w:tcMar>
              <w:top w:w="80" w:type="dxa"/>
              <w:start w:w="120" w:type="dxa"/>
              <w:bottom w:w="80" w:type="dxa"/>
              <w:end w:w="120" w:type="dxa"/>
            </w:tcMar>
            <w:vAlign w:val="center"/>
          </w:tcPr>
          <w:p>
            <w:r>
              <w:rPr>
                <w:rFonts w:ascii="Calibri" w:hAnsi="Calibri"/>
                <w:b w:val="0"/>
                <w:color w:val="203748"/>
                <w:sz w:val="18"/>
              </w:rPr>
              <w:t>22.318311808</w:t>
            </w:r>
          </w:p>
        </w:tc>
        <w:tc>
          <w:tcPr>
            <w:tcW w:type="dxa" w:w="2480"/>
            <w:tcMar>
              <w:top w:w="80" w:type="dxa"/>
              <w:start w:w="120" w:type="dxa"/>
              <w:bottom w:w="80" w:type="dxa"/>
              <w:end w:w="120" w:type="dxa"/>
            </w:tcMar>
            <w:vAlign w:val="center"/>
          </w:tcPr>
          <w:p>
            <w:r>
              <w:rPr>
                <w:rFonts w:ascii="Calibri" w:hAnsi="Calibri"/>
                <w:b w:val="0"/>
                <w:color w:val="203748"/>
                <w:sz w:val="18"/>
              </w:rPr>
              <w:t>16.365096989</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2I Borisov</w:t>
            </w:r>
          </w:p>
        </w:tc>
        <w:tc>
          <w:tcPr>
            <w:tcW w:type="dxa" w:w="2500"/>
            <w:shd w:fill="F7FAFC"/>
            <w:tcMar>
              <w:top w:w="80" w:type="dxa"/>
              <w:start w:w="120" w:type="dxa"/>
              <w:bottom w:w="80" w:type="dxa"/>
              <w:end w:w="120" w:type="dxa"/>
            </w:tcMar>
            <w:vAlign w:val="center"/>
          </w:tcPr>
          <w:p>
            <w:r>
              <w:rPr>
                <w:rFonts w:ascii="Calibri" w:hAnsi="Calibri"/>
                <w:b w:val="0"/>
                <w:color w:val="203748"/>
                <w:sz w:val="18"/>
              </w:rPr>
              <w:t>2019-12-08 00:00:00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171.852537543</w:t>
            </w:r>
          </w:p>
        </w:tc>
        <w:tc>
          <w:tcPr>
            <w:tcW w:type="dxa" w:w="2480"/>
            <w:shd w:fill="F7FAFC"/>
            <w:tcMar>
              <w:top w:w="80" w:type="dxa"/>
              <w:start w:w="120" w:type="dxa"/>
              <w:bottom w:w="80" w:type="dxa"/>
              <w:end w:w="120" w:type="dxa"/>
            </w:tcMar>
            <w:vAlign w:val="center"/>
          </w:tcPr>
          <w:p>
            <w:r>
              <w:rPr>
                <w:rFonts w:ascii="Calibri" w:hAnsi="Calibri"/>
                <w:b w:val="0"/>
                <w:color w:val="203748"/>
                <w:sz w:val="18"/>
              </w:rPr>
              <w:t>-17.895950115</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2I Borisov</w:t>
            </w:r>
          </w:p>
        </w:tc>
        <w:tc>
          <w:tcPr>
            <w:tcW w:type="dxa" w:w="2500"/>
            <w:tcMar>
              <w:top w:w="80" w:type="dxa"/>
              <w:start w:w="120" w:type="dxa"/>
              <w:bottom w:w="80" w:type="dxa"/>
              <w:end w:w="120" w:type="dxa"/>
            </w:tcMar>
            <w:vAlign w:val="center"/>
          </w:tcPr>
          <w:p>
            <w:r>
              <w:rPr>
                <w:rFonts w:ascii="Calibri" w:hAnsi="Calibri"/>
                <w:b w:val="0"/>
                <w:color w:val="203748"/>
                <w:sz w:val="18"/>
              </w:rPr>
              <w:t>2019-12-09 00:00:00</w:t>
            </w:r>
          </w:p>
        </w:tc>
        <w:tc>
          <w:tcPr>
            <w:tcW w:type="dxa" w:w="2480"/>
            <w:tcMar>
              <w:top w:w="80" w:type="dxa"/>
              <w:start w:w="120" w:type="dxa"/>
              <w:bottom w:w="80" w:type="dxa"/>
              <w:end w:w="120" w:type="dxa"/>
            </w:tcMar>
            <w:vAlign w:val="center"/>
          </w:tcPr>
          <w:p>
            <w:r>
              <w:rPr>
                <w:rFonts w:ascii="Calibri" w:hAnsi="Calibri"/>
                <w:b w:val="0"/>
                <w:color w:val="203748"/>
                <w:sz w:val="18"/>
              </w:rPr>
              <w:t>172.269466247</w:t>
            </w:r>
          </w:p>
        </w:tc>
        <w:tc>
          <w:tcPr>
            <w:tcW w:type="dxa" w:w="2480"/>
            <w:tcMar>
              <w:top w:w="80" w:type="dxa"/>
              <w:start w:w="120" w:type="dxa"/>
              <w:bottom w:w="80" w:type="dxa"/>
              <w:end w:w="120" w:type="dxa"/>
            </w:tcMar>
            <w:vAlign w:val="center"/>
          </w:tcPr>
          <w:p>
            <w:r>
              <w:rPr>
                <w:rFonts w:ascii="Calibri" w:hAnsi="Calibri"/>
                <w:b w:val="0"/>
                <w:color w:val="203748"/>
                <w:sz w:val="18"/>
              </w:rPr>
              <w:t>-18.665188729</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2I Borisov</w:t>
            </w:r>
          </w:p>
        </w:tc>
        <w:tc>
          <w:tcPr>
            <w:tcW w:type="dxa" w:w="2500"/>
            <w:shd w:fill="F7FAFC"/>
            <w:tcMar>
              <w:top w:w="80" w:type="dxa"/>
              <w:start w:w="120" w:type="dxa"/>
              <w:bottom w:w="80" w:type="dxa"/>
              <w:end w:w="120" w:type="dxa"/>
            </w:tcMar>
            <w:vAlign w:val="center"/>
          </w:tcPr>
          <w:p>
            <w:r>
              <w:rPr>
                <w:rFonts w:ascii="Calibri" w:hAnsi="Calibri"/>
                <w:b w:val="0"/>
                <w:color w:val="203748"/>
                <w:sz w:val="18"/>
              </w:rPr>
              <w:t>2019-12-10 00:00:00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172.685173642</w:t>
            </w:r>
          </w:p>
        </w:tc>
        <w:tc>
          <w:tcPr>
            <w:tcW w:type="dxa" w:w="2480"/>
            <w:shd w:fill="F7FAFC"/>
            <w:tcMar>
              <w:top w:w="80" w:type="dxa"/>
              <w:start w:w="120" w:type="dxa"/>
              <w:bottom w:w="80" w:type="dxa"/>
              <w:end w:w="120" w:type="dxa"/>
            </w:tcMar>
            <w:vAlign w:val="center"/>
          </w:tcPr>
          <w:p>
            <w:r>
              <w:rPr>
                <w:rFonts w:ascii="Calibri" w:hAnsi="Calibri"/>
                <w:b w:val="0"/>
                <w:color w:val="203748"/>
                <w:sz w:val="18"/>
              </w:rPr>
              <w:t>-19.435471809</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99942 Apophis</w:t>
            </w:r>
          </w:p>
        </w:tc>
        <w:tc>
          <w:tcPr>
            <w:tcW w:type="dxa" w:w="2500"/>
            <w:tcMar>
              <w:top w:w="80" w:type="dxa"/>
              <w:start w:w="120" w:type="dxa"/>
              <w:bottom w:w="80" w:type="dxa"/>
              <w:end w:w="120" w:type="dxa"/>
            </w:tcMar>
            <w:vAlign w:val="center"/>
          </w:tcPr>
          <w:p>
            <w:r>
              <w:rPr>
                <w:rFonts w:ascii="Calibri" w:hAnsi="Calibri"/>
                <w:b w:val="0"/>
                <w:color w:val="203748"/>
                <w:sz w:val="18"/>
              </w:rPr>
              <w:t>2029-04-13 20:30:00</w:t>
            </w:r>
          </w:p>
        </w:tc>
        <w:tc>
          <w:tcPr>
            <w:tcW w:type="dxa" w:w="2480"/>
            <w:tcMar>
              <w:top w:w="80" w:type="dxa"/>
              <w:start w:w="120" w:type="dxa"/>
              <w:bottom w:w="80" w:type="dxa"/>
              <w:end w:w="120" w:type="dxa"/>
            </w:tcMar>
            <w:vAlign w:val="center"/>
          </w:tcPr>
          <w:p>
            <w:r>
              <w:rPr>
                <w:rFonts w:ascii="Calibri" w:hAnsi="Calibri"/>
                <w:b w:val="0"/>
                <w:color w:val="203748"/>
                <w:sz w:val="18"/>
              </w:rPr>
              <w:t>162.187610650</w:t>
            </w:r>
          </w:p>
        </w:tc>
        <w:tc>
          <w:tcPr>
            <w:tcW w:type="dxa" w:w="2480"/>
            <w:tcMar>
              <w:top w:w="80" w:type="dxa"/>
              <w:start w:w="120" w:type="dxa"/>
              <w:bottom w:w="80" w:type="dxa"/>
              <w:end w:w="120" w:type="dxa"/>
            </w:tcMar>
            <w:vAlign w:val="center"/>
          </w:tcPr>
          <w:p>
            <w:r>
              <w:rPr>
                <w:rFonts w:ascii="Calibri" w:hAnsi="Calibri"/>
                <w:b w:val="0"/>
                <w:color w:val="203748"/>
                <w:sz w:val="18"/>
              </w:rPr>
              <w:t>-1.853259832</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500"/>
            <w:shd w:fill="F7FAFC"/>
            <w:tcMar>
              <w:top w:w="80" w:type="dxa"/>
              <w:start w:w="120" w:type="dxa"/>
              <w:bottom w:w="80" w:type="dxa"/>
              <w:end w:w="120" w:type="dxa"/>
            </w:tcMar>
            <w:vAlign w:val="center"/>
          </w:tcPr>
          <w:p>
            <w:r>
              <w:rPr>
                <w:rFonts w:ascii="Calibri" w:hAnsi="Calibri"/>
                <w:b w:val="0"/>
                <w:color w:val="203748"/>
                <w:sz w:val="18"/>
              </w:rPr>
              <w:t>2029-04-13 20:40:00</w:t>
            </w:r>
          </w:p>
        </w:tc>
        <w:tc>
          <w:tcPr>
            <w:tcW w:type="dxa" w:w="2480"/>
            <w:shd w:fill="F7FAFC"/>
            <w:tcMar>
              <w:top w:w="80" w:type="dxa"/>
              <w:start w:w="120" w:type="dxa"/>
              <w:bottom w:w="80" w:type="dxa"/>
              <w:end w:w="120" w:type="dxa"/>
            </w:tcMar>
            <w:vAlign w:val="center"/>
          </w:tcPr>
          <w:p>
            <w:r>
              <w:rPr>
                <w:rFonts w:ascii="Calibri" w:hAnsi="Calibri"/>
                <w:b w:val="0"/>
                <w:color w:val="203748"/>
                <w:sz w:val="18"/>
              </w:rPr>
              <w:t>158.279644424</w:t>
            </w:r>
          </w:p>
        </w:tc>
        <w:tc>
          <w:tcPr>
            <w:tcW w:type="dxa" w:w="2480"/>
            <w:shd w:fill="F7FAFC"/>
            <w:tcMar>
              <w:top w:w="80" w:type="dxa"/>
              <w:start w:w="120" w:type="dxa"/>
              <w:bottom w:w="80" w:type="dxa"/>
              <w:end w:w="120" w:type="dxa"/>
            </w:tcMar>
            <w:vAlign w:val="center"/>
          </w:tcPr>
          <w:p>
            <w:r>
              <w:rPr>
                <w:rFonts w:ascii="Calibri" w:hAnsi="Calibri"/>
                <w:b w:val="0"/>
                <w:color w:val="203748"/>
                <w:sz w:val="18"/>
              </w:rPr>
              <w:t>0.774049246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99942 Apophis</w:t>
            </w:r>
          </w:p>
        </w:tc>
        <w:tc>
          <w:tcPr>
            <w:tcW w:type="dxa" w:w="2500"/>
            <w:tcMar>
              <w:top w:w="80" w:type="dxa"/>
              <w:start w:w="120" w:type="dxa"/>
              <w:bottom w:w="80" w:type="dxa"/>
              <w:end w:w="120" w:type="dxa"/>
            </w:tcMar>
            <w:vAlign w:val="center"/>
          </w:tcPr>
          <w:p>
            <w:r>
              <w:rPr>
                <w:rFonts w:ascii="Calibri" w:hAnsi="Calibri"/>
                <w:b w:val="0"/>
                <w:color w:val="203748"/>
                <w:sz w:val="18"/>
              </w:rPr>
              <w:t>2029-04-13 20:50:00</w:t>
            </w:r>
          </w:p>
        </w:tc>
        <w:tc>
          <w:tcPr>
            <w:tcW w:type="dxa" w:w="2480"/>
            <w:tcMar>
              <w:top w:w="80" w:type="dxa"/>
              <w:start w:w="120" w:type="dxa"/>
              <w:bottom w:w="80" w:type="dxa"/>
              <w:end w:w="120" w:type="dxa"/>
            </w:tcMar>
            <w:vAlign w:val="center"/>
          </w:tcPr>
          <w:p>
            <w:r>
              <w:rPr>
                <w:rFonts w:ascii="Calibri" w:hAnsi="Calibri"/>
                <w:b w:val="0"/>
                <w:color w:val="203748"/>
                <w:sz w:val="18"/>
              </w:rPr>
              <w:t>153.882081064</w:t>
            </w:r>
          </w:p>
        </w:tc>
        <w:tc>
          <w:tcPr>
            <w:tcW w:type="dxa" w:w="2480"/>
            <w:tcMar>
              <w:top w:w="80" w:type="dxa"/>
              <w:start w:w="120" w:type="dxa"/>
              <w:bottom w:w="80" w:type="dxa"/>
              <w:end w:w="120" w:type="dxa"/>
            </w:tcMar>
            <w:vAlign w:val="center"/>
          </w:tcPr>
          <w:p>
            <w:r>
              <w:rPr>
                <w:rFonts w:ascii="Calibri" w:hAnsi="Calibri"/>
                <w:b w:val="0"/>
                <w:color w:val="203748"/>
                <w:sz w:val="18"/>
              </w:rPr>
              <w:t>3.710242552</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500"/>
            <w:shd w:fill="F7FAFC"/>
            <w:tcMar>
              <w:top w:w="80" w:type="dxa"/>
              <w:start w:w="120" w:type="dxa"/>
              <w:bottom w:w="80" w:type="dxa"/>
              <w:end w:w="120" w:type="dxa"/>
            </w:tcMar>
            <w:vAlign w:val="center"/>
          </w:tcPr>
          <w:p>
            <w:r>
              <w:rPr>
                <w:rFonts w:ascii="Calibri" w:hAnsi="Calibri"/>
                <w:b w:val="0"/>
                <w:color w:val="203748"/>
                <w:sz w:val="18"/>
              </w:rPr>
              <w:t>2029-04-13 21:00:00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148.942949743</w:t>
            </w:r>
          </w:p>
        </w:tc>
        <w:tc>
          <w:tcPr>
            <w:tcW w:type="dxa" w:w="2480"/>
            <w:shd w:fill="F7FAFC"/>
            <w:tcMar>
              <w:top w:w="80" w:type="dxa"/>
              <w:start w:w="120" w:type="dxa"/>
              <w:bottom w:w="80" w:type="dxa"/>
              <w:end w:w="120" w:type="dxa"/>
            </w:tcMar>
            <w:vAlign w:val="center"/>
          </w:tcPr>
          <w:p>
            <w:r>
              <w:rPr>
                <w:rFonts w:ascii="Calibri" w:hAnsi="Calibri"/>
                <w:b w:val="0"/>
                <w:color w:val="203748"/>
                <w:sz w:val="18"/>
              </w:rPr>
              <w:t>6.944475706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367943 Duende</w:t>
            </w:r>
          </w:p>
        </w:tc>
        <w:tc>
          <w:tcPr>
            <w:tcW w:type="dxa" w:w="2500"/>
            <w:tcMar>
              <w:top w:w="80" w:type="dxa"/>
              <w:start w:w="120" w:type="dxa"/>
              <w:bottom w:w="80" w:type="dxa"/>
              <w:end w:w="120" w:type="dxa"/>
            </w:tcMar>
            <w:vAlign w:val="center"/>
          </w:tcPr>
          <w:p>
            <w:r>
              <w:rPr>
                <w:rFonts w:ascii="Calibri" w:hAnsi="Calibri"/>
                <w:b w:val="0"/>
                <w:color w:val="203748"/>
                <w:sz w:val="18"/>
              </w:rPr>
              <w:t>2013-02-15 19:15:00</w:t>
            </w:r>
          </w:p>
        </w:tc>
        <w:tc>
          <w:tcPr>
            <w:tcW w:type="dxa" w:w="2480"/>
            <w:tcMar>
              <w:top w:w="80" w:type="dxa"/>
              <w:start w:w="120" w:type="dxa"/>
              <w:bottom w:w="80" w:type="dxa"/>
              <w:end w:w="120" w:type="dxa"/>
            </w:tcMar>
            <w:vAlign w:val="center"/>
          </w:tcPr>
          <w:p>
            <w:r>
              <w:rPr>
                <w:rFonts w:ascii="Calibri" w:hAnsi="Calibri"/>
                <w:b w:val="0"/>
                <w:color w:val="203748"/>
                <w:sz w:val="18"/>
              </w:rPr>
              <w:t>180.339825182</w:t>
            </w:r>
          </w:p>
        </w:tc>
        <w:tc>
          <w:tcPr>
            <w:tcW w:type="dxa" w:w="2480"/>
            <w:tcMar>
              <w:top w:w="80" w:type="dxa"/>
              <w:start w:w="120" w:type="dxa"/>
              <w:bottom w:w="80" w:type="dxa"/>
              <w:end w:w="120" w:type="dxa"/>
            </w:tcMar>
            <w:vAlign w:val="center"/>
          </w:tcPr>
          <w:p>
            <w:r>
              <w:rPr>
                <w:rFonts w:ascii="Calibri" w:hAnsi="Calibri"/>
                <w:b w:val="0"/>
                <w:color w:val="203748"/>
                <w:sz w:val="18"/>
              </w:rPr>
              <w:t>-21.468034850</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500"/>
            <w:shd w:fill="F7FAFC"/>
            <w:tcMar>
              <w:top w:w="80" w:type="dxa"/>
              <w:start w:w="120" w:type="dxa"/>
              <w:bottom w:w="80" w:type="dxa"/>
              <w:end w:w="120" w:type="dxa"/>
            </w:tcMar>
            <w:vAlign w:val="center"/>
          </w:tcPr>
          <w:p>
            <w:r>
              <w:rPr>
                <w:rFonts w:ascii="Calibri" w:hAnsi="Calibri"/>
                <w:b w:val="0"/>
                <w:color w:val="203748"/>
                <w:sz w:val="18"/>
              </w:rPr>
              <w:t>2013-02-15 19:20:00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180.569814701</w:t>
            </w:r>
          </w:p>
        </w:tc>
        <w:tc>
          <w:tcPr>
            <w:tcW w:type="dxa" w:w="2480"/>
            <w:shd w:fill="F7FAFC"/>
            <w:tcMar>
              <w:top w:w="80" w:type="dxa"/>
              <w:start w:w="120" w:type="dxa"/>
              <w:bottom w:w="80" w:type="dxa"/>
              <w:end w:w="120" w:type="dxa"/>
            </w:tcMar>
            <w:vAlign w:val="center"/>
          </w:tcPr>
          <w:p>
            <w:r>
              <w:rPr>
                <w:rFonts w:ascii="Calibri" w:hAnsi="Calibri"/>
                <w:b w:val="0"/>
                <w:color w:val="203748"/>
                <w:sz w:val="18"/>
              </w:rPr>
              <w:t>-17.847154119</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367943 Duende</w:t>
            </w:r>
          </w:p>
        </w:tc>
        <w:tc>
          <w:tcPr>
            <w:tcW w:type="dxa" w:w="2500"/>
            <w:tcMar>
              <w:top w:w="80" w:type="dxa"/>
              <w:start w:w="120" w:type="dxa"/>
              <w:bottom w:w="80" w:type="dxa"/>
              <w:end w:w="120" w:type="dxa"/>
            </w:tcMar>
            <w:vAlign w:val="center"/>
          </w:tcPr>
          <w:p>
            <w:r>
              <w:rPr>
                <w:rFonts w:ascii="Calibri" w:hAnsi="Calibri"/>
                <w:b w:val="0"/>
                <w:color w:val="203748"/>
                <w:sz w:val="18"/>
              </w:rPr>
              <w:t>2013-02-15 19:25:00</w:t>
            </w:r>
          </w:p>
        </w:tc>
        <w:tc>
          <w:tcPr>
            <w:tcW w:type="dxa" w:w="2480"/>
            <w:tcMar>
              <w:top w:w="80" w:type="dxa"/>
              <w:start w:w="120" w:type="dxa"/>
              <w:bottom w:w="80" w:type="dxa"/>
              <w:end w:w="120" w:type="dxa"/>
            </w:tcMar>
            <w:vAlign w:val="center"/>
          </w:tcPr>
          <w:p>
            <w:r>
              <w:rPr>
                <w:rFonts w:ascii="Calibri" w:hAnsi="Calibri"/>
                <w:b w:val="0"/>
                <w:color w:val="203748"/>
                <w:sz w:val="18"/>
              </w:rPr>
              <w:t>180.799653390</w:t>
            </w:r>
          </w:p>
        </w:tc>
        <w:tc>
          <w:tcPr>
            <w:tcW w:type="dxa" w:w="2480"/>
            <w:tcMar>
              <w:top w:w="80" w:type="dxa"/>
              <w:start w:w="120" w:type="dxa"/>
              <w:bottom w:w="80" w:type="dxa"/>
              <w:end w:w="120" w:type="dxa"/>
            </w:tcMar>
            <w:vAlign w:val="center"/>
          </w:tcPr>
          <w:p>
            <w:r>
              <w:rPr>
                <w:rFonts w:ascii="Calibri" w:hAnsi="Calibri"/>
                <w:b w:val="0"/>
                <w:color w:val="203748"/>
                <w:sz w:val="18"/>
              </w:rPr>
              <w:t>-14.126076156</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500"/>
            <w:shd w:fill="F7FAFC"/>
            <w:tcMar>
              <w:top w:w="80" w:type="dxa"/>
              <w:start w:w="120" w:type="dxa"/>
              <w:bottom w:w="80" w:type="dxa"/>
              <w:end w:w="120" w:type="dxa"/>
            </w:tcMar>
            <w:vAlign w:val="center"/>
          </w:tcPr>
          <w:p>
            <w:r>
              <w:rPr>
                <w:rFonts w:ascii="Calibri" w:hAnsi="Calibri"/>
                <w:b w:val="0"/>
                <w:color w:val="203748"/>
                <w:sz w:val="18"/>
              </w:rPr>
              <w:t>2013-02-15 19:30:00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181.029779486</w:t>
            </w:r>
          </w:p>
        </w:tc>
        <w:tc>
          <w:tcPr>
            <w:tcW w:type="dxa" w:w="2480"/>
            <w:shd w:fill="F7FAFC"/>
            <w:tcMar>
              <w:top w:w="80" w:type="dxa"/>
              <w:start w:w="120" w:type="dxa"/>
              <w:bottom w:w="80" w:type="dxa"/>
              <w:end w:w="120" w:type="dxa"/>
            </w:tcMar>
            <w:vAlign w:val="center"/>
          </w:tcPr>
          <w:p>
            <w:r>
              <w:rPr>
                <w:rFonts w:ascii="Calibri" w:hAnsi="Calibri"/>
                <w:b w:val="0"/>
                <w:color w:val="203748"/>
                <w:sz w:val="18"/>
              </w:rPr>
              <w:t>-10.326525675</w:t>
            </w:r>
          </w:p>
        </w:tc>
      </w:tr>
    </w:tbl>
    <w:p>
      <w:pPr>
        <w:spacing w:after="60"/>
      </w:pPr>
    </w:p>
    <w:p>
      <w:pPr>
        <w:spacing w:before="80" w:after="80"/>
      </w:pPr>
      <w:r>
        <w:rPr>
          <w:rFonts w:ascii="Calibri" w:hAnsi="Calibri"/>
          <w:b/>
          <w:i w:val="0"/>
          <w:color w:val="1F4D78"/>
          <w:sz w:val="18"/>
        </w:rPr>
        <w:t>Calculated positions and spherical separation from the reference.</w:t>
      </w:r>
    </w:p>
    <w:tbl>
      <w:tblPr>
        <w:tblStyle w:val="TableGrid"/>
        <w:tblW w:type="dxa" w:w="9360"/>
        <w:tblLayout w:type="fixed"/>
        <w:tblLook w:firstColumn="1" w:firstRow="1" w:lastColumn="0" w:lastRow="0" w:noHBand="0" w:noVBand="1" w:val="04A0"/>
        <w:tblInd w:w="120" w:type="dxa"/>
      </w:tblPr>
      <w:tblGrid>
        <w:gridCol w:w="1700"/>
        <w:gridCol w:w="2300"/>
        <w:gridCol w:w="1900"/>
        <w:gridCol w:w="1900"/>
        <w:gridCol w:w="1560"/>
      </w:tblGrid>
      <w:tr>
        <w:trPr>
          <w:tblHeader w:val="true"/>
          <w:cantSplit w:val="true"/>
        </w:trPr>
        <w:tc>
          <w:tcPr>
            <w:tcW w:type="dxa" w:w="1700"/>
            <w:shd w:fill="1F4D78"/>
            <w:tcMar>
              <w:top w:w="80" w:type="dxa"/>
              <w:start w:w="120" w:type="dxa"/>
              <w:bottom w:w="80" w:type="dxa"/>
              <w:end w:w="120" w:type="dxa"/>
            </w:tcMar>
            <w:vAlign w:val="center"/>
          </w:tcPr>
          <w:p>
            <w:r>
              <w:rPr>
                <w:rFonts w:ascii="Calibri" w:hAnsi="Calibri"/>
                <w:b/>
                <w:color w:val="FFFFFF"/>
                <w:sz w:val="19"/>
              </w:rPr>
              <w:t>Object</w:t>
            </w:r>
          </w:p>
        </w:tc>
        <w:tc>
          <w:tcPr>
            <w:tcW w:type="dxa" w:w="2300"/>
            <w:shd w:fill="1F4D78"/>
            <w:tcMar>
              <w:top w:w="80" w:type="dxa"/>
              <w:start w:w="120" w:type="dxa"/>
              <w:bottom w:w="80" w:type="dxa"/>
              <w:end w:w="120" w:type="dxa"/>
            </w:tcMar>
            <w:vAlign w:val="center"/>
          </w:tcPr>
          <w:p>
            <w:r>
              <w:rPr>
                <w:rFonts w:ascii="Calibri" w:hAnsi="Calibri"/>
                <w:b/>
                <w:color w:val="FFFFFF"/>
                <w:sz w:val="19"/>
              </w:rPr>
              <w:t>UTC</w:t>
            </w:r>
          </w:p>
        </w:tc>
        <w:tc>
          <w:tcPr>
            <w:tcW w:type="dxa" w:w="1900"/>
            <w:shd w:fill="1F4D78"/>
            <w:tcMar>
              <w:top w:w="80" w:type="dxa"/>
              <w:start w:w="120" w:type="dxa"/>
              <w:bottom w:w="80" w:type="dxa"/>
              <w:end w:w="120" w:type="dxa"/>
            </w:tcMar>
            <w:vAlign w:val="center"/>
          </w:tcPr>
          <w:p>
            <w:r>
              <w:rPr>
                <w:rFonts w:ascii="Calibri" w:hAnsi="Calibri"/>
                <w:b/>
                <w:color w:val="FFFFFF"/>
                <w:sz w:val="19"/>
              </w:rPr>
              <w:t>Core RA deg</w:t>
            </w:r>
          </w:p>
        </w:tc>
        <w:tc>
          <w:tcPr>
            <w:tcW w:type="dxa" w:w="1900"/>
            <w:shd w:fill="1F4D78"/>
            <w:tcMar>
              <w:top w:w="80" w:type="dxa"/>
              <w:start w:w="120" w:type="dxa"/>
              <w:bottom w:w="80" w:type="dxa"/>
              <w:end w:w="120" w:type="dxa"/>
            </w:tcMar>
            <w:vAlign w:val="center"/>
          </w:tcPr>
          <w:p>
            <w:r>
              <w:rPr>
                <w:rFonts w:ascii="Calibri" w:hAnsi="Calibri"/>
                <w:b/>
                <w:color w:val="FFFFFF"/>
                <w:sz w:val="19"/>
              </w:rPr>
              <w:t>Core Dec deg</w:t>
            </w:r>
          </w:p>
        </w:tc>
        <w:tc>
          <w:tcPr>
            <w:tcW w:type="dxa" w:w="1560"/>
            <w:shd w:fill="1F4D78"/>
            <w:tcMar>
              <w:top w:w="80" w:type="dxa"/>
              <w:start w:w="120" w:type="dxa"/>
              <w:bottom w:w="80" w:type="dxa"/>
              <w:end w:w="120" w:type="dxa"/>
            </w:tcMar>
            <w:vAlign w:val="center"/>
          </w:tcPr>
          <w:p>
            <w:r>
              <w:rPr>
                <w:rFonts w:ascii="Calibri" w:hAnsi="Calibri"/>
                <w:b/>
                <w:color w:val="FFFFFF"/>
                <w:sz w:val="19"/>
              </w:rPr>
              <w:t>Delta arcsec</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433 Eros</w:t>
            </w:r>
          </w:p>
        </w:tc>
        <w:tc>
          <w:tcPr>
            <w:tcW w:type="dxa" w:w="2300"/>
            <w:tcMar>
              <w:top w:w="80" w:type="dxa"/>
              <w:start w:w="120" w:type="dxa"/>
              <w:bottom w:w="80" w:type="dxa"/>
              <w:end w:w="120" w:type="dxa"/>
            </w:tcMar>
            <w:vAlign w:val="center"/>
          </w:tcPr>
          <w:p>
            <w:r>
              <w:rPr>
                <w:rFonts w:ascii="Calibri" w:hAnsi="Calibri"/>
                <w:b w:val="0"/>
                <w:color w:val="203748"/>
                <w:sz w:val="18"/>
              </w:rPr>
              <w:t>2026-07-21 22:00:00</w:t>
            </w:r>
          </w:p>
        </w:tc>
        <w:tc>
          <w:tcPr>
            <w:tcW w:type="dxa" w:w="1900"/>
            <w:tcMar>
              <w:top w:w="80" w:type="dxa"/>
              <w:start w:w="120" w:type="dxa"/>
              <w:bottom w:w="80" w:type="dxa"/>
              <w:end w:w="120" w:type="dxa"/>
            </w:tcMar>
            <w:vAlign w:val="center"/>
          </w:tcPr>
          <w:p>
            <w:r>
              <w:rPr>
                <w:rFonts w:ascii="Calibri" w:hAnsi="Calibri"/>
                <w:b w:val="0"/>
                <w:color w:val="203748"/>
                <w:sz w:val="18"/>
              </w:rPr>
              <w:t>188.352878496</w:t>
            </w:r>
          </w:p>
        </w:tc>
        <w:tc>
          <w:tcPr>
            <w:tcW w:type="dxa" w:w="1900"/>
            <w:tcMar>
              <w:top w:w="80" w:type="dxa"/>
              <w:start w:w="120" w:type="dxa"/>
              <w:bottom w:w="80" w:type="dxa"/>
              <w:end w:w="120" w:type="dxa"/>
            </w:tcMar>
            <w:vAlign w:val="center"/>
          </w:tcPr>
          <w:p>
            <w:r>
              <w:rPr>
                <w:rFonts w:ascii="Calibri" w:hAnsi="Calibri"/>
                <w:b w:val="0"/>
                <w:color w:val="203748"/>
                <w:sz w:val="18"/>
              </w:rPr>
              <w:t>-15.485732361</w:t>
            </w:r>
          </w:p>
        </w:tc>
        <w:tc>
          <w:tcPr>
            <w:tcW w:type="dxa" w:w="1560"/>
            <w:tcMar>
              <w:top w:w="80" w:type="dxa"/>
              <w:start w:w="120" w:type="dxa"/>
              <w:bottom w:w="80" w:type="dxa"/>
              <w:end w:w="120" w:type="dxa"/>
            </w:tcMar>
            <w:vAlign w:val="center"/>
          </w:tcPr>
          <w:p>
            <w:r>
              <w:rPr>
                <w:rFonts w:ascii="Calibri" w:hAnsi="Calibri"/>
                <w:b w:val="0"/>
                <w:color w:val="203748"/>
                <w:sz w:val="18"/>
              </w:rPr>
              <w:t>0.001696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433 Eros</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189.033073460</w:t>
            </w:r>
          </w:p>
        </w:tc>
        <w:tc>
          <w:tcPr>
            <w:tcW w:type="dxa" w:w="1900"/>
            <w:shd w:fill="F7FAFC"/>
            <w:tcMar>
              <w:top w:w="80" w:type="dxa"/>
              <w:start w:w="120" w:type="dxa"/>
              <w:bottom w:w="80" w:type="dxa"/>
              <w:end w:w="120" w:type="dxa"/>
            </w:tcMar>
            <w:vAlign w:val="center"/>
          </w:tcPr>
          <w:p>
            <w:r>
              <w:rPr>
                <w:rFonts w:ascii="Calibri" w:hAnsi="Calibri"/>
                <w:b w:val="0"/>
                <w:color w:val="203748"/>
                <w:sz w:val="18"/>
              </w:rPr>
              <w:t>-15.673603008</w:t>
            </w:r>
          </w:p>
        </w:tc>
        <w:tc>
          <w:tcPr>
            <w:tcW w:type="dxa" w:w="1560"/>
            <w:shd w:fill="F7FAFC"/>
            <w:tcMar>
              <w:top w:w="80" w:type="dxa"/>
              <w:start w:w="120" w:type="dxa"/>
              <w:bottom w:w="80" w:type="dxa"/>
              <w:end w:w="120" w:type="dxa"/>
            </w:tcMar>
            <w:vAlign w:val="center"/>
          </w:tcPr>
          <w:p>
            <w:r>
              <w:rPr>
                <w:rFonts w:ascii="Calibri" w:hAnsi="Calibri"/>
                <w:b w:val="0"/>
                <w:color w:val="203748"/>
                <w:sz w:val="18"/>
              </w:rPr>
              <w:t>0.001687</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433 Eros</w:t>
            </w:r>
          </w:p>
        </w:tc>
        <w:tc>
          <w:tcPr>
            <w:tcW w:type="dxa" w:w="2300"/>
            <w:tcMar>
              <w:top w:w="80" w:type="dxa"/>
              <w:start w:w="120" w:type="dxa"/>
              <w:bottom w:w="80" w:type="dxa"/>
              <w:end w:w="120" w:type="dxa"/>
            </w:tcMar>
            <w:vAlign w:val="center"/>
          </w:tcPr>
          <w:p>
            <w:r>
              <w:rPr>
                <w:rFonts w:ascii="Calibri" w:hAnsi="Calibri"/>
                <w:b w:val="0"/>
                <w:color w:val="203748"/>
                <w:sz w:val="18"/>
              </w:rPr>
              <w:t>2026-07-23 22:00:00</w:t>
            </w:r>
          </w:p>
        </w:tc>
        <w:tc>
          <w:tcPr>
            <w:tcW w:type="dxa" w:w="1900"/>
            <w:tcMar>
              <w:top w:w="80" w:type="dxa"/>
              <w:start w:w="120" w:type="dxa"/>
              <w:bottom w:w="80" w:type="dxa"/>
              <w:end w:w="120" w:type="dxa"/>
            </w:tcMar>
            <w:vAlign w:val="center"/>
          </w:tcPr>
          <w:p>
            <w:r>
              <w:rPr>
                <w:rFonts w:ascii="Calibri" w:hAnsi="Calibri"/>
                <w:b w:val="0"/>
                <w:color w:val="203748"/>
                <w:sz w:val="18"/>
              </w:rPr>
              <w:t>189.712493295</w:t>
            </w:r>
          </w:p>
        </w:tc>
        <w:tc>
          <w:tcPr>
            <w:tcW w:type="dxa" w:w="1900"/>
            <w:tcMar>
              <w:top w:w="80" w:type="dxa"/>
              <w:start w:w="120" w:type="dxa"/>
              <w:bottom w:w="80" w:type="dxa"/>
              <w:end w:w="120" w:type="dxa"/>
            </w:tcMar>
            <w:vAlign w:val="center"/>
          </w:tcPr>
          <w:p>
            <w:r>
              <w:rPr>
                <w:rFonts w:ascii="Calibri" w:hAnsi="Calibri"/>
                <w:b w:val="0"/>
                <w:color w:val="203748"/>
                <w:sz w:val="18"/>
              </w:rPr>
              <w:t>-15.860306981</w:t>
            </w:r>
          </w:p>
        </w:tc>
        <w:tc>
          <w:tcPr>
            <w:tcW w:type="dxa" w:w="1560"/>
            <w:tcMar>
              <w:top w:w="80" w:type="dxa"/>
              <w:start w:w="120" w:type="dxa"/>
              <w:bottom w:w="80" w:type="dxa"/>
              <w:end w:w="120" w:type="dxa"/>
            </w:tcMar>
            <w:vAlign w:val="center"/>
          </w:tcPr>
          <w:p>
            <w:r>
              <w:rPr>
                <w:rFonts w:ascii="Calibri" w:hAnsi="Calibri"/>
                <w:b w:val="0"/>
                <w:color w:val="203748"/>
                <w:sz w:val="18"/>
              </w:rPr>
              <w:t>0.001680</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C/2023 A3</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2026-07-21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270.131471956</w:t>
            </w:r>
          </w:p>
        </w:tc>
        <w:tc>
          <w:tcPr>
            <w:tcW w:type="dxa" w:w="1900"/>
            <w:shd w:fill="F7FAFC"/>
            <w:tcMar>
              <w:top w:w="80" w:type="dxa"/>
              <w:start w:w="120" w:type="dxa"/>
              <w:bottom w:w="80" w:type="dxa"/>
              <w:end w:w="120" w:type="dxa"/>
            </w:tcMar>
            <w:vAlign w:val="center"/>
          </w:tcPr>
          <w:p>
            <w:r>
              <w:rPr>
                <w:rFonts w:ascii="Calibri" w:hAnsi="Calibri"/>
                <w:b w:val="0"/>
                <w:color w:val="203748"/>
                <w:sz w:val="18"/>
              </w:rPr>
              <w:t>20.765254400</w:t>
            </w:r>
          </w:p>
        </w:tc>
        <w:tc>
          <w:tcPr>
            <w:tcW w:type="dxa" w:w="1560"/>
            <w:shd w:fill="F7FAFC"/>
            <w:tcMar>
              <w:top w:w="80" w:type="dxa"/>
              <w:start w:w="120" w:type="dxa"/>
              <w:bottom w:w="80" w:type="dxa"/>
              <w:end w:w="120" w:type="dxa"/>
            </w:tcMar>
            <w:vAlign w:val="center"/>
          </w:tcPr>
          <w:p>
            <w:r>
              <w:rPr>
                <w:rFonts w:ascii="Calibri" w:hAnsi="Calibri"/>
                <w:b w:val="0"/>
                <w:color w:val="203748"/>
                <w:sz w:val="18"/>
              </w:rPr>
              <w:t>0.007710</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C/2023 A3</w:t>
            </w:r>
          </w:p>
        </w:tc>
        <w:tc>
          <w:tcPr>
            <w:tcW w:type="dxa" w:w="2300"/>
            <w:tcMar>
              <w:top w:w="80" w:type="dxa"/>
              <w:start w:w="120" w:type="dxa"/>
              <w:bottom w:w="80" w:type="dxa"/>
              <w:end w:w="120" w:type="dxa"/>
            </w:tcMar>
            <w:vAlign w:val="center"/>
          </w:tcPr>
          <w:p>
            <w:r>
              <w:rPr>
                <w:rFonts w:ascii="Calibri" w:hAnsi="Calibri"/>
                <w:b w:val="0"/>
                <w:color w:val="203748"/>
                <w:sz w:val="18"/>
              </w:rPr>
              <w:t>2026-07-22 22:00:00</w:t>
            </w:r>
          </w:p>
        </w:tc>
        <w:tc>
          <w:tcPr>
            <w:tcW w:type="dxa" w:w="1900"/>
            <w:tcMar>
              <w:top w:w="80" w:type="dxa"/>
              <w:start w:w="120" w:type="dxa"/>
              <w:bottom w:w="80" w:type="dxa"/>
              <w:end w:w="120" w:type="dxa"/>
            </w:tcMar>
            <w:vAlign w:val="center"/>
          </w:tcPr>
          <w:p>
            <w:r>
              <w:rPr>
                <w:rFonts w:ascii="Calibri" w:hAnsi="Calibri"/>
                <w:b w:val="0"/>
                <w:color w:val="203748"/>
                <w:sz w:val="18"/>
              </w:rPr>
              <w:t>269.997013729</w:t>
            </w:r>
          </w:p>
        </w:tc>
        <w:tc>
          <w:tcPr>
            <w:tcW w:type="dxa" w:w="1900"/>
            <w:tcMar>
              <w:top w:w="80" w:type="dxa"/>
              <w:start w:w="120" w:type="dxa"/>
              <w:bottom w:w="80" w:type="dxa"/>
              <w:end w:w="120" w:type="dxa"/>
            </w:tcMar>
            <w:vAlign w:val="center"/>
          </w:tcPr>
          <w:p>
            <w:r>
              <w:rPr>
                <w:rFonts w:ascii="Calibri" w:hAnsi="Calibri"/>
                <w:b w:val="0"/>
                <w:color w:val="203748"/>
                <w:sz w:val="18"/>
              </w:rPr>
              <w:t>20.710980297</w:t>
            </w:r>
          </w:p>
        </w:tc>
        <w:tc>
          <w:tcPr>
            <w:tcW w:type="dxa" w:w="1560"/>
            <w:tcMar>
              <w:top w:w="80" w:type="dxa"/>
              <w:start w:w="120" w:type="dxa"/>
              <w:bottom w:w="80" w:type="dxa"/>
              <w:end w:w="120" w:type="dxa"/>
            </w:tcMar>
            <w:vAlign w:val="center"/>
          </w:tcPr>
          <w:p>
            <w:r>
              <w:rPr>
                <w:rFonts w:ascii="Calibri" w:hAnsi="Calibri"/>
                <w:b w:val="0"/>
                <w:color w:val="203748"/>
                <w:sz w:val="18"/>
              </w:rPr>
              <w:t>0.007701</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C/2023 A3</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2026-07-23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269.864377787</w:t>
            </w:r>
          </w:p>
        </w:tc>
        <w:tc>
          <w:tcPr>
            <w:tcW w:type="dxa" w:w="1900"/>
            <w:shd w:fill="F7FAFC"/>
            <w:tcMar>
              <w:top w:w="80" w:type="dxa"/>
              <w:start w:w="120" w:type="dxa"/>
              <w:bottom w:w="80" w:type="dxa"/>
              <w:end w:w="120" w:type="dxa"/>
            </w:tcMar>
            <w:vAlign w:val="center"/>
          </w:tcPr>
          <w:p>
            <w:r>
              <w:rPr>
                <w:rFonts w:ascii="Calibri" w:hAnsi="Calibri"/>
                <w:b w:val="0"/>
                <w:color w:val="203748"/>
                <w:sz w:val="18"/>
              </w:rPr>
              <w:t>20.655473860</w:t>
            </w:r>
          </w:p>
        </w:tc>
        <w:tc>
          <w:tcPr>
            <w:tcW w:type="dxa" w:w="1560"/>
            <w:shd w:fill="F7FAFC"/>
            <w:tcMar>
              <w:top w:w="80" w:type="dxa"/>
              <w:start w:w="120" w:type="dxa"/>
              <w:bottom w:w="80" w:type="dxa"/>
              <w:end w:w="120" w:type="dxa"/>
            </w:tcMar>
            <w:vAlign w:val="center"/>
          </w:tcPr>
          <w:p>
            <w:r>
              <w:rPr>
                <w:rFonts w:ascii="Calibri" w:hAnsi="Calibri"/>
                <w:b w:val="0"/>
                <w:color w:val="203748"/>
                <w:sz w:val="18"/>
              </w:rPr>
              <w:t>0.007693</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2P Encke</w:t>
            </w:r>
          </w:p>
        </w:tc>
        <w:tc>
          <w:tcPr>
            <w:tcW w:type="dxa" w:w="2300"/>
            <w:tcMar>
              <w:top w:w="80" w:type="dxa"/>
              <w:start w:w="120" w:type="dxa"/>
              <w:bottom w:w="80" w:type="dxa"/>
              <w:end w:w="120" w:type="dxa"/>
            </w:tcMar>
            <w:vAlign w:val="center"/>
          </w:tcPr>
          <w:p>
            <w:r>
              <w:rPr>
                <w:rFonts w:ascii="Calibri" w:hAnsi="Calibri"/>
                <w:b w:val="0"/>
                <w:color w:val="203748"/>
                <w:sz w:val="18"/>
              </w:rPr>
              <w:t>2026-07-21 22:00:00</w:t>
            </w:r>
          </w:p>
        </w:tc>
        <w:tc>
          <w:tcPr>
            <w:tcW w:type="dxa" w:w="1900"/>
            <w:tcMar>
              <w:top w:w="80" w:type="dxa"/>
              <w:start w:w="120" w:type="dxa"/>
              <w:bottom w:w="80" w:type="dxa"/>
              <w:end w:w="120" w:type="dxa"/>
            </w:tcMar>
            <w:vAlign w:val="center"/>
          </w:tcPr>
          <w:p>
            <w:r>
              <w:rPr>
                <w:rFonts w:ascii="Calibri" w:hAnsi="Calibri"/>
                <w:b w:val="0"/>
                <w:color w:val="203748"/>
                <w:sz w:val="18"/>
              </w:rPr>
              <w:t>22.086326254</w:t>
            </w:r>
          </w:p>
        </w:tc>
        <w:tc>
          <w:tcPr>
            <w:tcW w:type="dxa" w:w="1900"/>
            <w:tcMar>
              <w:top w:w="80" w:type="dxa"/>
              <w:start w:w="120" w:type="dxa"/>
              <w:bottom w:w="80" w:type="dxa"/>
              <w:end w:w="120" w:type="dxa"/>
            </w:tcMar>
            <w:vAlign w:val="center"/>
          </w:tcPr>
          <w:p>
            <w:r>
              <w:rPr>
                <w:rFonts w:ascii="Calibri" w:hAnsi="Calibri"/>
                <w:b w:val="0"/>
                <w:color w:val="203748"/>
                <w:sz w:val="18"/>
              </w:rPr>
              <w:t>16.151079161</w:t>
            </w:r>
          </w:p>
        </w:tc>
        <w:tc>
          <w:tcPr>
            <w:tcW w:type="dxa" w:w="1560"/>
            <w:tcMar>
              <w:top w:w="80" w:type="dxa"/>
              <w:start w:w="120" w:type="dxa"/>
              <w:bottom w:w="80" w:type="dxa"/>
              <w:end w:w="120" w:type="dxa"/>
            </w:tcMar>
            <w:vAlign w:val="center"/>
          </w:tcPr>
          <w:p>
            <w:r>
              <w:rPr>
                <w:rFonts w:ascii="Calibri" w:hAnsi="Calibri"/>
                <w:b w:val="0"/>
                <w:color w:val="203748"/>
                <w:sz w:val="18"/>
              </w:rPr>
              <w:t>0.001626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2P Encke</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22.204227701</w:t>
            </w:r>
          </w:p>
        </w:tc>
        <w:tc>
          <w:tcPr>
            <w:tcW w:type="dxa" w:w="1900"/>
            <w:shd w:fill="F7FAFC"/>
            <w:tcMar>
              <w:top w:w="80" w:type="dxa"/>
              <w:start w:w="120" w:type="dxa"/>
              <w:bottom w:w="80" w:type="dxa"/>
              <w:end w:w="120" w:type="dxa"/>
            </w:tcMar>
            <w:vAlign w:val="center"/>
          </w:tcPr>
          <w:p>
            <w:r>
              <w:rPr>
                <w:rFonts w:ascii="Calibri" w:hAnsi="Calibri"/>
                <w:b w:val="0"/>
                <w:color w:val="203748"/>
                <w:sz w:val="18"/>
              </w:rPr>
              <w:t>16.258348433</w:t>
            </w:r>
          </w:p>
        </w:tc>
        <w:tc>
          <w:tcPr>
            <w:tcW w:type="dxa" w:w="1560"/>
            <w:shd w:fill="F7FAFC"/>
            <w:tcMar>
              <w:top w:w="80" w:type="dxa"/>
              <w:start w:w="120" w:type="dxa"/>
              <w:bottom w:w="80" w:type="dxa"/>
              <w:end w:w="120" w:type="dxa"/>
            </w:tcMar>
            <w:vAlign w:val="center"/>
          </w:tcPr>
          <w:p>
            <w:r>
              <w:rPr>
                <w:rFonts w:ascii="Calibri" w:hAnsi="Calibri"/>
                <w:b w:val="0"/>
                <w:color w:val="203748"/>
                <w:sz w:val="18"/>
              </w:rPr>
              <w:t>0.001638</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2P Encke</w:t>
            </w:r>
          </w:p>
        </w:tc>
        <w:tc>
          <w:tcPr>
            <w:tcW w:type="dxa" w:w="2300"/>
            <w:tcMar>
              <w:top w:w="80" w:type="dxa"/>
              <w:start w:w="120" w:type="dxa"/>
              <w:bottom w:w="80" w:type="dxa"/>
              <w:end w:w="120" w:type="dxa"/>
            </w:tcMar>
            <w:vAlign w:val="center"/>
          </w:tcPr>
          <w:p>
            <w:r>
              <w:rPr>
                <w:rFonts w:ascii="Calibri" w:hAnsi="Calibri"/>
                <w:b w:val="0"/>
                <w:color w:val="203748"/>
                <w:sz w:val="18"/>
              </w:rPr>
              <w:t>2026-07-23 22:00:00</w:t>
            </w:r>
          </w:p>
        </w:tc>
        <w:tc>
          <w:tcPr>
            <w:tcW w:type="dxa" w:w="1900"/>
            <w:tcMar>
              <w:top w:w="80" w:type="dxa"/>
              <w:start w:w="120" w:type="dxa"/>
              <w:bottom w:w="80" w:type="dxa"/>
              <w:end w:w="120" w:type="dxa"/>
            </w:tcMar>
            <w:vAlign w:val="center"/>
          </w:tcPr>
          <w:p>
            <w:r>
              <w:rPr>
                <w:rFonts w:ascii="Calibri" w:hAnsi="Calibri"/>
                <w:b w:val="0"/>
                <w:color w:val="203748"/>
                <w:sz w:val="18"/>
              </w:rPr>
              <w:t>22.318311578</w:t>
            </w:r>
          </w:p>
        </w:tc>
        <w:tc>
          <w:tcPr>
            <w:tcW w:type="dxa" w:w="1900"/>
            <w:tcMar>
              <w:top w:w="80" w:type="dxa"/>
              <w:start w:w="120" w:type="dxa"/>
              <w:bottom w:w="80" w:type="dxa"/>
              <w:end w:w="120" w:type="dxa"/>
            </w:tcMar>
            <w:vAlign w:val="center"/>
          </w:tcPr>
          <w:p>
            <w:r>
              <w:rPr>
                <w:rFonts w:ascii="Calibri" w:hAnsi="Calibri"/>
                <w:b w:val="0"/>
                <w:color w:val="203748"/>
                <w:sz w:val="18"/>
              </w:rPr>
              <w:t>16.365096587</w:t>
            </w:r>
          </w:p>
        </w:tc>
        <w:tc>
          <w:tcPr>
            <w:tcW w:type="dxa" w:w="1560"/>
            <w:tcMar>
              <w:top w:w="80" w:type="dxa"/>
              <w:start w:w="120" w:type="dxa"/>
              <w:bottom w:w="80" w:type="dxa"/>
              <w:end w:w="120" w:type="dxa"/>
            </w:tcMar>
            <w:vAlign w:val="center"/>
          </w:tcPr>
          <w:p>
            <w:r>
              <w:rPr>
                <w:rFonts w:ascii="Calibri" w:hAnsi="Calibri"/>
                <w:b w:val="0"/>
                <w:color w:val="203748"/>
                <w:sz w:val="18"/>
              </w:rPr>
              <w:t>0.001650</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2I Borisov</w:t>
            </w:r>
          </w:p>
        </w:tc>
        <w:tc>
          <w:tcPr>
            <w:tcW w:type="dxa" w:w="2300"/>
            <w:shd w:fill="F7FAFC"/>
            <w:tcMar>
              <w:top w:w="80" w:type="dxa"/>
              <w:start w:w="120" w:type="dxa"/>
              <w:bottom w:w="80" w:type="dxa"/>
              <w:end w:w="120" w:type="dxa"/>
            </w:tcMar>
            <w:vAlign w:val="center"/>
          </w:tcPr>
          <w:p>
            <w:r>
              <w:rPr>
                <w:rFonts w:ascii="Calibri" w:hAnsi="Calibri"/>
                <w:b w:val="0"/>
                <w:color w:val="203748"/>
                <w:sz w:val="18"/>
              </w:rPr>
              <w:t>2019-12-08 00:00:00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171.852535053</w:t>
            </w:r>
          </w:p>
        </w:tc>
        <w:tc>
          <w:tcPr>
            <w:tcW w:type="dxa" w:w="1900"/>
            <w:shd w:fill="F7FAFC"/>
            <w:tcMar>
              <w:top w:w="80" w:type="dxa"/>
              <w:start w:w="120" w:type="dxa"/>
              <w:bottom w:w="80" w:type="dxa"/>
              <w:end w:w="120" w:type="dxa"/>
            </w:tcMar>
            <w:vAlign w:val="center"/>
          </w:tcPr>
          <w:p>
            <w:r>
              <w:rPr>
                <w:rFonts w:ascii="Calibri" w:hAnsi="Calibri"/>
                <w:b w:val="0"/>
                <w:color w:val="203748"/>
                <w:sz w:val="18"/>
              </w:rPr>
              <w:t>-17.895966055</w:t>
            </w:r>
          </w:p>
        </w:tc>
        <w:tc>
          <w:tcPr>
            <w:tcW w:type="dxa" w:w="1560"/>
            <w:shd w:fill="F7FAFC"/>
            <w:tcMar>
              <w:top w:w="80" w:type="dxa"/>
              <w:start w:w="120" w:type="dxa"/>
              <w:bottom w:w="80" w:type="dxa"/>
              <w:end w:w="120" w:type="dxa"/>
            </w:tcMar>
            <w:vAlign w:val="center"/>
          </w:tcPr>
          <w:p>
            <w:r>
              <w:rPr>
                <w:rFonts w:ascii="Calibri" w:hAnsi="Calibri"/>
                <w:b w:val="0"/>
                <w:color w:val="203748"/>
                <w:sz w:val="18"/>
              </w:rPr>
              <w:t>0.058015</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2I Borisov</w:t>
            </w:r>
          </w:p>
        </w:tc>
        <w:tc>
          <w:tcPr>
            <w:tcW w:type="dxa" w:w="2300"/>
            <w:tcMar>
              <w:top w:w="80" w:type="dxa"/>
              <w:start w:w="120" w:type="dxa"/>
              <w:bottom w:w="80" w:type="dxa"/>
              <w:end w:w="120" w:type="dxa"/>
            </w:tcMar>
            <w:vAlign w:val="center"/>
          </w:tcPr>
          <w:p>
            <w:r>
              <w:rPr>
                <w:rFonts w:ascii="Calibri" w:hAnsi="Calibri"/>
                <w:b w:val="0"/>
                <w:color w:val="203748"/>
                <w:sz w:val="18"/>
              </w:rPr>
              <w:t>2019-12-09 00:00:00</w:t>
            </w:r>
          </w:p>
        </w:tc>
        <w:tc>
          <w:tcPr>
            <w:tcW w:type="dxa" w:w="1900"/>
            <w:tcMar>
              <w:top w:w="80" w:type="dxa"/>
              <w:start w:w="120" w:type="dxa"/>
              <w:bottom w:w="80" w:type="dxa"/>
              <w:end w:w="120" w:type="dxa"/>
            </w:tcMar>
            <w:vAlign w:val="center"/>
          </w:tcPr>
          <w:p>
            <w:r>
              <w:rPr>
                <w:rFonts w:ascii="Calibri" w:hAnsi="Calibri"/>
                <w:b w:val="0"/>
                <w:color w:val="203748"/>
                <w:sz w:val="18"/>
              </w:rPr>
              <w:t>172.269463755</w:t>
            </w:r>
          </w:p>
        </w:tc>
        <w:tc>
          <w:tcPr>
            <w:tcW w:type="dxa" w:w="1900"/>
            <w:tcMar>
              <w:top w:w="80" w:type="dxa"/>
              <w:start w:w="120" w:type="dxa"/>
              <w:bottom w:w="80" w:type="dxa"/>
              <w:end w:w="120" w:type="dxa"/>
            </w:tcMar>
            <w:vAlign w:val="center"/>
          </w:tcPr>
          <w:p>
            <w:r>
              <w:rPr>
                <w:rFonts w:ascii="Calibri" w:hAnsi="Calibri"/>
                <w:b w:val="0"/>
                <w:color w:val="203748"/>
                <w:sz w:val="18"/>
              </w:rPr>
              <w:t>-18.665203001</w:t>
            </w:r>
          </w:p>
        </w:tc>
        <w:tc>
          <w:tcPr>
            <w:tcW w:type="dxa" w:w="1560"/>
            <w:tcMar>
              <w:top w:w="80" w:type="dxa"/>
              <w:start w:w="120" w:type="dxa"/>
              <w:bottom w:w="80" w:type="dxa"/>
              <w:end w:w="120" w:type="dxa"/>
            </w:tcMar>
            <w:vAlign w:val="center"/>
          </w:tcPr>
          <w:p>
            <w:r>
              <w:rPr>
                <w:rFonts w:ascii="Calibri" w:hAnsi="Calibri"/>
                <w:b w:val="0"/>
                <w:color w:val="203748"/>
                <w:sz w:val="18"/>
              </w:rPr>
              <w:t>0.052076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2I Borisov</w:t>
            </w:r>
          </w:p>
        </w:tc>
        <w:tc>
          <w:tcPr>
            <w:tcW w:type="dxa" w:w="2300"/>
            <w:shd w:fill="F7FAFC"/>
            <w:tcMar>
              <w:top w:w="80" w:type="dxa"/>
              <w:start w:w="120" w:type="dxa"/>
              <w:bottom w:w="80" w:type="dxa"/>
              <w:end w:w="120" w:type="dxa"/>
            </w:tcMar>
            <w:vAlign w:val="center"/>
          </w:tcPr>
          <w:p>
            <w:r>
              <w:rPr>
                <w:rFonts w:ascii="Calibri" w:hAnsi="Calibri"/>
                <w:b w:val="0"/>
                <w:color w:val="203748"/>
                <w:sz w:val="18"/>
              </w:rPr>
              <w:t>2019-12-10 00:00:00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172.685171171</w:t>
            </w:r>
          </w:p>
        </w:tc>
        <w:tc>
          <w:tcPr>
            <w:tcW w:type="dxa" w:w="1900"/>
            <w:shd w:fill="F7FAFC"/>
            <w:tcMar>
              <w:top w:w="80" w:type="dxa"/>
              <w:start w:w="120" w:type="dxa"/>
              <w:bottom w:w="80" w:type="dxa"/>
              <w:end w:w="120" w:type="dxa"/>
            </w:tcMar>
            <w:vAlign w:val="center"/>
          </w:tcPr>
          <w:p>
            <w:r>
              <w:rPr>
                <w:rFonts w:ascii="Calibri" w:hAnsi="Calibri"/>
                <w:b w:val="0"/>
                <w:color w:val="203748"/>
                <w:sz w:val="18"/>
              </w:rPr>
              <w:t>-19.435484512</w:t>
            </w:r>
          </w:p>
        </w:tc>
        <w:tc>
          <w:tcPr>
            <w:tcW w:type="dxa" w:w="1560"/>
            <w:shd w:fill="F7FAFC"/>
            <w:tcMar>
              <w:top w:w="80" w:type="dxa"/>
              <w:start w:w="120" w:type="dxa"/>
              <w:bottom w:w="80" w:type="dxa"/>
              <w:end w:w="120" w:type="dxa"/>
            </w:tcMar>
            <w:vAlign w:val="center"/>
          </w:tcPr>
          <w:p>
            <w:r>
              <w:rPr>
                <w:rFonts w:ascii="Calibri" w:hAnsi="Calibri"/>
                <w:b w:val="0"/>
                <w:color w:val="203748"/>
                <w:sz w:val="18"/>
              </w:rPr>
              <w:t>0.046495</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99942 Apophis</w:t>
            </w:r>
          </w:p>
        </w:tc>
        <w:tc>
          <w:tcPr>
            <w:tcW w:type="dxa" w:w="2300"/>
            <w:tcMar>
              <w:top w:w="80" w:type="dxa"/>
              <w:start w:w="120" w:type="dxa"/>
              <w:bottom w:w="80" w:type="dxa"/>
              <w:end w:w="120" w:type="dxa"/>
            </w:tcMar>
            <w:vAlign w:val="center"/>
          </w:tcPr>
          <w:p>
            <w:r>
              <w:rPr>
                <w:rFonts w:ascii="Calibri" w:hAnsi="Calibri"/>
                <w:b w:val="0"/>
                <w:color w:val="203748"/>
                <w:sz w:val="18"/>
              </w:rPr>
              <w:t>2029-04-13 20:30:00</w:t>
            </w:r>
          </w:p>
        </w:tc>
        <w:tc>
          <w:tcPr>
            <w:tcW w:type="dxa" w:w="1900"/>
            <w:tcMar>
              <w:top w:w="80" w:type="dxa"/>
              <w:start w:w="120" w:type="dxa"/>
              <w:bottom w:w="80" w:type="dxa"/>
              <w:end w:w="120" w:type="dxa"/>
            </w:tcMar>
            <w:vAlign w:val="center"/>
          </w:tcPr>
          <w:p>
            <w:r>
              <w:rPr>
                <w:rFonts w:ascii="Calibri" w:hAnsi="Calibri"/>
                <w:b w:val="0"/>
                <w:color w:val="203748"/>
                <w:sz w:val="18"/>
              </w:rPr>
              <w:t>162.187667572</w:t>
            </w:r>
          </w:p>
        </w:tc>
        <w:tc>
          <w:tcPr>
            <w:tcW w:type="dxa" w:w="1900"/>
            <w:tcMar>
              <w:top w:w="80" w:type="dxa"/>
              <w:start w:w="120" w:type="dxa"/>
              <w:bottom w:w="80" w:type="dxa"/>
              <w:end w:w="120" w:type="dxa"/>
            </w:tcMar>
            <w:vAlign w:val="center"/>
          </w:tcPr>
          <w:p>
            <w:r>
              <w:rPr>
                <w:rFonts w:ascii="Calibri" w:hAnsi="Calibri"/>
                <w:b w:val="0"/>
                <w:color w:val="203748"/>
                <w:sz w:val="18"/>
              </w:rPr>
              <w:t>-1.853286529</w:t>
            </w:r>
          </w:p>
        </w:tc>
        <w:tc>
          <w:tcPr>
            <w:tcW w:type="dxa" w:w="1560"/>
            <w:tcMar>
              <w:top w:w="80" w:type="dxa"/>
              <w:start w:w="120" w:type="dxa"/>
              <w:bottom w:w="80" w:type="dxa"/>
              <w:end w:w="120" w:type="dxa"/>
            </w:tcMar>
            <w:vAlign w:val="center"/>
          </w:tcPr>
          <w:p>
            <w:r>
              <w:rPr>
                <w:rFonts w:ascii="Calibri" w:hAnsi="Calibri"/>
                <w:b w:val="0"/>
                <w:color w:val="203748"/>
                <w:sz w:val="18"/>
              </w:rPr>
              <w:t>0.226242</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300"/>
            <w:shd w:fill="F7FAFC"/>
            <w:tcMar>
              <w:top w:w="80" w:type="dxa"/>
              <w:start w:w="120" w:type="dxa"/>
              <w:bottom w:w="80" w:type="dxa"/>
              <w:end w:w="120" w:type="dxa"/>
            </w:tcMar>
            <w:vAlign w:val="center"/>
          </w:tcPr>
          <w:p>
            <w:r>
              <w:rPr>
                <w:rFonts w:ascii="Calibri" w:hAnsi="Calibri"/>
                <w:b w:val="0"/>
                <w:color w:val="203748"/>
                <w:sz w:val="18"/>
              </w:rPr>
              <w:t>2029-04-13 20:40:00</w:t>
            </w:r>
          </w:p>
        </w:tc>
        <w:tc>
          <w:tcPr>
            <w:tcW w:type="dxa" w:w="1900"/>
            <w:shd w:fill="F7FAFC"/>
            <w:tcMar>
              <w:top w:w="80" w:type="dxa"/>
              <w:start w:w="120" w:type="dxa"/>
              <w:bottom w:w="80" w:type="dxa"/>
              <w:end w:w="120" w:type="dxa"/>
            </w:tcMar>
            <w:vAlign w:val="center"/>
          </w:tcPr>
          <w:p>
            <w:r>
              <w:rPr>
                <w:rFonts w:ascii="Calibri" w:hAnsi="Calibri"/>
                <w:b w:val="0"/>
                <w:color w:val="203748"/>
                <w:sz w:val="18"/>
              </w:rPr>
              <w:t>158.279702838</w:t>
            </w:r>
          </w:p>
        </w:tc>
        <w:tc>
          <w:tcPr>
            <w:tcW w:type="dxa" w:w="1900"/>
            <w:shd w:fill="F7FAFC"/>
            <w:tcMar>
              <w:top w:w="80" w:type="dxa"/>
              <w:start w:w="120" w:type="dxa"/>
              <w:bottom w:w="80" w:type="dxa"/>
              <w:end w:w="120" w:type="dxa"/>
            </w:tcMar>
            <w:vAlign w:val="center"/>
          </w:tcPr>
          <w:p>
            <w:r>
              <w:rPr>
                <w:rFonts w:ascii="Calibri" w:hAnsi="Calibri"/>
                <w:b w:val="0"/>
                <w:color w:val="203748"/>
                <w:sz w:val="18"/>
              </w:rPr>
              <w:t>0.774021995</w:t>
            </w:r>
          </w:p>
        </w:tc>
        <w:tc>
          <w:tcPr>
            <w:tcW w:type="dxa" w:w="1560"/>
            <w:shd w:fill="F7FAFC"/>
            <w:tcMar>
              <w:top w:w="80" w:type="dxa"/>
              <w:start w:w="120" w:type="dxa"/>
              <w:bottom w:w="80" w:type="dxa"/>
              <w:end w:w="120" w:type="dxa"/>
            </w:tcMar>
            <w:vAlign w:val="center"/>
          </w:tcPr>
          <w:p>
            <w:r>
              <w:rPr>
                <w:rFonts w:ascii="Calibri" w:hAnsi="Calibri"/>
                <w:b w:val="0"/>
                <w:color w:val="203748"/>
                <w:sz w:val="18"/>
              </w:rPr>
              <w:t>0.232031</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99942 Apophis</w:t>
            </w:r>
          </w:p>
        </w:tc>
        <w:tc>
          <w:tcPr>
            <w:tcW w:type="dxa" w:w="2300"/>
            <w:tcMar>
              <w:top w:w="80" w:type="dxa"/>
              <w:start w:w="120" w:type="dxa"/>
              <w:bottom w:w="80" w:type="dxa"/>
              <w:end w:w="120" w:type="dxa"/>
            </w:tcMar>
            <w:vAlign w:val="center"/>
          </w:tcPr>
          <w:p>
            <w:r>
              <w:rPr>
                <w:rFonts w:ascii="Calibri" w:hAnsi="Calibri"/>
                <w:b w:val="0"/>
                <w:color w:val="203748"/>
                <w:sz w:val="18"/>
              </w:rPr>
              <w:t>2029-04-13 20:50:00</w:t>
            </w:r>
          </w:p>
        </w:tc>
        <w:tc>
          <w:tcPr>
            <w:tcW w:type="dxa" w:w="1900"/>
            <w:tcMar>
              <w:top w:w="80" w:type="dxa"/>
              <w:start w:w="120" w:type="dxa"/>
              <w:bottom w:w="80" w:type="dxa"/>
              <w:end w:w="120" w:type="dxa"/>
            </w:tcMar>
            <w:vAlign w:val="center"/>
          </w:tcPr>
          <w:p>
            <w:r>
              <w:rPr>
                <w:rFonts w:ascii="Calibri" w:hAnsi="Calibri"/>
                <w:b w:val="0"/>
                <w:color w:val="203748"/>
                <w:sz w:val="18"/>
              </w:rPr>
              <w:t>153.882138225</w:t>
            </w:r>
          </w:p>
        </w:tc>
        <w:tc>
          <w:tcPr>
            <w:tcW w:type="dxa" w:w="1900"/>
            <w:tcMar>
              <w:top w:w="80" w:type="dxa"/>
              <w:start w:w="120" w:type="dxa"/>
              <w:bottom w:w="80" w:type="dxa"/>
              <w:end w:w="120" w:type="dxa"/>
            </w:tcMar>
            <w:vAlign w:val="center"/>
          </w:tcPr>
          <w:p>
            <w:r>
              <w:rPr>
                <w:rFonts w:ascii="Calibri" w:hAnsi="Calibri"/>
                <w:b w:val="0"/>
                <w:color w:val="203748"/>
                <w:sz w:val="18"/>
              </w:rPr>
              <w:t>3.710216547</w:t>
            </w:r>
          </w:p>
        </w:tc>
        <w:tc>
          <w:tcPr>
            <w:tcW w:type="dxa" w:w="1560"/>
            <w:tcMar>
              <w:top w:w="80" w:type="dxa"/>
              <w:start w:w="120" w:type="dxa"/>
              <w:bottom w:w="80" w:type="dxa"/>
              <w:end w:w="120" w:type="dxa"/>
            </w:tcMar>
            <w:vAlign w:val="center"/>
          </w:tcPr>
          <w:p>
            <w:r>
              <w:rPr>
                <w:rFonts w:ascii="Calibri" w:hAnsi="Calibri"/>
                <w:b w:val="0"/>
                <w:color w:val="203748"/>
                <w:sz w:val="18"/>
              </w:rPr>
              <w:t>0.225683</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300"/>
            <w:shd w:fill="F7FAFC"/>
            <w:tcMar>
              <w:top w:w="80" w:type="dxa"/>
              <w:start w:w="120" w:type="dxa"/>
              <w:bottom w:w="80" w:type="dxa"/>
              <w:end w:w="120" w:type="dxa"/>
            </w:tcMar>
            <w:vAlign w:val="center"/>
          </w:tcPr>
          <w:p>
            <w:r>
              <w:rPr>
                <w:rFonts w:ascii="Calibri" w:hAnsi="Calibri"/>
                <w:b w:val="0"/>
                <w:color w:val="203748"/>
                <w:sz w:val="18"/>
              </w:rPr>
              <w:t>2029-04-13 21:00:00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148.943005706</w:t>
            </w:r>
          </w:p>
        </w:tc>
        <w:tc>
          <w:tcPr>
            <w:tcW w:type="dxa" w:w="1900"/>
            <w:shd w:fill="F7FAFC"/>
            <w:tcMar>
              <w:top w:w="80" w:type="dxa"/>
              <w:start w:w="120" w:type="dxa"/>
              <w:bottom w:w="80" w:type="dxa"/>
              <w:end w:w="120" w:type="dxa"/>
            </w:tcMar>
            <w:vAlign w:val="center"/>
          </w:tcPr>
          <w:p>
            <w:r>
              <w:rPr>
                <w:rFonts w:ascii="Calibri" w:hAnsi="Calibri"/>
                <w:b w:val="0"/>
                <w:color w:val="203748"/>
                <w:sz w:val="18"/>
              </w:rPr>
              <w:t>6.944451473</w:t>
            </w:r>
          </w:p>
        </w:tc>
        <w:tc>
          <w:tcPr>
            <w:tcW w:type="dxa" w:w="1560"/>
            <w:shd w:fill="F7FAFC"/>
            <w:tcMar>
              <w:top w:w="80" w:type="dxa"/>
              <w:start w:w="120" w:type="dxa"/>
              <w:bottom w:w="80" w:type="dxa"/>
              <w:end w:w="120" w:type="dxa"/>
            </w:tcMar>
            <w:vAlign w:val="center"/>
          </w:tcPr>
          <w:p>
            <w:r>
              <w:rPr>
                <w:rFonts w:ascii="Calibri" w:hAnsi="Calibri"/>
                <w:b w:val="0"/>
                <w:color w:val="203748"/>
                <w:sz w:val="18"/>
              </w:rPr>
              <w:t>0.218189</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367943 Duende</w:t>
            </w:r>
          </w:p>
        </w:tc>
        <w:tc>
          <w:tcPr>
            <w:tcW w:type="dxa" w:w="2300"/>
            <w:tcMar>
              <w:top w:w="80" w:type="dxa"/>
              <w:start w:w="120" w:type="dxa"/>
              <w:bottom w:w="80" w:type="dxa"/>
              <w:end w:w="120" w:type="dxa"/>
            </w:tcMar>
            <w:vAlign w:val="center"/>
          </w:tcPr>
          <w:p>
            <w:r>
              <w:rPr>
                <w:rFonts w:ascii="Calibri" w:hAnsi="Calibri"/>
                <w:b w:val="0"/>
                <w:color w:val="203748"/>
                <w:sz w:val="18"/>
              </w:rPr>
              <w:t>2013-02-15 19:15:00</w:t>
            </w:r>
          </w:p>
        </w:tc>
        <w:tc>
          <w:tcPr>
            <w:tcW w:type="dxa" w:w="1900"/>
            <w:tcMar>
              <w:top w:w="80" w:type="dxa"/>
              <w:start w:w="120" w:type="dxa"/>
              <w:bottom w:w="80" w:type="dxa"/>
              <w:end w:w="120" w:type="dxa"/>
            </w:tcMar>
            <w:vAlign w:val="center"/>
          </w:tcPr>
          <w:p>
            <w:r>
              <w:rPr>
                <w:rFonts w:ascii="Calibri" w:hAnsi="Calibri"/>
                <w:b w:val="0"/>
                <w:color w:val="203748"/>
                <w:sz w:val="18"/>
              </w:rPr>
              <w:t>180.339837945</w:t>
            </w:r>
          </w:p>
        </w:tc>
        <w:tc>
          <w:tcPr>
            <w:tcW w:type="dxa" w:w="1900"/>
            <w:tcMar>
              <w:top w:w="80" w:type="dxa"/>
              <w:start w:w="120" w:type="dxa"/>
              <w:bottom w:w="80" w:type="dxa"/>
              <w:end w:w="120" w:type="dxa"/>
            </w:tcMar>
            <w:vAlign w:val="center"/>
          </w:tcPr>
          <w:p>
            <w:r>
              <w:rPr>
                <w:rFonts w:ascii="Calibri" w:hAnsi="Calibri"/>
                <w:b w:val="0"/>
                <w:color w:val="203748"/>
                <w:sz w:val="18"/>
              </w:rPr>
              <w:t>-21.468014339</w:t>
            </w:r>
          </w:p>
        </w:tc>
        <w:tc>
          <w:tcPr>
            <w:tcW w:type="dxa" w:w="1560"/>
            <w:tcMar>
              <w:top w:w="80" w:type="dxa"/>
              <w:start w:w="120" w:type="dxa"/>
              <w:bottom w:w="80" w:type="dxa"/>
              <w:end w:w="120" w:type="dxa"/>
            </w:tcMar>
            <w:vAlign w:val="center"/>
          </w:tcPr>
          <w:p>
            <w:r>
              <w:rPr>
                <w:rFonts w:ascii="Calibri" w:hAnsi="Calibri"/>
                <w:b w:val="0"/>
                <w:color w:val="203748"/>
                <w:sz w:val="18"/>
              </w:rPr>
              <w:t>0.085326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300"/>
            <w:shd w:fill="F7FAFC"/>
            <w:tcMar>
              <w:top w:w="80" w:type="dxa"/>
              <w:start w:w="120" w:type="dxa"/>
              <w:bottom w:w="80" w:type="dxa"/>
              <w:end w:w="120" w:type="dxa"/>
            </w:tcMar>
            <w:vAlign w:val="center"/>
          </w:tcPr>
          <w:p>
            <w:r>
              <w:rPr>
                <w:rFonts w:ascii="Calibri" w:hAnsi="Calibri"/>
                <w:b w:val="0"/>
                <w:color w:val="203748"/>
                <w:sz w:val="18"/>
              </w:rPr>
              <w:t>2013-02-15 19:20:00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180.569829577</w:t>
            </w:r>
          </w:p>
        </w:tc>
        <w:tc>
          <w:tcPr>
            <w:tcW w:type="dxa" w:w="1900"/>
            <w:shd w:fill="F7FAFC"/>
            <w:tcMar>
              <w:top w:w="80" w:type="dxa"/>
              <w:start w:w="120" w:type="dxa"/>
              <w:bottom w:w="80" w:type="dxa"/>
              <w:end w:w="120" w:type="dxa"/>
            </w:tcMar>
            <w:vAlign w:val="center"/>
          </w:tcPr>
          <w:p>
            <w:r>
              <w:rPr>
                <w:rFonts w:ascii="Calibri" w:hAnsi="Calibri"/>
                <w:b w:val="0"/>
                <w:color w:val="203748"/>
                <w:sz w:val="18"/>
              </w:rPr>
              <w:t>-17.847141796</w:t>
            </w:r>
          </w:p>
        </w:tc>
        <w:tc>
          <w:tcPr>
            <w:tcW w:type="dxa" w:w="1560"/>
            <w:shd w:fill="F7FAFC"/>
            <w:tcMar>
              <w:top w:w="80" w:type="dxa"/>
              <w:start w:w="120" w:type="dxa"/>
              <w:bottom w:w="80" w:type="dxa"/>
              <w:end w:w="120" w:type="dxa"/>
            </w:tcMar>
            <w:vAlign w:val="center"/>
          </w:tcPr>
          <w:p>
            <w:r>
              <w:rPr>
                <w:rFonts w:ascii="Calibri" w:hAnsi="Calibri"/>
                <w:b w:val="0"/>
                <w:color w:val="203748"/>
                <w:sz w:val="18"/>
              </w:rPr>
              <w:t>0.067577</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367943 Duende</w:t>
            </w:r>
          </w:p>
        </w:tc>
        <w:tc>
          <w:tcPr>
            <w:tcW w:type="dxa" w:w="2300"/>
            <w:tcMar>
              <w:top w:w="80" w:type="dxa"/>
              <w:start w:w="120" w:type="dxa"/>
              <w:bottom w:w="80" w:type="dxa"/>
              <w:end w:w="120" w:type="dxa"/>
            </w:tcMar>
            <w:vAlign w:val="center"/>
          </w:tcPr>
          <w:p>
            <w:r>
              <w:rPr>
                <w:rFonts w:ascii="Calibri" w:hAnsi="Calibri"/>
                <w:b w:val="0"/>
                <w:color w:val="203748"/>
                <w:sz w:val="18"/>
              </w:rPr>
              <w:t>2013-02-15 19:25:00</w:t>
            </w:r>
          </w:p>
        </w:tc>
        <w:tc>
          <w:tcPr>
            <w:tcW w:type="dxa" w:w="1900"/>
            <w:tcMar>
              <w:top w:w="80" w:type="dxa"/>
              <w:start w:w="120" w:type="dxa"/>
              <w:bottom w:w="80" w:type="dxa"/>
              <w:end w:w="120" w:type="dxa"/>
            </w:tcMar>
            <w:vAlign w:val="center"/>
          </w:tcPr>
          <w:p>
            <w:r>
              <w:rPr>
                <w:rFonts w:ascii="Calibri" w:hAnsi="Calibri"/>
                <w:b w:val="0"/>
                <w:color w:val="203748"/>
                <w:sz w:val="18"/>
              </w:rPr>
              <w:t>180.799668504</w:t>
            </w:r>
          </w:p>
        </w:tc>
        <w:tc>
          <w:tcPr>
            <w:tcW w:type="dxa" w:w="1900"/>
            <w:tcMar>
              <w:top w:w="80" w:type="dxa"/>
              <w:start w:w="120" w:type="dxa"/>
              <w:bottom w:w="80" w:type="dxa"/>
              <w:end w:w="120" w:type="dxa"/>
            </w:tcMar>
            <w:vAlign w:val="center"/>
          </w:tcPr>
          <w:p>
            <w:r>
              <w:rPr>
                <w:rFonts w:ascii="Calibri" w:hAnsi="Calibri"/>
                <w:b w:val="0"/>
                <w:color w:val="203748"/>
                <w:sz w:val="18"/>
              </w:rPr>
              <w:t>-14.126072752</w:t>
            </w:r>
          </w:p>
        </w:tc>
        <w:tc>
          <w:tcPr>
            <w:tcW w:type="dxa" w:w="1560"/>
            <w:tcMar>
              <w:top w:w="80" w:type="dxa"/>
              <w:start w:w="120" w:type="dxa"/>
              <w:bottom w:w="80" w:type="dxa"/>
              <w:end w:w="120" w:type="dxa"/>
            </w:tcMar>
            <w:vAlign w:val="center"/>
          </w:tcPr>
          <w:p>
            <w:r>
              <w:rPr>
                <w:rFonts w:ascii="Calibri" w:hAnsi="Calibri"/>
                <w:b w:val="0"/>
                <w:color w:val="203748"/>
                <w:sz w:val="18"/>
              </w:rPr>
              <w:t>0.054168</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300"/>
            <w:shd w:fill="F7FAFC"/>
            <w:tcMar>
              <w:top w:w="80" w:type="dxa"/>
              <w:start w:w="120" w:type="dxa"/>
              <w:bottom w:w="80" w:type="dxa"/>
              <w:end w:w="120" w:type="dxa"/>
            </w:tcMar>
            <w:vAlign w:val="center"/>
          </w:tcPr>
          <w:p>
            <w:r>
              <w:rPr>
                <w:rFonts w:ascii="Calibri" w:hAnsi="Calibri"/>
                <w:b w:val="0"/>
                <w:color w:val="203748"/>
                <w:sz w:val="18"/>
              </w:rPr>
              <w:t>2013-02-15 19:30:00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181.029797039</w:t>
            </w:r>
          </w:p>
        </w:tc>
        <w:tc>
          <w:tcPr>
            <w:tcW w:type="dxa" w:w="1900"/>
            <w:shd w:fill="F7FAFC"/>
            <w:tcMar>
              <w:top w:w="80" w:type="dxa"/>
              <w:start w:w="120" w:type="dxa"/>
              <w:bottom w:w="80" w:type="dxa"/>
              <w:end w:w="120" w:type="dxa"/>
            </w:tcMar>
            <w:vAlign w:val="center"/>
          </w:tcPr>
          <w:p>
            <w:r>
              <w:rPr>
                <w:rFonts w:ascii="Calibri" w:hAnsi="Calibri"/>
                <w:b w:val="0"/>
                <w:color w:val="203748"/>
                <w:sz w:val="18"/>
              </w:rPr>
              <w:t>-10.326531491</w:t>
            </w:r>
          </w:p>
        </w:tc>
        <w:tc>
          <w:tcPr>
            <w:tcW w:type="dxa" w:w="1560"/>
            <w:shd w:fill="F7FAFC"/>
            <w:tcMar>
              <w:top w:w="80" w:type="dxa"/>
              <w:start w:w="120" w:type="dxa"/>
              <w:bottom w:w="80" w:type="dxa"/>
              <w:end w:w="120" w:type="dxa"/>
            </w:tcMar>
            <w:vAlign w:val="center"/>
          </w:tcPr>
          <w:p>
            <w:r>
              <w:rPr>
                <w:rFonts w:ascii="Calibri" w:hAnsi="Calibri"/>
                <w:b w:val="0"/>
                <w:color w:val="203748"/>
                <w:sz w:val="18"/>
              </w:rPr>
              <w:t>0.065598</w:t>
            </w:r>
          </w:p>
        </w:tc>
      </w:tr>
    </w:tbl>
    <w:p>
      <w:pPr>
        <w:spacing w:after="60"/>
      </w:pPr>
    </w:p>
    <w:p>
      <w:pPr>
        <w:jc w:val="left"/>
      </w:pPr>
      <w:r>
        <w:t>433 Eros checks an ordinary ellipse. C/2023 A3 is near-parabolic and contains A1/A2. 2P/Encke is a periodic comet with non-gravitational acceleration. 2I/Borisov enforces e=3.356475782676596 with A1/A2/A3. Apophis and Duende test rapid apparent motion during close Earth passages.</w:t>
      </w:r>
    </w:p>
    <w:p>
      <w:pPr>
        <w:pStyle w:val="Heading1"/>
      </w:pPr>
      <w:r>
        <w:t>11. Reproducibility and limitations</w:t>
      </w:r>
    </w:p>
    <w:p>
      <w:pPr>
        <w:pStyle w:val="ListBullet"/>
      </w:pPr>
      <w:r>
        <w:rPr>
          <w:rFonts w:ascii="Calibri" w:hAnsi="Calibri"/>
          <w:color w:val="203748"/>
          <w:sz w:val="22"/>
        </w:rPr>
        <w:t>The one-arcsecond limit applies to the same frozen nominal elements, not to a later orbit solution.</w:t>
      </w:r>
    </w:p>
    <w:p>
      <w:pPr>
        <w:pStyle w:val="ListBullet"/>
      </w:pPr>
      <w:r>
        <w:rPr>
          <w:rFonts w:ascii="Calibri" w:hAnsi="Calibri"/>
          <w:color w:val="203748"/>
          <w:sz w:val="22"/>
        </w:rPr>
        <w:t>The short nutation, precession and TDB approximation targets the documented interval and accuracy.</w:t>
      </w:r>
    </w:p>
    <w:p>
      <w:pPr>
        <w:pStyle w:val="ListBullet"/>
      </w:pPr>
      <w:r>
        <w:rPr>
          <w:rFonts w:ascii="Calibri" w:hAnsi="Calibri"/>
          <w:color w:val="203748"/>
          <w:sz w:val="22"/>
        </w:rPr>
        <w:t>Leap seconds after the last built-in step must be added before later epochs are used.</w:t>
      </w:r>
    </w:p>
    <w:p>
      <w:pPr>
        <w:pStyle w:val="ListBullet"/>
      </w:pPr>
      <w:r>
        <w:rPr>
          <w:rFonts w:ascii="Calibri" w:hAnsi="Calibri"/>
          <w:color w:val="203748"/>
          <w:sz w:val="22"/>
        </w:rPr>
        <w:t>The tables cover 1850-01-01 through 2150-01-01; other intervals require a new dataset.</w:t>
      </w:r>
    </w:p>
    <w:p>
      <w:pPr>
        <w:pStyle w:val="ListBullet"/>
      </w:pPr>
      <w:r>
        <w:rPr>
          <w:rFonts w:ascii="Calibri" w:hAnsi="Calibri"/>
          <w:color w:val="203748"/>
          <w:sz w:val="22"/>
        </w:rPr>
        <w:t>Uncertainty ellipses and covariance propagation are outside this nominal core.</w:t>
      </w:r>
    </w:p>
    <w:p>
      <w:pPr>
        <w:pStyle w:val="ListBullet"/>
      </w:pPr>
      <w:r>
        <w:rPr>
          <w:rFonts w:ascii="Calibri" w:hAnsi="Calibri"/>
          <w:color w:val="203748"/>
          <w:sz w:val="22"/>
        </w:rPr>
        <w:t>Find_Orb is neither runtime component nor fallback; it is used only for private local comparison.</w:t>
      </w:r>
    </w:p>
    <w:p>
      <w:pPr>
        <w:pStyle w:val="Heading1"/>
      </w:pPr>
      <w:r>
        <w:t>Appendix A. Comparison of programming languages</w:t>
      </w:r>
    </w:p>
    <w:p>
      <w:pPr>
        <w:jc w:val="left"/>
      </w:pPr>
      <w:r>
        <w:t>Every successful edition passed the same 20 reference rows. Accuracy is sorted alphabetically by language. The separate timing table is sorted by ascending median time, fastest first. Each language calculated six cases seven times in an alternating cross-language order. These numbers show only relative performance on this test computer.</w:t>
      </w:r>
    </w:p>
    <w:p>
      <w:pPr>
        <w:pStyle w:val="Heading2"/>
      </w:pPr>
      <w:r>
        <w:t>A.1 Accuracy, alphabetical</w:t>
      </w:r>
    </w:p>
    <w:p>
      <w:pPr>
        <w:spacing w:before="80" w:after="80"/>
      </w:pPr>
      <w:r>
        <w:rPr>
          <w:rFonts w:ascii="Calibri" w:hAnsi="Calibri"/>
          <w:b/>
          <w:i w:val="0"/>
          <w:color w:val="1F4D78"/>
          <w:sz w:val="18"/>
        </w:rPr>
        <w:t>Maximum spherical angular separation over all 20 reference rows.</w:t>
      </w:r>
    </w:p>
    <w:tbl>
      <w:tblPr>
        <w:tblStyle w:val="TableGrid"/>
        <w:tblW w:type="dxa" w:w="9360"/>
        <w:tblLayout w:type="fixed"/>
        <w:tblLook w:firstColumn="1" w:firstRow="1" w:lastColumn="0" w:lastRow="0" w:noHBand="0" w:noVBand="1" w:val="04A0"/>
        <w:tblInd w:w="120" w:type="dxa"/>
      </w:tblPr>
      <w:tblGrid>
        <w:gridCol w:w="1500"/>
        <w:gridCol w:w="1200"/>
        <w:gridCol w:w="950"/>
        <w:gridCol w:w="1200"/>
        <w:gridCol w:w="1200"/>
        <w:gridCol w:w="3310"/>
      </w:tblGrid>
      <w:tr>
        <w:trPr>
          <w:tblHeader w:val="true"/>
          <w:cantSplit w:val="true"/>
        </w:trPr>
        <w:tc>
          <w:tcPr>
            <w:tcW w:type="dxa" w:w="1500"/>
            <w:shd w:fill="1F4D78"/>
            <w:tcMar>
              <w:top w:w="80" w:type="dxa"/>
              <w:start w:w="120" w:type="dxa"/>
              <w:bottom w:w="80" w:type="dxa"/>
              <w:end w:w="120" w:type="dxa"/>
            </w:tcMar>
            <w:vAlign w:val="center"/>
          </w:tcPr>
          <w:p>
            <w:r>
              <w:rPr>
                <w:rFonts w:ascii="Calibri" w:hAnsi="Calibri"/>
                <w:b/>
                <w:color w:val="FFFFFF"/>
                <w:sz w:val="19"/>
              </w:rPr>
              <w:t>Language</w:t>
            </w:r>
          </w:p>
        </w:tc>
        <w:tc>
          <w:tcPr>
            <w:tcW w:type="dxa" w:w="1200"/>
            <w:shd w:fill="1F4D78"/>
            <w:tcMar>
              <w:top w:w="80" w:type="dxa"/>
              <w:start w:w="120" w:type="dxa"/>
              <w:bottom w:w="80" w:type="dxa"/>
              <w:end w:w="120" w:type="dxa"/>
            </w:tcMar>
            <w:vAlign w:val="center"/>
          </w:tcPr>
          <w:p>
            <w:r>
              <w:rPr>
                <w:rFonts w:ascii="Calibri" w:hAnsi="Calibri"/>
                <w:b/>
                <w:color w:val="FFFFFF"/>
                <w:sz w:val="19"/>
              </w:rPr>
              <w:t>Max. Delta arcsec</w:t>
            </w:r>
          </w:p>
        </w:tc>
        <w:tc>
          <w:tcPr>
            <w:tcW w:type="dxa" w:w="950"/>
            <w:shd w:fill="1F4D78"/>
            <w:tcMar>
              <w:top w:w="80" w:type="dxa"/>
              <w:start w:w="120" w:type="dxa"/>
              <w:bottom w:w="80" w:type="dxa"/>
              <w:end w:w="120" w:type="dxa"/>
            </w:tcMar>
            <w:vAlign w:val="center"/>
          </w:tcPr>
          <w:p>
            <w:r>
              <w:rPr>
                <w:rFonts w:ascii="Calibri" w:hAnsi="Calibri"/>
                <w:b/>
                <w:color w:val="FFFFFF"/>
                <w:sz w:val="19"/>
              </w:rPr>
              <w:t>Result</w:t>
            </w:r>
          </w:p>
        </w:tc>
        <w:tc>
          <w:tcPr>
            <w:tcW w:type="dxa" w:w="1200"/>
            <w:shd w:fill="1F4D78"/>
            <w:tcMar>
              <w:top w:w="80" w:type="dxa"/>
              <w:start w:w="120" w:type="dxa"/>
              <w:bottom w:w="80" w:type="dxa"/>
              <w:end w:w="120" w:type="dxa"/>
            </w:tcMar>
            <w:vAlign w:val="center"/>
          </w:tcPr>
          <w:p>
            <w:r>
              <w:rPr>
                <w:rFonts w:ascii="Calibri" w:hAnsi="Calibri"/>
                <w:b/>
                <w:color w:val="FFFFFF"/>
                <w:sz w:val="19"/>
              </w:rPr>
              <w:t>Source B</w:t>
            </w:r>
          </w:p>
        </w:tc>
        <w:tc>
          <w:tcPr>
            <w:tcW w:type="dxa" w:w="1200"/>
            <w:shd w:fill="1F4D78"/>
            <w:tcMar>
              <w:top w:w="80" w:type="dxa"/>
              <w:start w:w="120" w:type="dxa"/>
              <w:bottom w:w="80" w:type="dxa"/>
              <w:end w:w="120" w:type="dxa"/>
            </w:tcMar>
            <w:vAlign w:val="center"/>
          </w:tcPr>
          <w:p>
            <w:r>
              <w:rPr>
                <w:rFonts w:ascii="Calibri" w:hAnsi="Calibri"/>
                <w:b/>
                <w:color w:val="FFFFFF"/>
                <w:sz w:val="19"/>
              </w:rPr>
              <w:t>Package B</w:t>
            </w:r>
          </w:p>
        </w:tc>
        <w:tc>
          <w:tcPr>
            <w:tcW w:type="dxa" w:w="3310"/>
            <w:shd w:fill="1F4D78"/>
            <w:tcMar>
              <w:top w:w="80" w:type="dxa"/>
              <w:start w:w="120" w:type="dxa"/>
              <w:bottom w:w="80" w:type="dxa"/>
              <w:end w:w="120" w:type="dxa"/>
            </w:tcMar>
            <w:vAlign w:val="center"/>
          </w:tcPr>
          <w:p>
            <w:r>
              <w:rPr>
                <w:rFonts w:ascii="Calibri" w:hAnsi="Calibri"/>
                <w:b/>
                <w:color w:val="FFFFFF"/>
                <w:sz w:val="19"/>
              </w:rPr>
              <w:t>Toolchain</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Ada</w:t>
            </w:r>
          </w:p>
        </w:tc>
        <w:tc>
          <w:tcPr>
            <w:tcW w:type="dxa" w:w="1200"/>
            <w:tcMar>
              <w:top w:w="80" w:type="dxa"/>
              <w:start w:w="120" w:type="dxa"/>
              <w:bottom w:w="80" w:type="dxa"/>
              <w:end w:w="120" w:type="dxa"/>
            </w:tcMar>
            <w:vAlign w:val="center"/>
          </w:tcPr>
          <w:p>
            <w:r>
              <w:rPr>
                <w:rFonts w:ascii="Calibri" w:hAnsi="Calibri"/>
                <w:b w:val="0"/>
                <w:color w:val="203748"/>
                <w:sz w:val="18"/>
              </w:rPr>
              <w:t>0.223931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66,911</w:t>
            </w:r>
          </w:p>
        </w:tc>
        <w:tc>
          <w:tcPr>
            <w:tcW w:type="dxa" w:w="1200"/>
            <w:tcMar>
              <w:top w:w="80" w:type="dxa"/>
              <w:start w:w="120" w:type="dxa"/>
              <w:bottom w:w="80" w:type="dxa"/>
              <w:end w:w="120" w:type="dxa"/>
            </w:tcMar>
            <w:vAlign w:val="center"/>
          </w:tcPr>
          <w:p>
            <w:r>
              <w:rPr>
                <w:rFonts w:ascii="Calibri" w:hAnsi="Calibri"/>
                <w:b w:val="0"/>
                <w:color w:val="203748"/>
                <w:sz w:val="18"/>
              </w:rPr>
              <w:t>288,626</w:t>
            </w:r>
          </w:p>
        </w:tc>
        <w:tc>
          <w:tcPr>
            <w:tcW w:type="dxa" w:w="3310"/>
            <w:tcMar>
              <w:top w:w="80" w:type="dxa"/>
              <w:start w:w="120" w:type="dxa"/>
              <w:bottom w:w="80" w:type="dxa"/>
              <w:end w:w="120" w:type="dxa"/>
            </w:tcMar>
            <w:vAlign w:val="center"/>
          </w:tcPr>
          <w:p>
            <w:r>
              <w:rPr>
                <w:rFonts w:ascii="Calibri" w:hAnsi="Calibri"/>
                <w:b w:val="0"/>
                <w:color w:val="203748"/>
                <w:sz w:val="18"/>
              </w:rPr>
              <w:t>GNAT/GCC 15.2.0 (MSYS2)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B4X</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0.232382</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65,725</w:t>
            </w:r>
          </w:p>
        </w:tc>
        <w:tc>
          <w:tcPr>
            <w:tcW w:type="dxa" w:w="1200"/>
            <w:shd w:fill="F7FAFC"/>
            <w:tcMar>
              <w:top w:w="80" w:type="dxa"/>
              <w:start w:w="120" w:type="dxa"/>
              <w:bottom w:w="80" w:type="dxa"/>
              <w:end w:w="120" w:type="dxa"/>
            </w:tcMar>
            <w:vAlign w:val="center"/>
          </w:tcPr>
          <w:p>
            <w:r>
              <w:rPr>
                <w:rFonts w:ascii="Calibri" w:hAnsi="Calibri"/>
                <w:b w:val="0"/>
                <w:color w:val="203748"/>
                <w:sz w:val="18"/>
              </w:rPr>
              <w:t>299,027</w:t>
            </w:r>
          </w:p>
        </w:tc>
        <w:tc>
          <w:tcPr>
            <w:tcW w:type="dxa" w:w="3310"/>
            <w:shd w:fill="F7FAFC"/>
            <w:tcMar>
              <w:top w:w="80" w:type="dxa"/>
              <w:start w:w="120" w:type="dxa"/>
              <w:bottom w:w="80" w:type="dxa"/>
              <w:end w:w="120" w:type="dxa"/>
            </w:tcMar>
            <w:vAlign w:val="center"/>
          </w:tcPr>
          <w:p>
            <w:r>
              <w:rPr>
                <w:rFonts w:ascii="Calibri" w:hAnsi="Calibri"/>
                <w:b w:val="0"/>
                <w:color w:val="203748"/>
                <w:sz w:val="18"/>
              </w:rPr>
              <w:t>B4J 10.50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Ballerina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55,513</w:t>
            </w:r>
          </w:p>
        </w:tc>
        <w:tc>
          <w:tcPr>
            <w:tcW w:type="dxa" w:w="1200"/>
            <w:tcMar>
              <w:top w:w="80" w:type="dxa"/>
              <w:start w:w="120" w:type="dxa"/>
              <w:bottom w:w="80" w:type="dxa"/>
              <w:end w:w="120" w:type="dxa"/>
            </w:tcMar>
            <w:vAlign w:val="center"/>
          </w:tcPr>
          <w:p>
            <w:r>
              <w:rPr>
                <w:rFonts w:ascii="Calibri" w:hAnsi="Calibri"/>
                <w:b w:val="0"/>
                <w:color w:val="203748"/>
                <w:sz w:val="18"/>
              </w:rPr>
              <w:t>298,119</w:t>
            </w:r>
          </w:p>
        </w:tc>
        <w:tc>
          <w:tcPr>
            <w:tcW w:type="dxa" w:w="3310"/>
            <w:tcMar>
              <w:top w:w="80" w:type="dxa"/>
              <w:start w:w="120" w:type="dxa"/>
              <w:bottom w:w="80" w:type="dxa"/>
              <w:end w:w="120" w:type="dxa"/>
            </w:tcMar>
            <w:vAlign w:val="center"/>
          </w:tcPr>
          <w:p>
            <w:r>
              <w:rPr>
                <w:rFonts w:ascii="Calibri" w:hAnsi="Calibri"/>
                <w:b w:val="0"/>
                <w:color w:val="203748"/>
                <w:sz w:val="18"/>
              </w:rPr>
              <w:t>Ballerina Swan Lake 2201.13.4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BlitzMax</w:t>
            </w:r>
          </w:p>
        </w:tc>
        <w:tc>
          <w:tcPr>
            <w:tcW w:type="dxa" w:w="1200"/>
            <w:shd w:fill="F7FAFC"/>
            <w:tcMar>
              <w:top w:w="80" w:type="dxa"/>
              <w:start w:w="120" w:type="dxa"/>
              <w:bottom w:w="80" w:type="dxa"/>
              <w:end w:w="120" w:type="dxa"/>
            </w:tcMar>
            <w:vAlign w:val="center"/>
          </w:tcPr>
          <w:p>
            <w:r>
              <w:rPr>
                <w:rFonts w:ascii="Calibri" w:hAnsi="Calibri"/>
                <w:b w:val="0"/>
                <w:color w:val="203748"/>
                <w:sz w:val="18"/>
              </w:rPr>
              <w:t>1.203843</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58,926</w:t>
            </w:r>
          </w:p>
        </w:tc>
        <w:tc>
          <w:tcPr>
            <w:tcW w:type="dxa" w:w="1200"/>
            <w:shd w:fill="F7FAFC"/>
            <w:tcMar>
              <w:top w:w="80" w:type="dxa"/>
              <w:start w:w="120" w:type="dxa"/>
              <w:bottom w:w="80" w:type="dxa"/>
              <w:end w:w="120" w:type="dxa"/>
            </w:tcMar>
            <w:vAlign w:val="center"/>
          </w:tcPr>
          <w:p>
            <w:r>
              <w:rPr>
                <w:rFonts w:ascii="Calibri" w:hAnsi="Calibri"/>
                <w:b w:val="0"/>
                <w:color w:val="203748"/>
                <w:sz w:val="18"/>
              </w:rPr>
              <w:t>295,334</w:t>
            </w:r>
          </w:p>
        </w:tc>
        <w:tc>
          <w:tcPr>
            <w:tcW w:type="dxa" w:w="3310"/>
            <w:shd w:fill="F7FAFC"/>
            <w:tcMar>
              <w:top w:w="80" w:type="dxa"/>
              <w:start w:w="120" w:type="dxa"/>
              <w:bottom w:w="80" w:type="dxa"/>
              <w:end w:w="120" w:type="dxa"/>
            </w:tcMar>
            <w:vAlign w:val="center"/>
          </w:tcPr>
          <w:p>
            <w:r>
              <w:rPr>
                <w:rFonts w:ascii="Calibri" w:hAnsi="Calibri"/>
                <w:b w:val="0"/>
                <w:color w:val="203748"/>
                <w:sz w:val="18"/>
              </w:rPr>
              <w:t>BlitzMax NG 0.154.3.58</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w:t>
            </w:r>
          </w:p>
        </w:tc>
        <w:tc>
          <w:tcPr>
            <w:tcW w:type="dxa" w:w="1200"/>
            <w:tcMar>
              <w:top w:w="80" w:type="dxa"/>
              <w:start w:w="120" w:type="dxa"/>
              <w:bottom w:w="80" w:type="dxa"/>
              <w:end w:w="120" w:type="dxa"/>
            </w:tcMar>
            <w:vAlign w:val="center"/>
          </w:tcPr>
          <w:p>
            <w:r>
              <w:rPr>
                <w:rFonts w:ascii="Calibri" w:hAnsi="Calibri"/>
                <w:b w:val="0"/>
                <w:color w:val="203748"/>
                <w:sz w:val="18"/>
              </w:rPr>
              <w:t>0.232031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56,797</w:t>
            </w:r>
          </w:p>
        </w:tc>
        <w:tc>
          <w:tcPr>
            <w:tcW w:type="dxa" w:w="1200"/>
            <w:tcMar>
              <w:top w:w="80" w:type="dxa"/>
              <w:start w:w="120" w:type="dxa"/>
              <w:bottom w:w="80" w:type="dxa"/>
              <w:end w:w="120" w:type="dxa"/>
            </w:tcMar>
            <w:vAlign w:val="center"/>
          </w:tcPr>
          <w:p>
            <w:r>
              <w:rPr>
                <w:rFonts w:ascii="Calibri" w:hAnsi="Calibri"/>
                <w:b w:val="0"/>
                <w:color w:val="203748"/>
                <w:sz w:val="18"/>
              </w:rPr>
              <w:t>315,498</w:t>
            </w:r>
          </w:p>
        </w:tc>
        <w:tc>
          <w:tcPr>
            <w:tcW w:type="dxa" w:w="3310"/>
            <w:tcMar>
              <w:top w:w="80" w:type="dxa"/>
              <w:start w:w="120" w:type="dxa"/>
              <w:bottom w:w="80" w:type="dxa"/>
              <w:end w:w="120" w:type="dxa"/>
            </w:tcMar>
            <w:vAlign w:val="center"/>
          </w:tcPr>
          <w:p>
            <w:r>
              <w:rPr>
                <w:rFonts w:ascii="Calibri" w:hAnsi="Calibri"/>
                <w:b w:val="0"/>
                <w:color w:val="203748"/>
                <w:sz w:val="18"/>
              </w:rPr>
              <w:t>GCC 16.1.0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C#</w:t>
            </w:r>
          </w:p>
        </w:tc>
        <w:tc>
          <w:tcPr>
            <w:tcW w:type="dxa" w:w="1200"/>
            <w:shd w:fill="F7FAFC"/>
            <w:tcMar>
              <w:top w:w="80" w:type="dxa"/>
              <w:start w:w="120" w:type="dxa"/>
              <w:bottom w:w="80" w:type="dxa"/>
              <w:end w:w="120" w:type="dxa"/>
            </w:tcMar>
            <w:vAlign w:val="center"/>
          </w:tcPr>
          <w:p>
            <w:r>
              <w:rPr>
                <w:rFonts w:ascii="Calibri" w:hAnsi="Calibri"/>
                <w:b w:val="0"/>
                <w:color w:val="203748"/>
                <w:sz w:val="18"/>
              </w:rPr>
              <w:t>0.232031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50,914</w:t>
            </w:r>
          </w:p>
        </w:tc>
        <w:tc>
          <w:tcPr>
            <w:tcW w:type="dxa" w:w="1200"/>
            <w:shd w:fill="F7FAFC"/>
            <w:tcMar>
              <w:top w:w="80" w:type="dxa"/>
              <w:start w:w="120" w:type="dxa"/>
              <w:bottom w:w="80" w:type="dxa"/>
              <w:end w:w="120" w:type="dxa"/>
            </w:tcMar>
            <w:vAlign w:val="center"/>
          </w:tcPr>
          <w:p>
            <w:r>
              <w:rPr>
                <w:rFonts w:ascii="Calibri" w:hAnsi="Calibri"/>
                <w:b w:val="0"/>
                <w:color w:val="203748"/>
                <w:sz w:val="18"/>
              </w:rPr>
              <w:t>301,338</w:t>
            </w:r>
          </w:p>
        </w:tc>
        <w:tc>
          <w:tcPr>
            <w:tcW w:type="dxa" w:w="3310"/>
            <w:shd w:fill="F7FAFC"/>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57,599</w:t>
            </w:r>
          </w:p>
        </w:tc>
        <w:tc>
          <w:tcPr>
            <w:tcW w:type="dxa" w:w="1200"/>
            <w:tcMar>
              <w:top w:w="80" w:type="dxa"/>
              <w:start w:w="120" w:type="dxa"/>
              <w:bottom w:w="80" w:type="dxa"/>
              <w:end w:w="120" w:type="dxa"/>
            </w:tcMar>
            <w:vAlign w:val="center"/>
          </w:tcPr>
          <w:p>
            <w:r>
              <w:rPr>
                <w:rFonts w:ascii="Calibri" w:hAnsi="Calibri"/>
                <w:b w:val="0"/>
                <w:color w:val="203748"/>
                <w:sz w:val="18"/>
              </w:rPr>
              <w:t>305,519</w:t>
            </w:r>
          </w:p>
        </w:tc>
        <w:tc>
          <w:tcPr>
            <w:tcW w:type="dxa" w:w="3310"/>
            <w:tcMar>
              <w:top w:w="80" w:type="dxa"/>
              <w:start w:w="120" w:type="dxa"/>
              <w:bottom w:w="80" w:type="dxa"/>
              <w:end w:w="120" w:type="dxa"/>
            </w:tcMar>
            <w:vAlign w:val="center"/>
          </w:tcPr>
          <w:p>
            <w:r>
              <w:rPr>
                <w:rFonts w:ascii="Calibri" w:hAnsi="Calibri"/>
                <w:b w:val="0"/>
                <w:color w:val="203748"/>
                <w:sz w:val="18"/>
              </w:rPr>
              <w:t>Microsoft Visual C++ Community</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Clojure</w:t>
            </w:r>
          </w:p>
        </w:tc>
        <w:tc>
          <w:tcPr>
            <w:tcW w:type="dxa" w:w="1200"/>
            <w:shd w:fill="F7FAFC"/>
            <w:tcMar>
              <w:top w:w="80" w:type="dxa"/>
              <w:start w:w="120" w:type="dxa"/>
              <w:bottom w:w="80" w:type="dxa"/>
              <w:end w:w="120" w:type="dxa"/>
            </w:tcMar>
            <w:vAlign w:val="center"/>
          </w:tcPr>
          <w:p>
            <w:r>
              <w:rPr>
                <w:rFonts w:ascii="Calibri" w:hAnsi="Calibri"/>
                <w:b w:val="0"/>
                <w:color w:val="203748"/>
                <w:sz w:val="18"/>
              </w:rPr>
              <w:t>0.235614</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45,664</w:t>
            </w:r>
          </w:p>
        </w:tc>
        <w:tc>
          <w:tcPr>
            <w:tcW w:type="dxa" w:w="1200"/>
            <w:shd w:fill="F7FAFC"/>
            <w:tcMar>
              <w:top w:w="80" w:type="dxa"/>
              <w:start w:w="120" w:type="dxa"/>
              <w:bottom w:w="80" w:type="dxa"/>
              <w:end w:w="120" w:type="dxa"/>
            </w:tcMar>
            <w:vAlign w:val="center"/>
          </w:tcPr>
          <w:p>
            <w:r>
              <w:rPr>
                <w:rFonts w:ascii="Calibri" w:hAnsi="Calibri"/>
                <w:b w:val="0"/>
                <w:color w:val="203748"/>
                <w:sz w:val="18"/>
              </w:rPr>
              <w:t>266,025</w:t>
            </w:r>
          </w:p>
        </w:tc>
        <w:tc>
          <w:tcPr>
            <w:tcW w:type="dxa" w:w="3310"/>
            <w:shd w:fill="F7FAFC"/>
            <w:tcMar>
              <w:top w:w="80" w:type="dxa"/>
              <w:start w:w="120" w:type="dxa"/>
              <w:bottom w:w="80" w:type="dxa"/>
              <w:end w:w="120" w:type="dxa"/>
            </w:tcMar>
            <w:vAlign w:val="center"/>
          </w:tcPr>
          <w:p>
            <w:r>
              <w:rPr>
                <w:rFonts w:ascii="Calibri" w:hAnsi="Calibri"/>
                <w:b w:val="0"/>
                <w:color w:val="203748"/>
                <w:sz w:val="18"/>
              </w:rPr>
              <w:t>Clojure 1.12.5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Common Lisp</w:t>
            </w:r>
          </w:p>
        </w:tc>
        <w:tc>
          <w:tcPr>
            <w:tcW w:type="dxa" w:w="1200"/>
            <w:tcMar>
              <w:top w:w="80" w:type="dxa"/>
              <w:start w:w="120" w:type="dxa"/>
              <w:bottom w:w="80" w:type="dxa"/>
              <w:end w:w="120" w:type="dxa"/>
            </w:tcMar>
            <w:vAlign w:val="center"/>
          </w:tcPr>
          <w:p>
            <w:r>
              <w:rPr>
                <w:rFonts w:ascii="Calibri" w:hAnsi="Calibri"/>
                <w:b w:val="0"/>
                <w:color w:val="203748"/>
                <w:sz w:val="18"/>
              </w:rPr>
              <w:t>0.223203</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45,788</w:t>
            </w:r>
          </w:p>
        </w:tc>
        <w:tc>
          <w:tcPr>
            <w:tcW w:type="dxa" w:w="1200"/>
            <w:tcMar>
              <w:top w:w="80" w:type="dxa"/>
              <w:start w:w="120" w:type="dxa"/>
              <w:bottom w:w="80" w:type="dxa"/>
              <w:end w:w="120" w:type="dxa"/>
            </w:tcMar>
            <w:vAlign w:val="center"/>
          </w:tcPr>
          <w:p>
            <w:r>
              <w:rPr>
                <w:rFonts w:ascii="Calibri" w:hAnsi="Calibri"/>
                <w:b w:val="0"/>
                <w:color w:val="203748"/>
                <w:sz w:val="18"/>
              </w:rPr>
              <w:t>271,099</w:t>
            </w:r>
          </w:p>
        </w:tc>
        <w:tc>
          <w:tcPr>
            <w:tcW w:type="dxa" w:w="3310"/>
            <w:tcMar>
              <w:top w:w="80" w:type="dxa"/>
              <w:start w:w="120" w:type="dxa"/>
              <w:bottom w:w="80" w:type="dxa"/>
              <w:end w:w="120" w:type="dxa"/>
            </w:tcMar>
            <w:vAlign w:val="center"/>
          </w:tcPr>
          <w:p>
            <w:r>
              <w:rPr>
                <w:rFonts w:ascii="Calibri" w:hAnsi="Calibri"/>
                <w:b w:val="0"/>
                <w:color w:val="203748"/>
                <w:sz w:val="18"/>
              </w:rPr>
              <w:t>SBCL 2.6.6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D</w:t>
            </w:r>
          </w:p>
        </w:tc>
        <w:tc>
          <w:tcPr>
            <w:tcW w:type="dxa" w:w="1200"/>
            <w:shd w:fill="F7FAFC"/>
            <w:tcMar>
              <w:top w:w="80" w:type="dxa"/>
              <w:start w:w="120" w:type="dxa"/>
              <w:bottom w:w="80" w:type="dxa"/>
              <w:end w:w="120" w:type="dxa"/>
            </w:tcMar>
            <w:vAlign w:val="center"/>
          </w:tcPr>
          <w:p>
            <w:r>
              <w:rPr>
                <w:rFonts w:ascii="Calibri" w:hAnsi="Calibri"/>
                <w:b w:val="0"/>
                <w:color w:val="203748"/>
                <w:sz w:val="18"/>
              </w:rPr>
              <w:t>0.250215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38,779</w:t>
            </w:r>
          </w:p>
        </w:tc>
        <w:tc>
          <w:tcPr>
            <w:tcW w:type="dxa" w:w="1200"/>
            <w:shd w:fill="F7FAFC"/>
            <w:tcMar>
              <w:top w:w="80" w:type="dxa"/>
              <w:start w:w="120" w:type="dxa"/>
              <w:bottom w:w="80" w:type="dxa"/>
              <w:end w:w="120" w:type="dxa"/>
            </w:tcMar>
            <w:vAlign w:val="center"/>
          </w:tcPr>
          <w:p>
            <w:r>
              <w:rPr>
                <w:rFonts w:ascii="Calibri" w:hAnsi="Calibri"/>
                <w:b w:val="0"/>
                <w:color w:val="203748"/>
                <w:sz w:val="18"/>
              </w:rPr>
              <w:t>283,920</w:t>
            </w:r>
          </w:p>
        </w:tc>
        <w:tc>
          <w:tcPr>
            <w:tcW w:type="dxa" w:w="3310"/>
            <w:shd w:fill="F7FAFC"/>
            <w:tcMar>
              <w:top w:w="80" w:type="dxa"/>
              <w:start w:w="120" w:type="dxa"/>
              <w:bottom w:w="80" w:type="dxa"/>
              <w:end w:w="120" w:type="dxa"/>
            </w:tcMar>
            <w:vAlign w:val="center"/>
          </w:tcPr>
          <w:p>
            <w:r>
              <w:rPr>
                <w:rFonts w:ascii="Calibri" w:hAnsi="Calibri"/>
                <w:b w:val="0"/>
                <w:color w:val="203748"/>
                <w:sz w:val="18"/>
              </w:rPr>
              <w:t>DMD 2.112.0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Dart</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43,237</w:t>
            </w:r>
          </w:p>
        </w:tc>
        <w:tc>
          <w:tcPr>
            <w:tcW w:type="dxa" w:w="1200"/>
            <w:tcMar>
              <w:top w:w="80" w:type="dxa"/>
              <w:start w:w="120" w:type="dxa"/>
              <w:bottom w:w="80" w:type="dxa"/>
              <w:end w:w="120" w:type="dxa"/>
            </w:tcMar>
            <w:vAlign w:val="center"/>
          </w:tcPr>
          <w:p>
            <w:r>
              <w:rPr>
                <w:rFonts w:ascii="Calibri" w:hAnsi="Calibri"/>
                <w:b w:val="0"/>
                <w:color w:val="203748"/>
                <w:sz w:val="18"/>
              </w:rPr>
              <w:t>277,530</w:t>
            </w:r>
          </w:p>
        </w:tc>
        <w:tc>
          <w:tcPr>
            <w:tcW w:type="dxa" w:w="3310"/>
            <w:tcMar>
              <w:top w:w="80" w:type="dxa"/>
              <w:start w:w="120" w:type="dxa"/>
              <w:bottom w:w="80" w:type="dxa"/>
              <w:end w:w="120" w:type="dxa"/>
            </w:tcMar>
            <w:vAlign w:val="center"/>
          </w:tcPr>
          <w:p>
            <w:r>
              <w:rPr>
                <w:rFonts w:ascii="Calibri" w:hAnsi="Calibri"/>
                <w:b w:val="0"/>
                <w:color w:val="203748"/>
                <w:sz w:val="18"/>
              </w:rPr>
              <w:t>Dart 3.12.2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Delphi/Object Pascal</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0.232316</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49,102</w:t>
            </w:r>
          </w:p>
        </w:tc>
        <w:tc>
          <w:tcPr>
            <w:tcW w:type="dxa" w:w="1200"/>
            <w:shd w:fill="F7FAFC"/>
            <w:tcMar>
              <w:top w:w="80" w:type="dxa"/>
              <w:start w:w="120" w:type="dxa"/>
              <w:bottom w:w="80" w:type="dxa"/>
              <w:end w:w="120" w:type="dxa"/>
            </w:tcMar>
            <w:vAlign w:val="center"/>
          </w:tcPr>
          <w:p>
            <w:r>
              <w:rPr>
                <w:rFonts w:ascii="Calibri" w:hAnsi="Calibri"/>
                <w:b w:val="0"/>
                <w:color w:val="203748"/>
                <w:sz w:val="18"/>
              </w:rPr>
              <w:t>286,420</w:t>
            </w:r>
          </w:p>
        </w:tc>
        <w:tc>
          <w:tcPr>
            <w:tcW w:type="dxa" w:w="3310"/>
            <w:shd w:fill="F7FAFC"/>
            <w:tcMar>
              <w:top w:w="80" w:type="dxa"/>
              <w:start w:w="120" w:type="dxa"/>
              <w:bottom w:w="80" w:type="dxa"/>
              <w:end w:w="120" w:type="dxa"/>
            </w:tcMar>
            <w:vAlign w:val="center"/>
          </w:tcPr>
          <w:p>
            <w:r>
              <w:rPr>
                <w:rFonts w:ascii="Calibri" w:hAnsi="Calibri"/>
                <w:b w:val="0"/>
                <w:color w:val="203748"/>
                <w:sz w:val="18"/>
              </w:rPr>
              <w:t>Free Pascal 3.2.2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Elixir</w:t>
            </w:r>
          </w:p>
        </w:tc>
        <w:tc>
          <w:tcPr>
            <w:tcW w:type="dxa" w:w="1200"/>
            <w:tcMar>
              <w:top w:w="80" w:type="dxa"/>
              <w:start w:w="120" w:type="dxa"/>
              <w:bottom w:w="80" w:type="dxa"/>
              <w:end w:w="120" w:type="dxa"/>
            </w:tcMar>
            <w:vAlign w:val="center"/>
          </w:tcPr>
          <w:p>
            <w:r>
              <w:rPr>
                <w:rFonts w:ascii="Calibri" w:hAnsi="Calibri"/>
                <w:b w:val="0"/>
                <w:color w:val="203748"/>
                <w:sz w:val="18"/>
              </w:rPr>
              <w:t>0.243787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53,836</w:t>
            </w:r>
          </w:p>
        </w:tc>
        <w:tc>
          <w:tcPr>
            <w:tcW w:type="dxa" w:w="1200"/>
            <w:tcMar>
              <w:top w:w="80" w:type="dxa"/>
              <w:start w:w="120" w:type="dxa"/>
              <w:bottom w:w="80" w:type="dxa"/>
              <w:end w:w="120" w:type="dxa"/>
            </w:tcMar>
            <w:vAlign w:val="center"/>
          </w:tcPr>
          <w:p>
            <w:r>
              <w:rPr>
                <w:rFonts w:ascii="Calibri" w:hAnsi="Calibri"/>
                <w:b w:val="0"/>
                <w:color w:val="203748"/>
                <w:sz w:val="18"/>
              </w:rPr>
              <w:t>314,208</w:t>
            </w:r>
          </w:p>
        </w:tc>
        <w:tc>
          <w:tcPr>
            <w:tcW w:type="dxa" w:w="3310"/>
            <w:tcMar>
              <w:top w:w="80" w:type="dxa"/>
              <w:start w:w="120" w:type="dxa"/>
              <w:bottom w:w="80" w:type="dxa"/>
              <w:end w:w="120" w:type="dxa"/>
            </w:tcMar>
            <w:vAlign w:val="center"/>
          </w:tcPr>
          <w:p>
            <w:r>
              <w:rPr>
                <w:rFonts w:ascii="Calibri" w:hAnsi="Calibri"/>
                <w:b w:val="0"/>
                <w:color w:val="203748"/>
                <w:sz w:val="18"/>
              </w:rPr>
              <w:t>Elixir 1.20.2 / Erlang OTP 29</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Erlang</w:t>
            </w:r>
          </w:p>
        </w:tc>
        <w:tc>
          <w:tcPr>
            <w:tcW w:type="dxa" w:w="1200"/>
            <w:shd w:fill="F7FAFC"/>
            <w:tcMar>
              <w:top w:w="80" w:type="dxa"/>
              <w:start w:w="120" w:type="dxa"/>
              <w:bottom w:w="80" w:type="dxa"/>
              <w:end w:w="120" w:type="dxa"/>
            </w:tcMar>
            <w:vAlign w:val="center"/>
          </w:tcPr>
          <w:p>
            <w:r>
              <w:rPr>
                <w:rFonts w:ascii="Calibri" w:hAnsi="Calibri"/>
                <w:b w:val="0"/>
                <w:color w:val="203748"/>
                <w:sz w:val="18"/>
              </w:rPr>
              <w:t>0.243787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53,038</w:t>
            </w:r>
          </w:p>
        </w:tc>
        <w:tc>
          <w:tcPr>
            <w:tcW w:type="dxa" w:w="1200"/>
            <w:shd w:fill="F7FAFC"/>
            <w:tcMar>
              <w:top w:w="80" w:type="dxa"/>
              <w:start w:w="120" w:type="dxa"/>
              <w:bottom w:w="80" w:type="dxa"/>
              <w:end w:w="120" w:type="dxa"/>
            </w:tcMar>
            <w:vAlign w:val="center"/>
          </w:tcPr>
          <w:p>
            <w:r>
              <w:rPr>
                <w:rFonts w:ascii="Calibri" w:hAnsi="Calibri"/>
                <w:b w:val="0"/>
                <w:color w:val="203748"/>
                <w:sz w:val="18"/>
              </w:rPr>
              <w:t>318,577</w:t>
            </w:r>
          </w:p>
        </w:tc>
        <w:tc>
          <w:tcPr>
            <w:tcW w:type="dxa" w:w="3310"/>
            <w:shd w:fill="F7FAFC"/>
            <w:tcMar>
              <w:top w:w="80" w:type="dxa"/>
              <w:start w:w="120" w:type="dxa"/>
              <w:bottom w:w="80" w:type="dxa"/>
              <w:end w:w="120" w:type="dxa"/>
            </w:tcMar>
            <w:vAlign w:val="center"/>
          </w:tcPr>
          <w:p>
            <w:r>
              <w:rPr>
                <w:rFonts w:ascii="Calibri" w:hAnsi="Calibri"/>
                <w:b w:val="0"/>
                <w:color w:val="203748"/>
                <w:sz w:val="18"/>
              </w:rPr>
              <w:t>Erlang/OTP 29.0.3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w:t>
            </w:r>
          </w:p>
        </w:tc>
        <w:tc>
          <w:tcPr>
            <w:tcW w:type="dxa" w:w="1200"/>
            <w:tcMar>
              <w:top w:w="80" w:type="dxa"/>
              <w:start w:w="120" w:type="dxa"/>
              <w:bottom w:w="80" w:type="dxa"/>
              <w:end w:w="120" w:type="dxa"/>
            </w:tcMar>
            <w:vAlign w:val="center"/>
          </w:tcPr>
          <w:p>
            <w:r>
              <w:rPr>
                <w:rFonts w:ascii="Calibri" w:hAnsi="Calibri"/>
                <w:b w:val="0"/>
                <w:color w:val="203748"/>
                <w:sz w:val="18"/>
              </w:rPr>
              <w:t>0.216606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122,496</w:t>
            </w:r>
          </w:p>
        </w:tc>
        <w:tc>
          <w:tcPr>
            <w:tcW w:type="dxa" w:w="1200"/>
            <w:tcMar>
              <w:top w:w="80" w:type="dxa"/>
              <w:start w:w="120" w:type="dxa"/>
              <w:bottom w:w="80" w:type="dxa"/>
              <w:end w:w="120" w:type="dxa"/>
            </w:tcMar>
            <w:vAlign w:val="center"/>
          </w:tcPr>
          <w:p>
            <w:r>
              <w:rPr>
                <w:rFonts w:ascii="Calibri" w:hAnsi="Calibri"/>
                <w:b w:val="0"/>
                <w:color w:val="203748"/>
                <w:sz w:val="18"/>
              </w:rPr>
              <w:t>409,990</w:t>
            </w:r>
          </w:p>
        </w:tc>
        <w:tc>
          <w:tcPr>
            <w:tcW w:type="dxa" w:w="3310"/>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Factor</w:t>
            </w:r>
          </w:p>
        </w:tc>
        <w:tc>
          <w:tcPr>
            <w:tcW w:type="dxa" w:w="1200"/>
            <w:shd w:fill="F7FAFC"/>
            <w:tcMar>
              <w:top w:w="80" w:type="dxa"/>
              <w:start w:w="120" w:type="dxa"/>
              <w:bottom w:w="80" w:type="dxa"/>
              <w:end w:w="120" w:type="dxa"/>
            </w:tcMar>
            <w:vAlign w:val="center"/>
          </w:tcPr>
          <w:p>
            <w:r>
              <w:rPr>
                <w:rFonts w:ascii="Calibri" w:hAnsi="Calibri"/>
                <w:b w:val="0"/>
                <w:color w:val="203748"/>
                <w:sz w:val="18"/>
              </w:rPr>
              <w:t>51.049773</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43,875</w:t>
            </w:r>
          </w:p>
        </w:tc>
        <w:tc>
          <w:tcPr>
            <w:tcW w:type="dxa" w:w="1200"/>
            <w:shd w:fill="F7FAFC"/>
            <w:tcMar>
              <w:top w:w="80" w:type="dxa"/>
              <w:start w:w="120" w:type="dxa"/>
              <w:bottom w:w="80" w:type="dxa"/>
              <w:end w:w="120" w:type="dxa"/>
            </w:tcMar>
            <w:vAlign w:val="center"/>
          </w:tcPr>
          <w:p>
            <w:r>
              <w:rPr>
                <w:rFonts w:ascii="Calibri" w:hAnsi="Calibri"/>
                <w:b w:val="0"/>
                <w:color w:val="203748"/>
                <w:sz w:val="18"/>
              </w:rPr>
              <w:t>269,748</w:t>
            </w:r>
          </w:p>
        </w:tc>
        <w:tc>
          <w:tcPr>
            <w:tcW w:type="dxa" w:w="3310"/>
            <w:shd w:fill="F7FAFC"/>
            <w:tcMar>
              <w:top w:w="80" w:type="dxa"/>
              <w:start w:w="120" w:type="dxa"/>
              <w:bottom w:w="80" w:type="dxa"/>
              <w:end w:w="120" w:type="dxa"/>
            </w:tcMar>
            <w:vAlign w:val="center"/>
          </w:tcPr>
          <w:p>
            <w:r>
              <w:rPr>
                <w:rFonts w:ascii="Calibri" w:hAnsi="Calibri"/>
                <w:b w:val="0"/>
                <w:color w:val="203748"/>
                <w:sz w:val="18"/>
              </w:rPr>
              <w:t>Factor 0.101</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Fantom</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55,416</w:t>
            </w:r>
          </w:p>
        </w:tc>
        <w:tc>
          <w:tcPr>
            <w:tcW w:type="dxa" w:w="1200"/>
            <w:tcMar>
              <w:top w:w="80" w:type="dxa"/>
              <w:start w:w="120" w:type="dxa"/>
              <w:bottom w:w="80" w:type="dxa"/>
              <w:end w:w="120" w:type="dxa"/>
            </w:tcMar>
            <w:vAlign w:val="center"/>
          </w:tcPr>
          <w:p>
            <w:r>
              <w:rPr>
                <w:rFonts w:ascii="Calibri" w:hAnsi="Calibri"/>
                <w:b w:val="0"/>
                <w:color w:val="203748"/>
                <w:sz w:val="18"/>
              </w:rPr>
              <w:t>300,877</w:t>
            </w:r>
          </w:p>
        </w:tc>
        <w:tc>
          <w:tcPr>
            <w:tcW w:type="dxa" w:w="3310"/>
            <w:tcMar>
              <w:top w:w="80" w:type="dxa"/>
              <w:start w:w="120" w:type="dxa"/>
              <w:bottom w:w="80" w:type="dxa"/>
              <w:end w:w="120" w:type="dxa"/>
            </w:tcMar>
            <w:vAlign w:val="center"/>
          </w:tcPr>
          <w:p>
            <w:r>
              <w:rPr>
                <w:rFonts w:ascii="Calibri" w:hAnsi="Calibri"/>
                <w:b w:val="0"/>
                <w:color w:val="203748"/>
                <w:sz w:val="18"/>
              </w:rPr>
              <w:t>Fantom 1.0.83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Fortran</w:t>
            </w:r>
          </w:p>
        </w:tc>
        <w:tc>
          <w:tcPr>
            <w:tcW w:type="dxa" w:w="1200"/>
            <w:shd w:fill="F7FAFC"/>
            <w:tcMar>
              <w:top w:w="80" w:type="dxa"/>
              <w:start w:w="120" w:type="dxa"/>
              <w:bottom w:w="80" w:type="dxa"/>
              <w:end w:w="120" w:type="dxa"/>
            </w:tcMar>
            <w:vAlign w:val="center"/>
          </w:tcPr>
          <w:p>
            <w:r>
              <w:rPr>
                <w:rFonts w:ascii="Calibri" w:hAnsi="Calibri"/>
                <w:b w:val="0"/>
                <w:color w:val="203748"/>
                <w:sz w:val="18"/>
              </w:rPr>
              <w:t>0.226948</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51,600</w:t>
            </w:r>
          </w:p>
        </w:tc>
        <w:tc>
          <w:tcPr>
            <w:tcW w:type="dxa" w:w="1200"/>
            <w:shd w:fill="F7FAFC"/>
            <w:tcMar>
              <w:top w:w="80" w:type="dxa"/>
              <w:start w:w="120" w:type="dxa"/>
              <w:bottom w:w="80" w:type="dxa"/>
              <w:end w:w="120" w:type="dxa"/>
            </w:tcMar>
            <w:vAlign w:val="center"/>
          </w:tcPr>
          <w:p>
            <w:r>
              <w:rPr>
                <w:rFonts w:ascii="Calibri" w:hAnsi="Calibri"/>
                <w:b w:val="0"/>
                <w:color w:val="203748"/>
                <w:sz w:val="18"/>
              </w:rPr>
              <w:t>272,368</w:t>
            </w:r>
          </w:p>
        </w:tc>
        <w:tc>
          <w:tcPr>
            <w:tcW w:type="dxa" w:w="3310"/>
            <w:shd w:fill="F7FAFC"/>
            <w:tcMar>
              <w:top w:w="80" w:type="dxa"/>
              <w:start w:w="120" w:type="dxa"/>
              <w:bottom w:w="80" w:type="dxa"/>
              <w:end w:w="120" w:type="dxa"/>
            </w:tcMar>
            <w:vAlign w:val="center"/>
          </w:tcPr>
          <w:p>
            <w:r>
              <w:rPr>
                <w:rFonts w:ascii="Calibri" w:hAnsi="Calibri"/>
                <w:b w:val="0"/>
                <w:color w:val="203748"/>
                <w:sz w:val="18"/>
              </w:rPr>
              <w:t>GNU Fortran 16.1.0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FreeBASIC</w:t>
            </w:r>
          </w:p>
        </w:tc>
        <w:tc>
          <w:tcPr>
            <w:tcW w:type="dxa" w:w="1200"/>
            <w:tcMar>
              <w:top w:w="80" w:type="dxa"/>
              <w:start w:w="120" w:type="dxa"/>
              <w:bottom w:w="80" w:type="dxa"/>
              <w:end w:w="120" w:type="dxa"/>
            </w:tcMar>
            <w:vAlign w:val="center"/>
          </w:tcPr>
          <w:p>
            <w:r>
              <w:rPr>
                <w:rFonts w:ascii="Calibri" w:hAnsi="Calibri"/>
                <w:b w:val="0"/>
                <w:color w:val="203748"/>
                <w:sz w:val="18"/>
              </w:rPr>
              <w:t>0.252308</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68,277</w:t>
            </w:r>
          </w:p>
        </w:tc>
        <w:tc>
          <w:tcPr>
            <w:tcW w:type="dxa" w:w="1200"/>
            <w:tcMar>
              <w:top w:w="80" w:type="dxa"/>
              <w:start w:w="120" w:type="dxa"/>
              <w:bottom w:w="80" w:type="dxa"/>
              <w:end w:w="120" w:type="dxa"/>
            </w:tcMar>
            <w:vAlign w:val="center"/>
          </w:tcPr>
          <w:p>
            <w:r>
              <w:rPr>
                <w:rFonts w:ascii="Calibri" w:hAnsi="Calibri"/>
                <w:b w:val="0"/>
                <w:color w:val="203748"/>
                <w:sz w:val="18"/>
              </w:rPr>
              <w:t>316,719</w:t>
            </w:r>
          </w:p>
        </w:tc>
        <w:tc>
          <w:tcPr>
            <w:tcW w:type="dxa" w:w="3310"/>
            <w:tcMar>
              <w:top w:w="80" w:type="dxa"/>
              <w:start w:w="120" w:type="dxa"/>
              <w:bottom w:w="80" w:type="dxa"/>
              <w:end w:w="120" w:type="dxa"/>
            </w:tcMar>
            <w:vAlign w:val="center"/>
          </w:tcPr>
          <w:p>
            <w:r>
              <w:rPr>
                <w:rFonts w:ascii="Calibri" w:hAnsi="Calibri"/>
                <w:b w:val="0"/>
                <w:color w:val="203748"/>
                <w:sz w:val="18"/>
              </w:rPr>
              <w:t>FreeBASIC 1.10.1</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GNU Octave</w:t>
            </w:r>
          </w:p>
        </w:tc>
        <w:tc>
          <w:tcPr>
            <w:tcW w:type="dxa" w:w="1200"/>
            <w:shd w:fill="F7FAFC"/>
            <w:tcMar>
              <w:top w:w="80" w:type="dxa"/>
              <w:start w:w="120" w:type="dxa"/>
              <w:bottom w:w="80" w:type="dxa"/>
              <w:end w:w="120" w:type="dxa"/>
            </w:tcMar>
            <w:vAlign w:val="center"/>
          </w:tcPr>
          <w:p>
            <w:r>
              <w:rPr>
                <w:rFonts w:ascii="Calibri" w:hAnsi="Calibri"/>
                <w:b w:val="0"/>
                <w:color w:val="203748"/>
                <w:sz w:val="18"/>
              </w:rPr>
              <w:t>38.034360</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36,553</w:t>
            </w:r>
          </w:p>
        </w:tc>
        <w:tc>
          <w:tcPr>
            <w:tcW w:type="dxa" w:w="1200"/>
            <w:shd w:fill="F7FAFC"/>
            <w:tcMar>
              <w:top w:w="80" w:type="dxa"/>
              <w:start w:w="120" w:type="dxa"/>
              <w:bottom w:w="80" w:type="dxa"/>
              <w:end w:w="120" w:type="dxa"/>
            </w:tcMar>
            <w:vAlign w:val="center"/>
          </w:tcPr>
          <w:p>
            <w:r>
              <w:rPr>
                <w:rFonts w:ascii="Calibri" w:hAnsi="Calibri"/>
                <w:b w:val="0"/>
                <w:color w:val="203748"/>
                <w:sz w:val="18"/>
              </w:rPr>
              <w:t>276,734</w:t>
            </w:r>
          </w:p>
        </w:tc>
        <w:tc>
          <w:tcPr>
            <w:tcW w:type="dxa" w:w="3310"/>
            <w:shd w:fill="F7FAFC"/>
            <w:tcMar>
              <w:top w:w="80" w:type="dxa"/>
              <w:start w:w="120" w:type="dxa"/>
              <w:bottom w:w="80" w:type="dxa"/>
              <w:end w:w="120" w:type="dxa"/>
            </w:tcMar>
            <w:vAlign w:val="center"/>
          </w:tcPr>
          <w:p>
            <w:r>
              <w:rPr>
                <w:rFonts w:ascii="Calibri" w:hAnsi="Calibri"/>
                <w:b w:val="0"/>
                <w:color w:val="203748"/>
                <w:sz w:val="18"/>
              </w:rPr>
              <w:t>GNU Octave 11.3.0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Go</w:t>
            </w:r>
          </w:p>
        </w:tc>
        <w:tc>
          <w:tcPr>
            <w:tcW w:type="dxa" w:w="1200"/>
            <w:tcMar>
              <w:top w:w="80" w:type="dxa"/>
              <w:start w:w="120" w:type="dxa"/>
              <w:bottom w:w="80" w:type="dxa"/>
              <w:end w:w="120" w:type="dxa"/>
            </w:tcMar>
            <w:vAlign w:val="center"/>
          </w:tcPr>
          <w:p>
            <w:r>
              <w:rPr>
                <w:rFonts w:ascii="Calibri" w:hAnsi="Calibri"/>
                <w:b w:val="0"/>
                <w:color w:val="203748"/>
                <w:sz w:val="18"/>
              </w:rPr>
              <w:t>0.239381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40,236</w:t>
            </w:r>
          </w:p>
        </w:tc>
        <w:tc>
          <w:tcPr>
            <w:tcW w:type="dxa" w:w="1200"/>
            <w:tcMar>
              <w:top w:w="80" w:type="dxa"/>
              <w:start w:w="120" w:type="dxa"/>
              <w:bottom w:w="80" w:type="dxa"/>
              <w:end w:w="120" w:type="dxa"/>
            </w:tcMar>
            <w:vAlign w:val="center"/>
          </w:tcPr>
          <w:p>
            <w:r>
              <w:rPr>
                <w:rFonts w:ascii="Calibri" w:hAnsi="Calibri"/>
                <w:b w:val="0"/>
                <w:color w:val="203748"/>
                <w:sz w:val="18"/>
              </w:rPr>
              <w:t>289,032</w:t>
            </w:r>
          </w:p>
        </w:tc>
        <w:tc>
          <w:tcPr>
            <w:tcW w:type="dxa" w:w="3310"/>
            <w:tcMar>
              <w:top w:w="80" w:type="dxa"/>
              <w:start w:w="120" w:type="dxa"/>
              <w:bottom w:w="80" w:type="dxa"/>
              <w:end w:w="120" w:type="dxa"/>
            </w:tcMar>
            <w:vAlign w:val="center"/>
          </w:tcPr>
          <w:p>
            <w:r>
              <w:rPr>
                <w:rFonts w:ascii="Calibri" w:hAnsi="Calibri"/>
                <w:b w:val="0"/>
                <w:color w:val="203748"/>
                <w:sz w:val="18"/>
              </w:rPr>
              <w:t>Go 1.26.5</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Groovy</w:t>
            </w:r>
          </w:p>
        </w:tc>
        <w:tc>
          <w:tcPr>
            <w:tcW w:type="dxa" w:w="1200"/>
            <w:shd w:fill="F7FAFC"/>
            <w:tcMar>
              <w:top w:w="80" w:type="dxa"/>
              <w:start w:w="120" w:type="dxa"/>
              <w:bottom w:w="80" w:type="dxa"/>
              <w:end w:w="120" w:type="dxa"/>
            </w:tcMar>
            <w:vAlign w:val="center"/>
          </w:tcPr>
          <w:p>
            <w:r>
              <w:rPr>
                <w:rFonts w:ascii="Calibri" w:hAnsi="Calibri"/>
                <w:b w:val="0"/>
                <w:color w:val="203748"/>
                <w:sz w:val="18"/>
              </w:rPr>
              <w:t>2.810988</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61,373</w:t>
            </w:r>
          </w:p>
        </w:tc>
        <w:tc>
          <w:tcPr>
            <w:tcW w:type="dxa" w:w="1200"/>
            <w:shd w:fill="F7FAFC"/>
            <w:tcMar>
              <w:top w:w="80" w:type="dxa"/>
              <w:start w:w="120" w:type="dxa"/>
              <w:bottom w:w="80" w:type="dxa"/>
              <w:end w:w="120" w:type="dxa"/>
            </w:tcMar>
            <w:vAlign w:val="center"/>
          </w:tcPr>
          <w:p>
            <w:r>
              <w:rPr>
                <w:rFonts w:ascii="Calibri" w:hAnsi="Calibri"/>
                <w:b w:val="0"/>
                <w:color w:val="203748"/>
                <w:sz w:val="18"/>
              </w:rPr>
              <w:t>302,461</w:t>
            </w:r>
          </w:p>
        </w:tc>
        <w:tc>
          <w:tcPr>
            <w:tcW w:type="dxa" w:w="3310"/>
            <w:shd w:fill="F7FAFC"/>
            <w:tcMar>
              <w:top w:w="80" w:type="dxa"/>
              <w:start w:w="120" w:type="dxa"/>
              <w:bottom w:w="80" w:type="dxa"/>
              <w:end w:w="120" w:type="dxa"/>
            </w:tcMar>
            <w:vAlign w:val="center"/>
          </w:tcPr>
          <w:p>
            <w:r>
              <w:rPr>
                <w:rFonts w:ascii="Calibri" w:hAnsi="Calibri"/>
                <w:b w:val="0"/>
                <w:color w:val="203748"/>
                <w:sz w:val="18"/>
              </w:rPr>
              <w:t>Apache Groovy 5.0.2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Haskell</w:t>
            </w:r>
          </w:p>
        </w:tc>
        <w:tc>
          <w:tcPr>
            <w:tcW w:type="dxa" w:w="1200"/>
            <w:tcMar>
              <w:top w:w="80" w:type="dxa"/>
              <w:start w:w="120" w:type="dxa"/>
              <w:bottom w:w="80" w:type="dxa"/>
              <w:end w:w="120" w:type="dxa"/>
            </w:tcMar>
            <w:vAlign w:val="center"/>
          </w:tcPr>
          <w:p>
            <w:r>
              <w:rPr>
                <w:rFonts w:ascii="Calibri" w:hAnsi="Calibri"/>
                <w:b w:val="0"/>
                <w:color w:val="203748"/>
                <w:sz w:val="18"/>
              </w:rPr>
              <w:t>0.259614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45,149</w:t>
            </w:r>
          </w:p>
        </w:tc>
        <w:tc>
          <w:tcPr>
            <w:tcW w:type="dxa" w:w="1200"/>
            <w:tcMar>
              <w:top w:w="80" w:type="dxa"/>
              <w:start w:w="120" w:type="dxa"/>
              <w:bottom w:w="80" w:type="dxa"/>
              <w:end w:w="120" w:type="dxa"/>
            </w:tcMar>
            <w:vAlign w:val="center"/>
          </w:tcPr>
          <w:p>
            <w:r>
              <w:rPr>
                <w:rFonts w:ascii="Calibri" w:hAnsi="Calibri"/>
                <w:b w:val="0"/>
                <w:color w:val="203748"/>
                <w:sz w:val="18"/>
              </w:rPr>
              <w:t>267,224</w:t>
            </w:r>
          </w:p>
        </w:tc>
        <w:tc>
          <w:tcPr>
            <w:tcW w:type="dxa" w:w="3310"/>
            <w:tcMar>
              <w:top w:w="80" w:type="dxa"/>
              <w:start w:w="120" w:type="dxa"/>
              <w:bottom w:w="80" w:type="dxa"/>
              <w:end w:w="120" w:type="dxa"/>
            </w:tcMar>
            <w:vAlign w:val="center"/>
          </w:tcPr>
          <w:p>
            <w:r>
              <w:rPr>
                <w:rFonts w:ascii="Calibri" w:hAnsi="Calibri"/>
                <w:b w:val="0"/>
                <w:color w:val="203748"/>
                <w:sz w:val="18"/>
              </w:rPr>
              <w:t>GHC 9.10.3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Haxe</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47,482</w:t>
            </w:r>
          </w:p>
        </w:tc>
        <w:tc>
          <w:tcPr>
            <w:tcW w:type="dxa" w:w="1200"/>
            <w:shd w:fill="F7FAFC"/>
            <w:tcMar>
              <w:top w:w="80" w:type="dxa"/>
              <w:start w:w="120" w:type="dxa"/>
              <w:bottom w:w="80" w:type="dxa"/>
              <w:end w:w="120" w:type="dxa"/>
            </w:tcMar>
            <w:vAlign w:val="center"/>
          </w:tcPr>
          <w:p>
            <w:r>
              <w:rPr>
                <w:rFonts w:ascii="Calibri" w:hAnsi="Calibri"/>
                <w:b w:val="0"/>
                <w:color w:val="203748"/>
                <w:sz w:val="18"/>
              </w:rPr>
              <w:t>276,893</w:t>
            </w:r>
          </w:p>
        </w:tc>
        <w:tc>
          <w:tcPr>
            <w:tcW w:type="dxa" w:w="3310"/>
            <w:shd w:fill="F7FAFC"/>
            <w:tcMar>
              <w:top w:w="80" w:type="dxa"/>
              <w:start w:w="120" w:type="dxa"/>
              <w:bottom w:w="80" w:type="dxa"/>
              <w:end w:w="120" w:type="dxa"/>
            </w:tcMar>
            <w:vAlign w:val="center"/>
          </w:tcPr>
          <w:p>
            <w:r>
              <w:rPr>
                <w:rFonts w:ascii="Calibri" w:hAnsi="Calibri"/>
                <w:b w:val="0"/>
                <w:color w:val="203748"/>
                <w:sz w:val="18"/>
              </w:rPr>
              <w:t>Haxe 4.3.7</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Java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47,394</w:t>
            </w:r>
          </w:p>
        </w:tc>
        <w:tc>
          <w:tcPr>
            <w:tcW w:type="dxa" w:w="1200"/>
            <w:tcMar>
              <w:top w:w="80" w:type="dxa"/>
              <w:start w:w="120" w:type="dxa"/>
              <w:bottom w:w="80" w:type="dxa"/>
              <w:end w:w="120" w:type="dxa"/>
            </w:tcMar>
            <w:vAlign w:val="center"/>
          </w:tcPr>
          <w:p>
            <w:r>
              <w:rPr>
                <w:rFonts w:ascii="Calibri" w:hAnsi="Calibri"/>
                <w:b w:val="0"/>
                <w:color w:val="203748"/>
                <w:sz w:val="18"/>
              </w:rPr>
              <w:t>300,055</w:t>
            </w:r>
          </w:p>
        </w:tc>
        <w:tc>
          <w:tcPr>
            <w:tcW w:type="dxa" w:w="3310"/>
            <w:tcMar>
              <w:top w:w="80" w:type="dxa"/>
              <w:start w:w="120" w:type="dxa"/>
              <w:bottom w:w="80" w:type="dxa"/>
              <w:end w:w="120" w:type="dxa"/>
            </w:tcMar>
            <w:vAlign w:val="center"/>
          </w:tcPr>
          <w:p>
            <w:r>
              <w:rPr>
                <w:rFonts w:ascii="Calibri" w:hAnsi="Calibri"/>
                <w:b w:val="0"/>
                <w:color w:val="203748"/>
                <w:sz w:val="18"/>
              </w:rPr>
              <w:t>Microsoft OpenJDK 25.0.3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JavaScript</w:t>
            </w:r>
          </w:p>
        </w:tc>
        <w:tc>
          <w:tcPr>
            <w:tcW w:type="dxa" w:w="1200"/>
            <w:shd w:fill="F7FAFC"/>
            <w:tcMar>
              <w:top w:w="80" w:type="dxa"/>
              <w:start w:w="120" w:type="dxa"/>
              <w:bottom w:w="80" w:type="dxa"/>
              <w:end w:w="120" w:type="dxa"/>
            </w:tcMar>
            <w:vAlign w:val="center"/>
          </w:tcPr>
          <w:p>
            <w:r>
              <w:rPr>
                <w:rFonts w:ascii="Calibri" w:hAnsi="Calibri"/>
                <w:b w:val="0"/>
                <w:color w:val="203748"/>
                <w:sz w:val="18"/>
              </w:rPr>
              <w:t>0.236219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108,905</w:t>
            </w:r>
          </w:p>
        </w:tc>
        <w:tc>
          <w:tcPr>
            <w:tcW w:type="dxa" w:w="1200"/>
            <w:shd w:fill="F7FAFC"/>
            <w:tcMar>
              <w:top w:w="80" w:type="dxa"/>
              <w:start w:w="120" w:type="dxa"/>
              <w:bottom w:w="80" w:type="dxa"/>
              <w:end w:w="120" w:type="dxa"/>
            </w:tcMar>
            <w:vAlign w:val="center"/>
          </w:tcPr>
          <w:p>
            <w:r>
              <w:rPr>
                <w:rFonts w:ascii="Calibri" w:hAnsi="Calibri"/>
                <w:b w:val="0"/>
                <w:color w:val="203748"/>
                <w:sz w:val="18"/>
              </w:rPr>
              <w:t>324,762</w:t>
            </w:r>
          </w:p>
        </w:tc>
        <w:tc>
          <w:tcPr>
            <w:tcW w:type="dxa" w:w="3310"/>
            <w:shd w:fill="F7FAFC"/>
            <w:tcMar>
              <w:top w:w="80" w:type="dxa"/>
              <w:start w:w="120" w:type="dxa"/>
              <w:bottom w:w="80" w:type="dxa"/>
              <w:end w:w="120" w:type="dxa"/>
            </w:tcMar>
            <w:vAlign w:val="center"/>
          </w:tcPr>
          <w:p>
            <w:r>
              <w:rPr>
                <w:rFonts w:ascii="Calibri" w:hAnsi="Calibri"/>
                <w:b w:val="0"/>
                <w:color w:val="203748"/>
                <w:sz w:val="18"/>
              </w:rPr>
              <w:t>Node.js 24.15.0 / Browser ES Modules</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Julia</w:t>
            </w:r>
          </w:p>
        </w:tc>
        <w:tc>
          <w:tcPr>
            <w:tcW w:type="dxa" w:w="1200"/>
            <w:tcMar>
              <w:top w:w="80" w:type="dxa"/>
              <w:start w:w="120" w:type="dxa"/>
              <w:bottom w:w="80" w:type="dxa"/>
              <w:end w:w="120" w:type="dxa"/>
            </w:tcMar>
            <w:vAlign w:val="center"/>
          </w:tcPr>
          <w:p>
            <w:r>
              <w:rPr>
                <w:rFonts w:ascii="Calibri" w:hAnsi="Calibri"/>
                <w:b w:val="0"/>
                <w:color w:val="203748"/>
                <w:sz w:val="18"/>
              </w:rPr>
              <w:t>0.229764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31,521</w:t>
            </w:r>
          </w:p>
        </w:tc>
        <w:tc>
          <w:tcPr>
            <w:tcW w:type="dxa" w:w="1200"/>
            <w:tcMar>
              <w:top w:w="80" w:type="dxa"/>
              <w:start w:w="120" w:type="dxa"/>
              <w:bottom w:w="80" w:type="dxa"/>
              <w:end w:w="120" w:type="dxa"/>
            </w:tcMar>
            <w:vAlign w:val="center"/>
          </w:tcPr>
          <w:p>
            <w:r>
              <w:rPr>
                <w:rFonts w:ascii="Calibri" w:hAnsi="Calibri"/>
                <w:b w:val="0"/>
                <w:color w:val="203748"/>
                <w:sz w:val="18"/>
              </w:rPr>
              <w:t>259,975</w:t>
            </w:r>
          </w:p>
        </w:tc>
        <w:tc>
          <w:tcPr>
            <w:tcW w:type="dxa" w:w="3310"/>
            <w:tcMar>
              <w:top w:w="80" w:type="dxa"/>
              <w:start w:w="120" w:type="dxa"/>
              <w:bottom w:w="80" w:type="dxa"/>
              <w:end w:w="120" w:type="dxa"/>
            </w:tcMar>
            <w:vAlign w:val="center"/>
          </w:tcPr>
          <w:p>
            <w:r>
              <w:rPr>
                <w:rFonts w:ascii="Calibri" w:hAnsi="Calibri"/>
                <w:b w:val="0"/>
                <w:color w:val="203748"/>
                <w:sz w:val="18"/>
              </w:rPr>
              <w:t>Julia 1.12.6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Kotlin</w:t>
            </w:r>
          </w:p>
        </w:tc>
        <w:tc>
          <w:tcPr>
            <w:tcW w:type="dxa" w:w="1200"/>
            <w:shd w:fill="F7FAFC"/>
            <w:tcMar>
              <w:top w:w="80" w:type="dxa"/>
              <w:start w:w="120" w:type="dxa"/>
              <w:bottom w:w="80" w:type="dxa"/>
              <w:end w:w="120" w:type="dxa"/>
            </w:tcMar>
            <w:vAlign w:val="center"/>
          </w:tcPr>
          <w:p>
            <w:r>
              <w:rPr>
                <w:rFonts w:ascii="Calibri" w:hAnsi="Calibri"/>
                <w:b w:val="0"/>
                <w:color w:val="203748"/>
                <w:sz w:val="18"/>
              </w:rPr>
              <w:t>0.238317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40,456</w:t>
            </w:r>
          </w:p>
        </w:tc>
        <w:tc>
          <w:tcPr>
            <w:tcW w:type="dxa" w:w="1200"/>
            <w:shd w:fill="F7FAFC"/>
            <w:tcMar>
              <w:top w:w="80" w:type="dxa"/>
              <w:start w:w="120" w:type="dxa"/>
              <w:bottom w:w="80" w:type="dxa"/>
              <w:end w:w="120" w:type="dxa"/>
            </w:tcMar>
            <w:vAlign w:val="center"/>
          </w:tcPr>
          <w:p>
            <w:r>
              <w:rPr>
                <w:rFonts w:ascii="Calibri" w:hAnsi="Calibri"/>
                <w:b w:val="0"/>
                <w:color w:val="203748"/>
                <w:sz w:val="18"/>
              </w:rPr>
              <w:t>264,701</w:t>
            </w:r>
          </w:p>
        </w:tc>
        <w:tc>
          <w:tcPr>
            <w:tcW w:type="dxa" w:w="3310"/>
            <w:shd w:fill="F7FAFC"/>
            <w:tcMar>
              <w:top w:w="80" w:type="dxa"/>
              <w:start w:w="120" w:type="dxa"/>
              <w:bottom w:w="80" w:type="dxa"/>
              <w:end w:w="120" w:type="dxa"/>
            </w:tcMar>
            <w:vAlign w:val="center"/>
          </w:tcPr>
          <w:p>
            <w:r>
              <w:rPr>
                <w:rFonts w:ascii="Calibri" w:hAnsi="Calibri"/>
                <w:b w:val="0"/>
                <w:color w:val="203748"/>
                <w:sz w:val="18"/>
              </w:rPr>
              <w:t>Kotlin 2.4.10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Lua</w:t>
            </w:r>
          </w:p>
        </w:tc>
        <w:tc>
          <w:tcPr>
            <w:tcW w:type="dxa" w:w="1200"/>
            <w:tcMar>
              <w:top w:w="80" w:type="dxa"/>
              <w:start w:w="120" w:type="dxa"/>
              <w:bottom w:w="80" w:type="dxa"/>
              <w:end w:w="120" w:type="dxa"/>
            </w:tcMar>
            <w:vAlign w:val="center"/>
          </w:tcPr>
          <w:p>
            <w:r>
              <w:rPr>
                <w:rFonts w:ascii="Calibri" w:hAnsi="Calibri"/>
                <w:b w:val="0"/>
                <w:color w:val="203748"/>
                <w:sz w:val="18"/>
              </w:rPr>
              <w:t>0.216606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42,288</w:t>
            </w:r>
          </w:p>
        </w:tc>
        <w:tc>
          <w:tcPr>
            <w:tcW w:type="dxa" w:w="1200"/>
            <w:tcMar>
              <w:top w:w="80" w:type="dxa"/>
              <w:start w:w="120" w:type="dxa"/>
              <w:bottom w:w="80" w:type="dxa"/>
              <w:end w:w="120" w:type="dxa"/>
            </w:tcMar>
            <w:vAlign w:val="center"/>
          </w:tcPr>
          <w:p>
            <w:r>
              <w:rPr>
                <w:rFonts w:ascii="Calibri" w:hAnsi="Calibri"/>
                <w:b w:val="0"/>
                <w:color w:val="203748"/>
                <w:sz w:val="18"/>
              </w:rPr>
              <w:t>285,772</w:t>
            </w:r>
          </w:p>
        </w:tc>
        <w:tc>
          <w:tcPr>
            <w:tcW w:type="dxa" w:w="3310"/>
            <w:tcMar>
              <w:top w:w="80" w:type="dxa"/>
              <w:start w:w="120" w:type="dxa"/>
              <w:bottom w:w="80" w:type="dxa"/>
              <w:end w:w="120" w:type="dxa"/>
            </w:tcMar>
            <w:vAlign w:val="center"/>
          </w:tcPr>
          <w:p>
            <w:r>
              <w:rPr>
                <w:rFonts w:ascii="Calibri" w:hAnsi="Calibri"/>
                <w:b w:val="0"/>
                <w:color w:val="203748"/>
                <w:sz w:val="18"/>
              </w:rPr>
              <w:t>Lua 5.4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Nim</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38,587</w:t>
            </w:r>
          </w:p>
        </w:tc>
        <w:tc>
          <w:tcPr>
            <w:tcW w:type="dxa" w:w="1200"/>
            <w:shd w:fill="F7FAFC"/>
            <w:tcMar>
              <w:top w:w="80" w:type="dxa"/>
              <w:start w:w="120" w:type="dxa"/>
              <w:bottom w:w="80" w:type="dxa"/>
              <w:end w:w="120" w:type="dxa"/>
            </w:tcMar>
            <w:vAlign w:val="center"/>
          </w:tcPr>
          <w:p>
            <w:r>
              <w:rPr>
                <w:rFonts w:ascii="Calibri" w:hAnsi="Calibri"/>
                <w:b w:val="0"/>
                <w:color w:val="203748"/>
                <w:sz w:val="18"/>
              </w:rPr>
              <w:t>285,635</w:t>
            </w:r>
          </w:p>
        </w:tc>
        <w:tc>
          <w:tcPr>
            <w:tcW w:type="dxa" w:w="3310"/>
            <w:shd w:fill="F7FAFC"/>
            <w:tcMar>
              <w:top w:w="80" w:type="dxa"/>
              <w:start w:w="120" w:type="dxa"/>
              <w:bottom w:w="80" w:type="dxa"/>
              <w:end w:w="120" w:type="dxa"/>
            </w:tcMar>
            <w:vAlign w:val="center"/>
          </w:tcPr>
          <w:p>
            <w:r>
              <w:rPr>
                <w:rFonts w:ascii="Calibri" w:hAnsi="Calibri"/>
                <w:b w:val="0"/>
                <w:color w:val="203748"/>
                <w:sz w:val="18"/>
              </w:rPr>
              <w:t>Nim 2.2.10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OCaml</w:t>
            </w:r>
          </w:p>
        </w:tc>
        <w:tc>
          <w:tcPr>
            <w:tcW w:type="dxa" w:w="1200"/>
            <w:tcMar>
              <w:top w:w="80" w:type="dxa"/>
              <w:start w:w="120" w:type="dxa"/>
              <w:bottom w:w="80" w:type="dxa"/>
              <w:end w:w="120" w:type="dxa"/>
            </w:tcMar>
            <w:vAlign w:val="center"/>
          </w:tcPr>
          <w:p>
            <w:r>
              <w:rPr>
                <w:rFonts w:ascii="Calibri" w:hAnsi="Calibri"/>
                <w:b w:val="0"/>
                <w:color w:val="203748"/>
                <w:sz w:val="18"/>
              </w:rPr>
              <w:t>0.232382</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114,349</w:t>
            </w:r>
          </w:p>
        </w:tc>
        <w:tc>
          <w:tcPr>
            <w:tcW w:type="dxa" w:w="1200"/>
            <w:tcMar>
              <w:top w:w="80" w:type="dxa"/>
              <w:start w:w="120" w:type="dxa"/>
              <w:bottom w:w="80" w:type="dxa"/>
              <w:end w:w="120" w:type="dxa"/>
            </w:tcMar>
            <w:vAlign w:val="center"/>
          </w:tcPr>
          <w:p>
            <w:r>
              <w:rPr>
                <w:rFonts w:ascii="Calibri" w:hAnsi="Calibri"/>
                <w:b w:val="0"/>
                <w:color w:val="203748"/>
                <w:sz w:val="18"/>
              </w:rPr>
              <w:t>391,270</w:t>
            </w:r>
          </w:p>
        </w:tc>
        <w:tc>
          <w:tcPr>
            <w:tcW w:type="dxa" w:w="3310"/>
            <w:tcMar>
              <w:top w:w="80" w:type="dxa"/>
              <w:start w:w="120" w:type="dxa"/>
              <w:bottom w:w="80" w:type="dxa"/>
              <w:end w:w="120" w:type="dxa"/>
            </w:tcMar>
            <w:vAlign w:val="center"/>
          </w:tcPr>
          <w:p>
            <w:r>
              <w:rPr>
                <w:rFonts w:ascii="Calibri" w:hAnsi="Calibri"/>
                <w:b w:val="0"/>
                <w:color w:val="203748"/>
                <w:sz w:val="18"/>
              </w:rPr>
              <w:t>OCaml 5.4.0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Perl</w:t>
            </w:r>
          </w:p>
        </w:tc>
        <w:tc>
          <w:tcPr>
            <w:tcW w:type="dxa" w:w="1200"/>
            <w:shd w:fill="F7FAFC"/>
            <w:tcMar>
              <w:top w:w="80" w:type="dxa"/>
              <w:start w:w="120" w:type="dxa"/>
              <w:bottom w:w="80" w:type="dxa"/>
              <w:end w:w="120" w:type="dxa"/>
            </w:tcMar>
            <w:vAlign w:val="center"/>
          </w:tcPr>
          <w:p>
            <w:r>
              <w:rPr>
                <w:rFonts w:ascii="Calibri" w:hAnsi="Calibri"/>
                <w:b w:val="0"/>
                <w:color w:val="203748"/>
                <w:sz w:val="18"/>
              </w:rPr>
              <w:t>0.236719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43,670</w:t>
            </w:r>
          </w:p>
        </w:tc>
        <w:tc>
          <w:tcPr>
            <w:tcW w:type="dxa" w:w="1200"/>
            <w:shd w:fill="F7FAFC"/>
            <w:tcMar>
              <w:top w:w="80" w:type="dxa"/>
              <w:start w:w="120" w:type="dxa"/>
              <w:bottom w:w="80" w:type="dxa"/>
              <w:end w:w="120" w:type="dxa"/>
            </w:tcMar>
            <w:vAlign w:val="center"/>
          </w:tcPr>
          <w:p>
            <w:r>
              <w:rPr>
                <w:rFonts w:ascii="Calibri" w:hAnsi="Calibri"/>
                <w:b w:val="0"/>
                <w:color w:val="203748"/>
                <w:sz w:val="18"/>
              </w:rPr>
              <w:t>256,197</w:t>
            </w:r>
          </w:p>
        </w:tc>
        <w:tc>
          <w:tcPr>
            <w:tcW w:type="dxa" w:w="3310"/>
            <w:shd w:fill="F7FAFC"/>
            <w:tcMar>
              <w:top w:w="80" w:type="dxa"/>
              <w:start w:w="120" w:type="dxa"/>
              <w:bottom w:w="80" w:type="dxa"/>
              <w:end w:w="120" w:type="dxa"/>
            </w:tcMar>
            <w:vAlign w:val="center"/>
          </w:tcPr>
          <w:p>
            <w:r>
              <w:rPr>
                <w:rFonts w:ascii="Calibri" w:hAnsi="Calibri"/>
                <w:b w:val="0"/>
                <w:color w:val="203748"/>
                <w:sz w:val="18"/>
              </w:rPr>
              <w:t>Perl 5</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PHP</w:t>
            </w:r>
          </w:p>
        </w:tc>
        <w:tc>
          <w:tcPr>
            <w:tcW w:type="dxa" w:w="1200"/>
            <w:tcMar>
              <w:top w:w="80" w:type="dxa"/>
              <w:start w:w="120" w:type="dxa"/>
              <w:bottom w:w="80" w:type="dxa"/>
              <w:end w:w="120" w:type="dxa"/>
            </w:tcMar>
            <w:vAlign w:val="center"/>
          </w:tcPr>
          <w:p>
            <w:r>
              <w:rPr>
                <w:rFonts w:ascii="Calibri" w:hAnsi="Calibri"/>
                <w:b w:val="0"/>
                <w:color w:val="203748"/>
                <w:sz w:val="18"/>
              </w:rPr>
              <w:t>0.232031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33,586</w:t>
            </w:r>
          </w:p>
        </w:tc>
        <w:tc>
          <w:tcPr>
            <w:tcW w:type="dxa" w:w="1200"/>
            <w:tcMar>
              <w:top w:w="80" w:type="dxa"/>
              <w:start w:w="120" w:type="dxa"/>
              <w:bottom w:w="80" w:type="dxa"/>
              <w:end w:w="120" w:type="dxa"/>
            </w:tcMar>
            <w:vAlign w:val="center"/>
          </w:tcPr>
          <w:p>
            <w:r>
              <w:rPr>
                <w:rFonts w:ascii="Calibri" w:hAnsi="Calibri"/>
                <w:b w:val="0"/>
                <w:color w:val="203748"/>
                <w:sz w:val="18"/>
              </w:rPr>
              <w:t>281,611</w:t>
            </w:r>
          </w:p>
        </w:tc>
        <w:tc>
          <w:tcPr>
            <w:tcW w:type="dxa" w:w="3310"/>
            <w:tcMar>
              <w:top w:w="80" w:type="dxa"/>
              <w:start w:w="120" w:type="dxa"/>
              <w:bottom w:w="80" w:type="dxa"/>
              <w:end w:w="120" w:type="dxa"/>
            </w:tcMar>
            <w:vAlign w:val="center"/>
          </w:tcPr>
          <w:p>
            <w:r>
              <w:rPr>
                <w:rFonts w:ascii="Calibri" w:hAnsi="Calibri"/>
                <w:b w:val="0"/>
                <w:color w:val="203748"/>
                <w:sz w:val="18"/>
              </w:rPr>
              <w:t>PHP 8.3.30 CLI</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PowerShell</w:t>
            </w:r>
          </w:p>
        </w:tc>
        <w:tc>
          <w:tcPr>
            <w:tcW w:type="dxa" w:w="1200"/>
            <w:shd w:fill="F7FAFC"/>
            <w:tcMar>
              <w:top w:w="80" w:type="dxa"/>
              <w:start w:w="120" w:type="dxa"/>
              <w:bottom w:w="80" w:type="dxa"/>
              <w:end w:w="120" w:type="dxa"/>
            </w:tcMar>
            <w:vAlign w:val="center"/>
          </w:tcPr>
          <w:p>
            <w:r>
              <w:rPr>
                <w:rFonts w:ascii="Calibri" w:hAnsi="Calibri"/>
                <w:b w:val="0"/>
                <w:color w:val="203748"/>
                <w:sz w:val="18"/>
              </w:rPr>
              <w:t>37.997961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50,536</w:t>
            </w:r>
          </w:p>
        </w:tc>
        <w:tc>
          <w:tcPr>
            <w:tcW w:type="dxa" w:w="1200"/>
            <w:shd w:fill="F7FAFC"/>
            <w:tcMar>
              <w:top w:w="80" w:type="dxa"/>
              <w:start w:w="120" w:type="dxa"/>
              <w:bottom w:w="80" w:type="dxa"/>
              <w:end w:w="120" w:type="dxa"/>
            </w:tcMar>
            <w:vAlign w:val="center"/>
          </w:tcPr>
          <w:p>
            <w:r>
              <w:rPr>
                <w:rFonts w:ascii="Calibri" w:hAnsi="Calibri"/>
                <w:b w:val="0"/>
                <w:color w:val="203748"/>
                <w:sz w:val="18"/>
              </w:rPr>
              <w:t>261,593</w:t>
            </w:r>
          </w:p>
        </w:tc>
        <w:tc>
          <w:tcPr>
            <w:tcW w:type="dxa" w:w="3310"/>
            <w:shd w:fill="F7FAFC"/>
            <w:tcMar>
              <w:top w:w="80" w:type="dxa"/>
              <w:start w:w="120" w:type="dxa"/>
              <w:bottom w:w="80" w:type="dxa"/>
              <w:end w:w="120" w:type="dxa"/>
            </w:tcMar>
            <w:vAlign w:val="center"/>
          </w:tcPr>
          <w:p>
            <w:r>
              <w:rPr>
                <w:rFonts w:ascii="Calibri" w:hAnsi="Calibri"/>
                <w:b w:val="0"/>
                <w:color w:val="203748"/>
                <w:sz w:val="18"/>
              </w:rPr>
              <w:t>PowerShell 7.6.4</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Prolog</w:t>
            </w:r>
          </w:p>
        </w:tc>
        <w:tc>
          <w:tcPr>
            <w:tcW w:type="dxa" w:w="1200"/>
            <w:tcMar>
              <w:top w:w="80" w:type="dxa"/>
              <w:start w:w="120" w:type="dxa"/>
              <w:bottom w:w="80" w:type="dxa"/>
              <w:end w:w="120" w:type="dxa"/>
            </w:tcMar>
            <w:vAlign w:val="center"/>
          </w:tcPr>
          <w:p>
            <w:r>
              <w:rPr>
                <w:rFonts w:ascii="Calibri" w:hAnsi="Calibri"/>
                <w:b w:val="0"/>
                <w:color w:val="203748"/>
                <w:sz w:val="18"/>
              </w:rPr>
              <w:t>38.032226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56,296</w:t>
            </w:r>
          </w:p>
        </w:tc>
        <w:tc>
          <w:tcPr>
            <w:tcW w:type="dxa" w:w="1200"/>
            <w:tcMar>
              <w:top w:w="80" w:type="dxa"/>
              <w:start w:w="120" w:type="dxa"/>
              <w:bottom w:w="80" w:type="dxa"/>
              <w:end w:w="120" w:type="dxa"/>
            </w:tcMar>
            <w:vAlign w:val="center"/>
          </w:tcPr>
          <w:p>
            <w:r>
              <w:rPr>
                <w:rFonts w:ascii="Calibri" w:hAnsi="Calibri"/>
                <w:b w:val="0"/>
                <w:color w:val="203748"/>
                <w:sz w:val="18"/>
              </w:rPr>
              <w:t>340,512</w:t>
            </w:r>
          </w:p>
        </w:tc>
        <w:tc>
          <w:tcPr>
            <w:tcW w:type="dxa" w:w="3310"/>
            <w:tcMar>
              <w:top w:w="80" w:type="dxa"/>
              <w:start w:w="120" w:type="dxa"/>
              <w:bottom w:w="80" w:type="dxa"/>
              <w:end w:w="120" w:type="dxa"/>
            </w:tcMar>
            <w:vAlign w:val="center"/>
          </w:tcPr>
          <w:p>
            <w:r>
              <w:rPr>
                <w:rFonts w:ascii="Calibri" w:hAnsi="Calibri"/>
                <w:b w:val="0"/>
                <w:color w:val="203748"/>
                <w:sz w:val="18"/>
              </w:rPr>
              <w:t>SWI-Prolog 10.0.2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Python</w:t>
            </w:r>
          </w:p>
        </w:tc>
        <w:tc>
          <w:tcPr>
            <w:tcW w:type="dxa" w:w="1200"/>
            <w:shd w:fill="F7FAFC"/>
            <w:tcMar>
              <w:top w:w="80" w:type="dxa"/>
              <w:start w:w="120" w:type="dxa"/>
              <w:bottom w:w="80" w:type="dxa"/>
              <w:end w:w="120" w:type="dxa"/>
            </w:tcMar>
            <w:vAlign w:val="center"/>
          </w:tcPr>
          <w:p>
            <w:r>
              <w:rPr>
                <w:rFonts w:ascii="Calibri" w:hAnsi="Calibri"/>
                <w:b w:val="0"/>
                <w:color w:val="203748"/>
                <w:sz w:val="18"/>
              </w:rPr>
              <w:t>0.082129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219,557</w:t>
            </w:r>
          </w:p>
        </w:tc>
        <w:tc>
          <w:tcPr>
            <w:tcW w:type="dxa" w:w="1200"/>
            <w:shd w:fill="F7FAFC"/>
            <w:tcMar>
              <w:top w:w="80" w:type="dxa"/>
              <w:start w:w="120" w:type="dxa"/>
              <w:bottom w:w="80" w:type="dxa"/>
              <w:end w:w="120" w:type="dxa"/>
            </w:tcMar>
            <w:vAlign w:val="center"/>
          </w:tcPr>
          <w:p>
            <w:r>
              <w:rPr>
                <w:rFonts w:ascii="Calibri" w:hAnsi="Calibri"/>
                <w:b w:val="0"/>
                <w:color w:val="203748"/>
                <w:sz w:val="18"/>
              </w:rPr>
              <w:t>435,161</w:t>
            </w:r>
          </w:p>
        </w:tc>
        <w:tc>
          <w:tcPr>
            <w:tcW w:type="dxa" w:w="3310"/>
            <w:shd w:fill="F7FAFC"/>
            <w:tcMar>
              <w:top w:w="80" w:type="dxa"/>
              <w:start w:w="120" w:type="dxa"/>
              <w:bottom w:w="80" w:type="dxa"/>
              <w:end w:w="120" w:type="dxa"/>
            </w:tcMar>
            <w:vAlign w:val="center"/>
          </w:tcPr>
          <w:p>
            <w:r>
              <w:rPr>
                <w:rFonts w:ascii="Calibri" w:hAnsi="Calibri"/>
                <w:b w:val="0"/>
                <w:color w:val="203748"/>
                <w:sz w:val="18"/>
              </w:rPr>
              <w:t>Python 3.11.9</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R</w:t>
            </w:r>
          </w:p>
        </w:tc>
        <w:tc>
          <w:tcPr>
            <w:tcW w:type="dxa" w:w="1200"/>
            <w:tcMar>
              <w:top w:w="80" w:type="dxa"/>
              <w:start w:w="120" w:type="dxa"/>
              <w:bottom w:w="80" w:type="dxa"/>
              <w:end w:w="120" w:type="dxa"/>
            </w:tcMar>
            <w:vAlign w:val="center"/>
          </w:tcPr>
          <w:p>
            <w:r>
              <w:rPr>
                <w:rFonts w:ascii="Calibri" w:hAnsi="Calibri"/>
                <w:b w:val="0"/>
                <w:color w:val="203748"/>
                <w:sz w:val="18"/>
              </w:rPr>
              <w:t>0.231526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34,543</w:t>
            </w:r>
          </w:p>
        </w:tc>
        <w:tc>
          <w:tcPr>
            <w:tcW w:type="dxa" w:w="1200"/>
            <w:tcMar>
              <w:top w:w="80" w:type="dxa"/>
              <w:start w:w="120" w:type="dxa"/>
              <w:bottom w:w="80" w:type="dxa"/>
              <w:end w:w="120" w:type="dxa"/>
            </w:tcMar>
            <w:vAlign w:val="center"/>
          </w:tcPr>
          <w:p>
            <w:r>
              <w:rPr>
                <w:rFonts w:ascii="Calibri" w:hAnsi="Calibri"/>
                <w:b w:val="0"/>
                <w:color w:val="203748"/>
                <w:sz w:val="18"/>
              </w:rPr>
              <w:t>275,740</w:t>
            </w:r>
          </w:p>
        </w:tc>
        <w:tc>
          <w:tcPr>
            <w:tcW w:type="dxa" w:w="3310"/>
            <w:tcMar>
              <w:top w:w="80" w:type="dxa"/>
              <w:start w:w="120" w:type="dxa"/>
              <w:bottom w:w="80" w:type="dxa"/>
              <w:end w:w="120" w:type="dxa"/>
            </w:tcMar>
            <w:vAlign w:val="center"/>
          </w:tcPr>
          <w:p>
            <w:r>
              <w:rPr>
                <w:rFonts w:ascii="Calibri" w:hAnsi="Calibri"/>
                <w:b w:val="0"/>
                <w:color w:val="203748"/>
                <w:sz w:val="18"/>
              </w:rPr>
              <w:t>R 4.6.1</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Racket</w:t>
            </w:r>
          </w:p>
        </w:tc>
        <w:tc>
          <w:tcPr>
            <w:tcW w:type="dxa" w:w="1200"/>
            <w:shd w:fill="F7FAFC"/>
            <w:tcMar>
              <w:top w:w="80" w:type="dxa"/>
              <w:start w:w="120" w:type="dxa"/>
              <w:bottom w:w="80" w:type="dxa"/>
              <w:end w:w="120" w:type="dxa"/>
            </w:tcMar>
            <w:vAlign w:val="center"/>
          </w:tcPr>
          <w:p>
            <w:r>
              <w:rPr>
                <w:rFonts w:ascii="Calibri" w:hAnsi="Calibri"/>
                <w:b w:val="0"/>
                <w:color w:val="203748"/>
                <w:sz w:val="18"/>
              </w:rPr>
              <w:t>0.218560</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45,215</w:t>
            </w:r>
          </w:p>
        </w:tc>
        <w:tc>
          <w:tcPr>
            <w:tcW w:type="dxa" w:w="1200"/>
            <w:shd w:fill="F7FAFC"/>
            <w:tcMar>
              <w:top w:w="80" w:type="dxa"/>
              <w:start w:w="120" w:type="dxa"/>
              <w:bottom w:w="80" w:type="dxa"/>
              <w:end w:w="120" w:type="dxa"/>
            </w:tcMar>
            <w:vAlign w:val="center"/>
          </w:tcPr>
          <w:p>
            <w:r>
              <w:rPr>
                <w:rFonts w:ascii="Calibri" w:hAnsi="Calibri"/>
                <w:b w:val="0"/>
                <w:color w:val="203748"/>
                <w:sz w:val="18"/>
              </w:rPr>
              <w:t>264,552</w:t>
            </w:r>
          </w:p>
        </w:tc>
        <w:tc>
          <w:tcPr>
            <w:tcW w:type="dxa" w:w="3310"/>
            <w:shd w:fill="F7FAFC"/>
            <w:tcMar>
              <w:top w:w="80" w:type="dxa"/>
              <w:start w:w="120" w:type="dxa"/>
              <w:bottom w:w="80" w:type="dxa"/>
              <w:end w:w="120" w:type="dxa"/>
            </w:tcMar>
            <w:vAlign w:val="center"/>
          </w:tcPr>
          <w:p>
            <w:r>
              <w:rPr>
                <w:rFonts w:ascii="Calibri" w:hAnsi="Calibri"/>
                <w:b w:val="0"/>
                <w:color w:val="203748"/>
                <w:sz w:val="18"/>
              </w:rPr>
              <w:t>Racket 9.2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Ruby</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37,728</w:t>
            </w:r>
          </w:p>
        </w:tc>
        <w:tc>
          <w:tcPr>
            <w:tcW w:type="dxa" w:w="1200"/>
            <w:tcMar>
              <w:top w:w="80" w:type="dxa"/>
              <w:start w:w="120" w:type="dxa"/>
              <w:bottom w:w="80" w:type="dxa"/>
              <w:end w:w="120" w:type="dxa"/>
            </w:tcMar>
            <w:vAlign w:val="center"/>
          </w:tcPr>
          <w:p>
            <w:r>
              <w:rPr>
                <w:rFonts w:ascii="Calibri" w:hAnsi="Calibri"/>
                <w:b w:val="0"/>
                <w:color w:val="203748"/>
                <w:sz w:val="18"/>
              </w:rPr>
              <w:t>278,057</w:t>
            </w:r>
          </w:p>
        </w:tc>
        <w:tc>
          <w:tcPr>
            <w:tcW w:type="dxa" w:w="3310"/>
            <w:tcMar>
              <w:top w:w="80" w:type="dxa"/>
              <w:start w:w="120" w:type="dxa"/>
              <w:bottom w:w="80" w:type="dxa"/>
              <w:end w:w="120" w:type="dxa"/>
            </w:tcMar>
            <w:vAlign w:val="center"/>
          </w:tcPr>
          <w:p>
            <w:r>
              <w:rPr>
                <w:rFonts w:ascii="Calibri" w:hAnsi="Calibri"/>
                <w:b w:val="0"/>
                <w:color w:val="203748"/>
                <w:sz w:val="18"/>
              </w:rPr>
              <w:t>Ruby 3.4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Rust</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50,204</w:t>
            </w:r>
          </w:p>
        </w:tc>
        <w:tc>
          <w:tcPr>
            <w:tcW w:type="dxa" w:w="1200"/>
            <w:shd w:fill="F7FAFC"/>
            <w:tcMar>
              <w:top w:w="80" w:type="dxa"/>
              <w:start w:w="120" w:type="dxa"/>
              <w:bottom w:w="80" w:type="dxa"/>
              <w:end w:w="120" w:type="dxa"/>
            </w:tcMar>
            <w:vAlign w:val="center"/>
          </w:tcPr>
          <w:p>
            <w:r>
              <w:rPr>
                <w:rFonts w:ascii="Calibri" w:hAnsi="Calibri"/>
                <w:b w:val="0"/>
                <w:color w:val="203748"/>
                <w:sz w:val="18"/>
              </w:rPr>
              <w:t>297,171</w:t>
            </w:r>
          </w:p>
        </w:tc>
        <w:tc>
          <w:tcPr>
            <w:tcW w:type="dxa" w:w="3310"/>
            <w:shd w:fill="F7FAFC"/>
            <w:tcMar>
              <w:top w:w="80" w:type="dxa"/>
              <w:start w:w="120" w:type="dxa"/>
              <w:bottom w:w="80" w:type="dxa"/>
              <w:end w:w="120" w:type="dxa"/>
            </w:tcMar>
            <w:vAlign w:val="center"/>
          </w:tcPr>
          <w:p>
            <w:r>
              <w:rPr>
                <w:rFonts w:ascii="Calibri" w:hAnsi="Calibri"/>
                <w:b w:val="0"/>
                <w:color w:val="203748"/>
                <w:sz w:val="18"/>
              </w:rPr>
              <w:t>rustc 1.94.1</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Scala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39,182</w:t>
            </w:r>
          </w:p>
        </w:tc>
        <w:tc>
          <w:tcPr>
            <w:tcW w:type="dxa" w:w="1200"/>
            <w:tcMar>
              <w:top w:w="80" w:type="dxa"/>
              <w:start w:w="120" w:type="dxa"/>
              <w:bottom w:w="80" w:type="dxa"/>
              <w:end w:w="120" w:type="dxa"/>
            </w:tcMar>
            <w:vAlign w:val="center"/>
          </w:tcPr>
          <w:p>
            <w:r>
              <w:rPr>
                <w:rFonts w:ascii="Calibri" w:hAnsi="Calibri"/>
                <w:b w:val="0"/>
                <w:color w:val="203748"/>
                <w:sz w:val="18"/>
              </w:rPr>
              <w:t>253,170</w:t>
            </w:r>
          </w:p>
        </w:tc>
        <w:tc>
          <w:tcPr>
            <w:tcW w:type="dxa" w:w="3310"/>
            <w:tcMar>
              <w:top w:w="80" w:type="dxa"/>
              <w:start w:w="120" w:type="dxa"/>
              <w:bottom w:w="80" w:type="dxa"/>
              <w:end w:w="120" w:type="dxa"/>
            </w:tcMar>
            <w:vAlign w:val="center"/>
          </w:tcPr>
          <w:p>
            <w:r>
              <w:rPr>
                <w:rFonts w:ascii="Calibri" w:hAnsi="Calibri"/>
                <w:b w:val="0"/>
                <w:color w:val="203748"/>
                <w:sz w:val="18"/>
              </w:rPr>
              <w:t>Scala CLI 1.15.0 / OpenJDK</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Smalltalk</w:t>
            </w:r>
          </w:p>
        </w:tc>
        <w:tc>
          <w:tcPr>
            <w:tcW w:type="dxa" w:w="1200"/>
            <w:shd w:fill="F7FAFC"/>
            <w:tcMar>
              <w:top w:w="80" w:type="dxa"/>
              <w:start w:w="120" w:type="dxa"/>
              <w:bottom w:w="80" w:type="dxa"/>
              <w:end w:w="120" w:type="dxa"/>
            </w:tcMar>
            <w:vAlign w:val="center"/>
          </w:tcPr>
          <w:p>
            <w:r>
              <w:rPr>
                <w:rFonts w:ascii="Calibri" w:hAnsi="Calibri"/>
                <w:b w:val="0"/>
                <w:color w:val="203748"/>
                <w:sz w:val="18"/>
              </w:rPr>
              <w:t>42.792737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35,322</w:t>
            </w:r>
          </w:p>
        </w:tc>
        <w:tc>
          <w:tcPr>
            <w:tcW w:type="dxa" w:w="1200"/>
            <w:shd w:fill="F7FAFC"/>
            <w:tcMar>
              <w:top w:w="80" w:type="dxa"/>
              <w:start w:w="120" w:type="dxa"/>
              <w:bottom w:w="80" w:type="dxa"/>
              <w:end w:w="120" w:type="dxa"/>
            </w:tcMar>
            <w:vAlign w:val="center"/>
          </w:tcPr>
          <w:p>
            <w:r>
              <w:rPr>
                <w:rFonts w:ascii="Calibri" w:hAnsi="Calibri"/>
                <w:b w:val="0"/>
                <w:color w:val="203748"/>
                <w:sz w:val="18"/>
              </w:rPr>
              <w:t>228,707</w:t>
            </w:r>
          </w:p>
        </w:tc>
        <w:tc>
          <w:tcPr>
            <w:tcW w:type="dxa" w:w="3310"/>
            <w:shd w:fill="F7FAFC"/>
            <w:tcMar>
              <w:top w:w="80" w:type="dxa"/>
              <w:start w:w="120" w:type="dxa"/>
              <w:bottom w:w="80" w:type="dxa"/>
              <w:end w:w="120" w:type="dxa"/>
            </w:tcMar>
            <w:vAlign w:val="center"/>
          </w:tcPr>
          <w:p>
            <w:r>
              <w:rPr>
                <w:rFonts w:ascii="Calibri" w:hAnsi="Calibri"/>
                <w:b w:val="0"/>
                <w:color w:val="203748"/>
                <w:sz w:val="18"/>
              </w:rPr>
              <w:t>Pharo 12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Squirrel</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45,488</w:t>
            </w:r>
          </w:p>
        </w:tc>
        <w:tc>
          <w:tcPr>
            <w:tcW w:type="dxa" w:w="1200"/>
            <w:tcMar>
              <w:top w:w="80" w:type="dxa"/>
              <w:start w:w="120" w:type="dxa"/>
              <w:bottom w:w="80" w:type="dxa"/>
              <w:end w:w="120" w:type="dxa"/>
            </w:tcMar>
            <w:vAlign w:val="center"/>
          </w:tcPr>
          <w:p>
            <w:r>
              <w:rPr>
                <w:rFonts w:ascii="Calibri" w:hAnsi="Calibri"/>
                <w:b w:val="0"/>
                <w:color w:val="203748"/>
                <w:sz w:val="18"/>
              </w:rPr>
              <w:t>289,555</w:t>
            </w:r>
          </w:p>
        </w:tc>
        <w:tc>
          <w:tcPr>
            <w:tcW w:type="dxa" w:w="3310"/>
            <w:tcMar>
              <w:top w:w="80" w:type="dxa"/>
              <w:start w:w="120" w:type="dxa"/>
              <w:bottom w:w="80" w:type="dxa"/>
              <w:end w:w="120" w:type="dxa"/>
            </w:tcMar>
            <w:vAlign w:val="center"/>
          </w:tcPr>
          <w:p>
            <w:r>
              <w:rPr>
                <w:rFonts w:ascii="Calibri" w:hAnsi="Calibri"/>
                <w:b w:val="0"/>
                <w:color w:val="203748"/>
                <w:sz w:val="18"/>
              </w:rPr>
              <w:t>Squirrel 3 with float64 build</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Tcl</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0.232382</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48,183</w:t>
            </w:r>
          </w:p>
        </w:tc>
        <w:tc>
          <w:tcPr>
            <w:tcW w:type="dxa" w:w="1200"/>
            <w:shd w:fill="F7FAFC"/>
            <w:tcMar>
              <w:top w:w="80" w:type="dxa"/>
              <w:start w:w="120" w:type="dxa"/>
              <w:bottom w:w="80" w:type="dxa"/>
              <w:end w:w="120" w:type="dxa"/>
            </w:tcMar>
            <w:vAlign w:val="center"/>
          </w:tcPr>
          <w:p>
            <w:r>
              <w:rPr>
                <w:rFonts w:ascii="Calibri" w:hAnsi="Calibri"/>
                <w:b w:val="0"/>
                <w:color w:val="203748"/>
                <w:sz w:val="18"/>
              </w:rPr>
              <w:t>256,273</w:t>
            </w:r>
          </w:p>
        </w:tc>
        <w:tc>
          <w:tcPr>
            <w:tcW w:type="dxa" w:w="3310"/>
            <w:shd w:fill="F7FAFC"/>
            <w:tcMar>
              <w:top w:w="80" w:type="dxa"/>
              <w:start w:w="120" w:type="dxa"/>
              <w:bottom w:w="80" w:type="dxa"/>
              <w:end w:w="120" w:type="dxa"/>
            </w:tcMar>
            <w:vAlign w:val="center"/>
          </w:tcPr>
          <w:p>
            <w:r>
              <w:rPr>
                <w:rFonts w:ascii="Calibri" w:hAnsi="Calibri"/>
                <w:b w:val="0"/>
                <w:color w:val="203748"/>
                <w:sz w:val="18"/>
              </w:rPr>
              <w:t>Tcl 8.6</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TypeScript + WebAssembly</w:t>
            </w:r>
          </w:p>
        </w:tc>
        <w:tc>
          <w:tcPr>
            <w:tcW w:type="dxa" w:w="1200"/>
            <w:tcMar>
              <w:top w:w="80" w:type="dxa"/>
              <w:start w:w="120" w:type="dxa"/>
              <w:bottom w:w="80" w:type="dxa"/>
              <w:end w:w="120" w:type="dxa"/>
            </w:tcMar>
            <w:vAlign w:val="center"/>
          </w:tcPr>
          <w:p>
            <w:r>
              <w:rPr>
                <w:rFonts w:ascii="Calibri" w:hAnsi="Calibri"/>
                <w:b w:val="0"/>
                <w:color w:val="203748"/>
                <w:sz w:val="18"/>
              </w:rPr>
              <w:t>0.239511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57,437</w:t>
            </w:r>
          </w:p>
        </w:tc>
        <w:tc>
          <w:tcPr>
            <w:tcW w:type="dxa" w:w="1200"/>
            <w:tcMar>
              <w:top w:w="80" w:type="dxa"/>
              <w:start w:w="120" w:type="dxa"/>
              <w:bottom w:w="80" w:type="dxa"/>
              <w:end w:w="120" w:type="dxa"/>
            </w:tcMar>
            <w:vAlign w:val="center"/>
          </w:tcPr>
          <w:p>
            <w:r>
              <w:rPr>
                <w:rFonts w:ascii="Calibri" w:hAnsi="Calibri"/>
                <w:b w:val="0"/>
                <w:color w:val="203748"/>
                <w:sz w:val="18"/>
              </w:rPr>
              <w:t>310,839</w:t>
            </w:r>
          </w:p>
        </w:tc>
        <w:tc>
          <w:tcPr>
            <w:tcW w:type="dxa" w:w="3310"/>
            <w:tcMar>
              <w:top w:w="80" w:type="dxa"/>
              <w:start w:w="120" w:type="dxa"/>
              <w:bottom w:w="80" w:type="dxa"/>
              <w:end w:w="120" w:type="dxa"/>
            </w:tcMar>
            <w:vAlign w:val="center"/>
          </w:tcPr>
          <w:p>
            <w:r>
              <w:rPr>
                <w:rFonts w:ascii="Calibri" w:hAnsi="Calibri"/>
                <w:b w:val="0"/>
                <w:color w:val="203748"/>
                <w:sz w:val="18"/>
              </w:rPr>
              <w:t>TypeScript 7.0.2, Rust WASI, Node.js 24.15.0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V</w:t>
            </w:r>
          </w:p>
        </w:tc>
        <w:tc>
          <w:tcPr>
            <w:tcW w:type="dxa" w:w="1200"/>
            <w:shd w:fill="F7FAFC"/>
            <w:tcMar>
              <w:top w:w="80" w:type="dxa"/>
              <w:start w:w="120" w:type="dxa"/>
              <w:bottom w:w="80" w:type="dxa"/>
              <w:end w:w="120" w:type="dxa"/>
            </w:tcMar>
            <w:vAlign w:val="center"/>
          </w:tcPr>
          <w:p>
            <w:r>
              <w:rPr>
                <w:rFonts w:ascii="Calibri" w:hAnsi="Calibri"/>
                <w:b w:val="0"/>
                <w:color w:val="203748"/>
                <w:sz w:val="18"/>
              </w:rPr>
              <w:t>0.236584</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40,910</w:t>
            </w:r>
          </w:p>
        </w:tc>
        <w:tc>
          <w:tcPr>
            <w:tcW w:type="dxa" w:w="1200"/>
            <w:shd w:fill="F7FAFC"/>
            <w:tcMar>
              <w:top w:w="80" w:type="dxa"/>
              <w:start w:w="120" w:type="dxa"/>
              <w:bottom w:w="80" w:type="dxa"/>
              <w:end w:w="120" w:type="dxa"/>
            </w:tcMar>
            <w:vAlign w:val="center"/>
          </w:tcPr>
          <w:p>
            <w:r>
              <w:rPr>
                <w:rFonts w:ascii="Calibri" w:hAnsi="Calibri"/>
                <w:b w:val="0"/>
                <w:color w:val="203748"/>
                <w:sz w:val="18"/>
              </w:rPr>
              <w:t>278,165</w:t>
            </w:r>
          </w:p>
        </w:tc>
        <w:tc>
          <w:tcPr>
            <w:tcW w:type="dxa" w:w="3310"/>
            <w:shd w:fill="F7FAFC"/>
            <w:tcMar>
              <w:top w:w="80" w:type="dxa"/>
              <w:start w:w="120" w:type="dxa"/>
              <w:bottom w:w="80" w:type="dxa"/>
              <w:end w:w="120" w:type="dxa"/>
            </w:tcMar>
            <w:vAlign w:val="center"/>
          </w:tcPr>
          <w:p>
            <w:r>
              <w:rPr>
                <w:rFonts w:ascii="Calibri" w:hAnsi="Calibri"/>
                <w:b w:val="0"/>
                <w:color w:val="203748"/>
                <w:sz w:val="18"/>
              </w:rPr>
              <w:t>V 0.4</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Vala/Genie</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62,755</w:t>
            </w:r>
          </w:p>
        </w:tc>
        <w:tc>
          <w:tcPr>
            <w:tcW w:type="dxa" w:w="1200"/>
            <w:tcMar>
              <w:top w:w="80" w:type="dxa"/>
              <w:start w:w="120" w:type="dxa"/>
              <w:bottom w:w="80" w:type="dxa"/>
              <w:end w:w="120" w:type="dxa"/>
            </w:tcMar>
            <w:vAlign w:val="center"/>
          </w:tcPr>
          <w:p>
            <w:r>
              <w:rPr>
                <w:rFonts w:ascii="Calibri" w:hAnsi="Calibri"/>
                <w:b w:val="0"/>
                <w:color w:val="203748"/>
                <w:sz w:val="18"/>
              </w:rPr>
              <w:t>315,396</w:t>
            </w:r>
          </w:p>
        </w:tc>
        <w:tc>
          <w:tcPr>
            <w:tcW w:type="dxa" w:w="3310"/>
            <w:tcMar>
              <w:top w:w="80" w:type="dxa"/>
              <w:start w:w="120" w:type="dxa"/>
              <w:bottom w:w="80" w:type="dxa"/>
              <w:end w:w="120" w:type="dxa"/>
            </w:tcMar>
            <w:vAlign w:val="center"/>
          </w:tcPr>
          <w:p>
            <w:r>
              <w:rPr>
                <w:rFonts w:ascii="Calibri" w:hAnsi="Calibri"/>
                <w:b w:val="0"/>
                <w:color w:val="203748"/>
                <w:sz w:val="18"/>
              </w:rPr>
              <w:t>Vala 0.56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Visual Basic .NET</w:t>
            </w:r>
          </w:p>
        </w:tc>
        <w:tc>
          <w:tcPr>
            <w:tcW w:type="dxa" w:w="1200"/>
            <w:shd w:fill="F7FAFC"/>
            <w:tcMar>
              <w:top w:w="80" w:type="dxa"/>
              <w:start w:w="120" w:type="dxa"/>
              <w:bottom w:w="80" w:type="dxa"/>
              <w:end w:w="120" w:type="dxa"/>
            </w:tcMar>
            <w:vAlign w:val="center"/>
          </w:tcPr>
          <w:p>
            <w:r>
              <w:rPr>
                <w:rFonts w:ascii="Calibri" w:hAnsi="Calibri"/>
                <w:b w:val="0"/>
                <w:color w:val="203748"/>
                <w:sz w:val="18"/>
              </w:rPr>
              <w:t>0.232031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105,633</w:t>
            </w:r>
          </w:p>
        </w:tc>
        <w:tc>
          <w:tcPr>
            <w:tcW w:type="dxa" w:w="1200"/>
            <w:shd w:fill="F7FAFC"/>
            <w:tcMar>
              <w:top w:w="80" w:type="dxa"/>
              <w:start w:w="120" w:type="dxa"/>
              <w:bottom w:w="80" w:type="dxa"/>
              <w:end w:w="120" w:type="dxa"/>
            </w:tcMar>
            <w:vAlign w:val="center"/>
          </w:tcPr>
          <w:p>
            <w:r>
              <w:rPr>
                <w:rFonts w:ascii="Calibri" w:hAnsi="Calibri"/>
                <w:b w:val="0"/>
                <w:color w:val="203748"/>
                <w:sz w:val="18"/>
              </w:rPr>
              <w:t>350,275</w:t>
            </w:r>
          </w:p>
        </w:tc>
        <w:tc>
          <w:tcPr>
            <w:tcW w:type="dxa" w:w="3310"/>
            <w:shd w:fill="F7FAFC"/>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Zig</w:t>
            </w:r>
          </w:p>
        </w:tc>
        <w:tc>
          <w:tcPr>
            <w:tcW w:type="dxa" w:w="1200"/>
            <w:tcMar>
              <w:top w:w="80" w:type="dxa"/>
              <w:start w:w="120" w:type="dxa"/>
              <w:bottom w:w="80" w:type="dxa"/>
              <w:end w:w="120" w:type="dxa"/>
            </w:tcMar>
            <w:vAlign w:val="center"/>
          </w:tcPr>
          <w:p>
            <w:r>
              <w:rPr>
                <w:rFonts w:ascii="Calibri" w:hAnsi="Calibri"/>
                <w:b w:val="0"/>
                <w:color w:val="203748"/>
                <w:sz w:val="18"/>
              </w:rPr>
              <w:t>0.239824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45,124</w:t>
            </w:r>
          </w:p>
        </w:tc>
        <w:tc>
          <w:tcPr>
            <w:tcW w:type="dxa" w:w="1200"/>
            <w:tcMar>
              <w:top w:w="80" w:type="dxa"/>
              <w:start w:w="120" w:type="dxa"/>
              <w:bottom w:w="80" w:type="dxa"/>
              <w:end w:w="120" w:type="dxa"/>
            </w:tcMar>
            <w:vAlign w:val="center"/>
          </w:tcPr>
          <w:p>
            <w:r>
              <w:rPr>
                <w:rFonts w:ascii="Calibri" w:hAnsi="Calibri"/>
                <w:b w:val="0"/>
                <w:color w:val="203748"/>
                <w:sz w:val="18"/>
              </w:rPr>
              <w:t>286,945</w:t>
            </w:r>
          </w:p>
        </w:tc>
        <w:tc>
          <w:tcPr>
            <w:tcW w:type="dxa" w:w="3310"/>
            <w:tcMar>
              <w:top w:w="80" w:type="dxa"/>
              <w:start w:w="120" w:type="dxa"/>
              <w:bottom w:w="80" w:type="dxa"/>
              <w:end w:w="120" w:type="dxa"/>
            </w:tcMar>
            <w:vAlign w:val="center"/>
          </w:tcPr>
          <w:p>
            <w:r>
              <w:rPr>
                <w:rFonts w:ascii="Calibri" w:hAnsi="Calibri"/>
                <w:b w:val="0"/>
                <w:color w:val="203748"/>
                <w:sz w:val="18"/>
              </w:rPr>
              <w:t>Zig 0.16.0</w:t>
            </w:r>
          </w:p>
        </w:tc>
      </w:tr>
    </w:tbl>
    <w:p>
      <w:pPr>
        <w:spacing w:after="60"/>
      </w:pPr>
    </w:p>
    <w:p>
      <w:pPr>
        <w:pStyle w:val="Heading2"/>
      </w:pPr>
      <w:r>
        <w:t>A.2 Performance, fastest first</w:t>
      </w:r>
    </w:p>
    <w:p>
      <w:pPr>
        <w:spacing w:before="80" w:after="80"/>
      </w:pPr>
      <w:r>
        <w:rPr>
          <w:rFonts w:ascii="Calibri" w:hAnsi="Calibri"/>
          <w:b/>
          <w:i w:val="0"/>
          <w:color w:val="1F4D78"/>
          <w:sz w:val="18"/>
        </w:rPr>
        <w:t>Factor 1.000 denotes the fastest median in the validation run.</w:t>
      </w:r>
    </w:p>
    <w:tbl>
      <w:tblPr>
        <w:tblStyle w:val="TableGrid"/>
        <w:tblW w:type="dxa" w:w="9360"/>
        <w:tblLayout w:type="fixed"/>
        <w:tblLook w:firstColumn="1" w:firstRow="1" w:lastColumn="0" w:lastRow="0" w:noHBand="0" w:noVBand="1" w:val="04A0"/>
        <w:tblInd w:w="120" w:type="dxa"/>
      </w:tblPr>
      <w:tblGrid>
        <w:gridCol w:w="700"/>
        <w:gridCol w:w="1960"/>
        <w:gridCol w:w="1600"/>
        <w:gridCol w:w="1600"/>
        <w:gridCol w:w="1600"/>
        <w:gridCol w:w="1900"/>
      </w:tblGrid>
      <w:tr>
        <w:trPr>
          <w:tblHeader w:val="true"/>
          <w:cantSplit w:val="true"/>
        </w:trPr>
        <w:tc>
          <w:tcPr>
            <w:tcW w:type="dxa" w:w="700"/>
            <w:shd w:fill="1F4D78"/>
            <w:tcMar>
              <w:top w:w="80" w:type="dxa"/>
              <w:start w:w="120" w:type="dxa"/>
              <w:bottom w:w="80" w:type="dxa"/>
              <w:end w:w="120" w:type="dxa"/>
            </w:tcMar>
            <w:vAlign w:val="center"/>
          </w:tcPr>
          <w:p>
            <w:r>
              <w:rPr>
                <w:rFonts w:ascii="Calibri" w:hAnsi="Calibri"/>
                <w:b/>
                <w:color w:val="FFFFFF"/>
                <w:sz w:val="19"/>
              </w:rPr>
              <w:t>Rank</w:t>
            </w:r>
          </w:p>
        </w:tc>
        <w:tc>
          <w:tcPr>
            <w:tcW w:type="dxa" w:w="1960"/>
            <w:shd w:fill="1F4D78"/>
            <w:tcMar>
              <w:top w:w="80" w:type="dxa"/>
              <w:start w:w="120" w:type="dxa"/>
              <w:bottom w:w="80" w:type="dxa"/>
              <w:end w:w="120" w:type="dxa"/>
            </w:tcMar>
            <w:vAlign w:val="center"/>
          </w:tcPr>
          <w:p>
            <w:r>
              <w:rPr>
                <w:rFonts w:ascii="Calibri" w:hAnsi="Calibri"/>
                <w:b/>
                <w:color w:val="FFFFFF"/>
                <w:sz w:val="19"/>
              </w:rPr>
              <w:t>Language</w:t>
            </w:r>
          </w:p>
        </w:tc>
        <w:tc>
          <w:tcPr>
            <w:tcW w:type="dxa" w:w="1600"/>
            <w:shd w:fill="1F4D78"/>
            <w:tcMar>
              <w:top w:w="80" w:type="dxa"/>
              <w:start w:w="120" w:type="dxa"/>
              <w:bottom w:w="80" w:type="dxa"/>
              <w:end w:w="120" w:type="dxa"/>
            </w:tcMar>
            <w:vAlign w:val="center"/>
          </w:tcPr>
          <w:p>
            <w:r>
              <w:rPr>
                <w:rFonts w:ascii="Calibri" w:hAnsi="Calibri"/>
                <w:b/>
                <w:color w:val="FFFFFF"/>
                <w:sz w:val="19"/>
              </w:rPr>
              <w:t>Minimum ms</w:t>
            </w:r>
          </w:p>
        </w:tc>
        <w:tc>
          <w:tcPr>
            <w:tcW w:type="dxa" w:w="1600"/>
            <w:shd w:fill="1F4D78"/>
            <w:tcMar>
              <w:top w:w="80" w:type="dxa"/>
              <w:start w:w="120" w:type="dxa"/>
              <w:bottom w:w="80" w:type="dxa"/>
              <w:end w:w="120" w:type="dxa"/>
            </w:tcMar>
            <w:vAlign w:val="center"/>
          </w:tcPr>
          <w:p>
            <w:r>
              <w:rPr>
                <w:rFonts w:ascii="Calibri" w:hAnsi="Calibri"/>
                <w:b/>
                <w:color w:val="FFFFFF"/>
                <w:sz w:val="19"/>
              </w:rPr>
              <w:t>Median ms</w:t>
            </w:r>
          </w:p>
        </w:tc>
        <w:tc>
          <w:tcPr>
            <w:tcW w:type="dxa" w:w="1600"/>
            <w:shd w:fill="1F4D78"/>
            <w:tcMar>
              <w:top w:w="80" w:type="dxa"/>
              <w:start w:w="120" w:type="dxa"/>
              <w:bottom w:w="80" w:type="dxa"/>
              <w:end w:w="120" w:type="dxa"/>
            </w:tcMar>
            <w:vAlign w:val="center"/>
          </w:tcPr>
          <w:p>
            <w:r>
              <w:rPr>
                <w:rFonts w:ascii="Calibri" w:hAnsi="Calibri"/>
                <w:b/>
                <w:color w:val="FFFFFF"/>
                <w:sz w:val="19"/>
              </w:rPr>
              <w:t>Maximum ms</w:t>
            </w:r>
          </w:p>
        </w:tc>
        <w:tc>
          <w:tcPr>
            <w:tcW w:type="dxa" w:w="1900"/>
            <w:shd w:fill="1F4D78"/>
            <w:tcMar>
              <w:top w:w="80" w:type="dxa"/>
              <w:start w:w="120" w:type="dxa"/>
              <w:bottom w:w="80" w:type="dxa"/>
              <w:end w:w="120" w:type="dxa"/>
            </w:tcMar>
            <w:vAlign w:val="center"/>
          </w:tcPr>
          <w:p>
            <w:r>
              <w:rPr>
                <w:rFonts w:ascii="Calibri" w:hAnsi="Calibri"/>
                <w:b/>
                <w:color w:val="FFFFFF"/>
                <w:sz w:val="19"/>
              </w:rPr>
              <w:t>Factor</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w:t>
            </w:r>
          </w:p>
        </w:tc>
        <w:tc>
          <w:tcPr>
            <w:tcW w:type="dxa" w:w="1960"/>
            <w:tcMar>
              <w:top w:w="80" w:type="dxa"/>
              <w:start w:w="120" w:type="dxa"/>
              <w:bottom w:w="80" w:type="dxa"/>
              <w:end w:w="120" w:type="dxa"/>
            </w:tcMar>
            <w:vAlign w:val="center"/>
          </w:tcPr>
          <w:p>
            <w:r>
              <w:rPr>
                <w:rFonts w:ascii="Calibri" w:hAnsi="Calibri"/>
                <w:b w:val="0"/>
                <w:color w:val="203748"/>
                <w:sz w:val="18"/>
              </w:rPr>
              <w:t>TypeScript + WebAssembly</w:t>
            </w:r>
          </w:p>
        </w:tc>
        <w:tc>
          <w:tcPr>
            <w:tcW w:type="dxa" w:w="1600"/>
            <w:tcMar>
              <w:top w:w="80" w:type="dxa"/>
              <w:start w:w="120" w:type="dxa"/>
              <w:bottom w:w="80" w:type="dxa"/>
              <w:end w:w="120" w:type="dxa"/>
            </w:tcMar>
            <w:vAlign w:val="center"/>
          </w:tcPr>
          <w:p>
            <w:r>
              <w:rPr>
                <w:rFonts w:ascii="Calibri" w:hAnsi="Calibri"/>
                <w:b w:val="0"/>
                <w:color w:val="203748"/>
                <w:sz w:val="18"/>
              </w:rPr>
              <w:t>597.377</w:t>
            </w:r>
          </w:p>
        </w:tc>
        <w:tc>
          <w:tcPr>
            <w:tcW w:type="dxa" w:w="1600"/>
            <w:tcMar>
              <w:top w:w="80" w:type="dxa"/>
              <w:start w:w="120" w:type="dxa"/>
              <w:bottom w:w="80" w:type="dxa"/>
              <w:end w:w="120" w:type="dxa"/>
            </w:tcMar>
            <w:vAlign w:val="center"/>
          </w:tcPr>
          <w:p>
            <w:r>
              <w:rPr>
                <w:rFonts w:ascii="Calibri" w:hAnsi="Calibri"/>
                <w:b w:val="0"/>
                <w:color w:val="203748"/>
                <w:sz w:val="18"/>
              </w:rPr>
              <w:t>700.999</w:t>
            </w:r>
          </w:p>
        </w:tc>
        <w:tc>
          <w:tcPr>
            <w:tcW w:type="dxa" w:w="1600"/>
            <w:tcMar>
              <w:top w:w="80" w:type="dxa"/>
              <w:start w:w="120" w:type="dxa"/>
              <w:bottom w:w="80" w:type="dxa"/>
              <w:end w:w="120" w:type="dxa"/>
            </w:tcMar>
            <w:vAlign w:val="center"/>
          </w:tcPr>
          <w:p>
            <w:r>
              <w:rPr>
                <w:rFonts w:ascii="Calibri" w:hAnsi="Calibri"/>
                <w:b w:val="0"/>
                <w:color w:val="203748"/>
                <w:sz w:val="18"/>
              </w:rPr>
              <w:t>1047.449</w:t>
            </w:r>
          </w:p>
        </w:tc>
        <w:tc>
          <w:tcPr>
            <w:tcW w:type="dxa" w:w="1900"/>
            <w:tcMar>
              <w:top w:w="80" w:type="dxa"/>
              <w:start w:w="120" w:type="dxa"/>
              <w:bottom w:w="80" w:type="dxa"/>
              <w:end w:w="120" w:type="dxa"/>
            </w:tcMar>
            <w:vAlign w:val="center"/>
          </w:tcPr>
          <w:p>
            <w:r>
              <w:rPr>
                <w:rFonts w:ascii="Calibri" w:hAnsi="Calibri"/>
                <w:b w:val="0"/>
                <w:color w:val="203748"/>
                <w:sz w:val="18"/>
              </w:rPr>
              <w:t>1.000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w:t>
            </w:r>
          </w:p>
        </w:tc>
        <w:tc>
          <w:tcPr>
            <w:tcW w:type="dxa" w:w="1960"/>
            <w:shd w:fill="F7FAFC"/>
            <w:tcMar>
              <w:top w:w="80" w:type="dxa"/>
              <w:start w:w="120" w:type="dxa"/>
              <w:bottom w:w="80" w:type="dxa"/>
              <w:end w:w="120" w:type="dxa"/>
            </w:tcMar>
            <w:vAlign w:val="center"/>
          </w:tcPr>
          <w:p>
            <w:r>
              <w:rPr>
                <w:rFonts w:ascii="Calibri" w:hAnsi="Calibri"/>
                <w:b w:val="0"/>
                <w:color w:val="203748"/>
                <w:sz w:val="18"/>
              </w:rPr>
              <w:t>Fortran</w:t>
            </w:r>
          </w:p>
        </w:tc>
        <w:tc>
          <w:tcPr>
            <w:tcW w:type="dxa" w:w="1600"/>
            <w:shd w:fill="F7FAFC"/>
            <w:tcMar>
              <w:top w:w="80" w:type="dxa"/>
              <w:start w:w="120" w:type="dxa"/>
              <w:bottom w:w="80" w:type="dxa"/>
              <w:end w:w="120" w:type="dxa"/>
            </w:tcMar>
            <w:vAlign w:val="center"/>
          </w:tcPr>
          <w:p>
            <w:r>
              <w:rPr>
                <w:rFonts w:ascii="Calibri" w:hAnsi="Calibri"/>
                <w:b w:val="0"/>
                <w:color w:val="203748"/>
                <w:sz w:val="18"/>
              </w:rPr>
              <w:t>596.688</w:t>
            </w:r>
          </w:p>
        </w:tc>
        <w:tc>
          <w:tcPr>
            <w:tcW w:type="dxa" w:w="1600"/>
            <w:shd w:fill="F7FAFC"/>
            <w:tcMar>
              <w:top w:w="80" w:type="dxa"/>
              <w:start w:w="120" w:type="dxa"/>
              <w:bottom w:w="80" w:type="dxa"/>
              <w:end w:w="120" w:type="dxa"/>
            </w:tcMar>
            <w:vAlign w:val="center"/>
          </w:tcPr>
          <w:p>
            <w:r>
              <w:rPr>
                <w:rFonts w:ascii="Calibri" w:hAnsi="Calibri"/>
                <w:b w:val="0"/>
                <w:color w:val="203748"/>
                <w:sz w:val="18"/>
              </w:rPr>
              <w:t>750.360</w:t>
            </w:r>
          </w:p>
        </w:tc>
        <w:tc>
          <w:tcPr>
            <w:tcW w:type="dxa" w:w="1600"/>
            <w:shd w:fill="F7FAFC"/>
            <w:tcMar>
              <w:top w:w="80" w:type="dxa"/>
              <w:start w:w="120" w:type="dxa"/>
              <w:bottom w:w="80" w:type="dxa"/>
              <w:end w:w="120" w:type="dxa"/>
            </w:tcMar>
            <w:vAlign w:val="center"/>
          </w:tcPr>
          <w:p>
            <w:r>
              <w:rPr>
                <w:rFonts w:ascii="Calibri" w:hAnsi="Calibri"/>
                <w:b w:val="0"/>
                <w:color w:val="203748"/>
                <w:sz w:val="18"/>
              </w:rPr>
              <w:t>1158.344</w:t>
            </w:r>
          </w:p>
        </w:tc>
        <w:tc>
          <w:tcPr>
            <w:tcW w:type="dxa" w:w="1900"/>
            <w:shd w:fill="F7FAFC"/>
            <w:tcMar>
              <w:top w:w="80" w:type="dxa"/>
              <w:start w:w="120" w:type="dxa"/>
              <w:bottom w:w="80" w:type="dxa"/>
              <w:end w:w="120" w:type="dxa"/>
            </w:tcMar>
            <w:vAlign w:val="center"/>
          </w:tcPr>
          <w:p>
            <w:r>
              <w:rPr>
                <w:rFonts w:ascii="Calibri" w:hAnsi="Calibri"/>
                <w:b w:val="0"/>
                <w:color w:val="203748"/>
                <w:sz w:val="18"/>
              </w:rPr>
              <w:t>1.070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w:t>
            </w:r>
          </w:p>
        </w:tc>
        <w:tc>
          <w:tcPr>
            <w:tcW w:type="dxa" w:w="1960"/>
            <w:tcMar>
              <w:top w:w="80" w:type="dxa"/>
              <w:start w:w="120" w:type="dxa"/>
              <w:bottom w:w="80" w:type="dxa"/>
              <w:end w:w="120" w:type="dxa"/>
            </w:tcMar>
            <w:vAlign w:val="center"/>
          </w:tcPr>
          <w:p>
            <w:r>
              <w:rPr>
                <w:rFonts w:ascii="Calibri" w:hAnsi="Calibri"/>
                <w:b w:val="0"/>
                <w:color w:val="203748"/>
                <w:sz w:val="18"/>
              </w:rPr>
              <w:t>Rust</w:t>
            </w:r>
          </w:p>
        </w:tc>
        <w:tc>
          <w:tcPr>
            <w:tcW w:type="dxa" w:w="1600"/>
            <w:tcMar>
              <w:top w:w="80" w:type="dxa"/>
              <w:start w:w="120" w:type="dxa"/>
              <w:bottom w:w="80" w:type="dxa"/>
              <w:end w:w="120" w:type="dxa"/>
            </w:tcMar>
            <w:vAlign w:val="center"/>
          </w:tcPr>
          <w:p>
            <w:r>
              <w:rPr>
                <w:rFonts w:ascii="Calibri" w:hAnsi="Calibri"/>
                <w:b w:val="0"/>
                <w:color w:val="203748"/>
                <w:sz w:val="18"/>
              </w:rPr>
              <w:t>523.705</w:t>
            </w:r>
          </w:p>
        </w:tc>
        <w:tc>
          <w:tcPr>
            <w:tcW w:type="dxa" w:w="1600"/>
            <w:tcMar>
              <w:top w:w="80" w:type="dxa"/>
              <w:start w:w="120" w:type="dxa"/>
              <w:bottom w:w="80" w:type="dxa"/>
              <w:end w:w="120" w:type="dxa"/>
            </w:tcMar>
            <w:vAlign w:val="center"/>
          </w:tcPr>
          <w:p>
            <w:r>
              <w:rPr>
                <w:rFonts w:ascii="Calibri" w:hAnsi="Calibri"/>
                <w:b w:val="0"/>
                <w:color w:val="203748"/>
                <w:sz w:val="18"/>
              </w:rPr>
              <w:t>823.898</w:t>
            </w:r>
          </w:p>
        </w:tc>
        <w:tc>
          <w:tcPr>
            <w:tcW w:type="dxa" w:w="1600"/>
            <w:tcMar>
              <w:top w:w="80" w:type="dxa"/>
              <w:start w:w="120" w:type="dxa"/>
              <w:bottom w:w="80" w:type="dxa"/>
              <w:end w:w="120" w:type="dxa"/>
            </w:tcMar>
            <w:vAlign w:val="center"/>
          </w:tcPr>
          <w:p>
            <w:r>
              <w:rPr>
                <w:rFonts w:ascii="Calibri" w:hAnsi="Calibri"/>
                <w:b w:val="0"/>
                <w:color w:val="203748"/>
                <w:sz w:val="18"/>
              </w:rPr>
              <w:t>1294.582</w:t>
            </w:r>
          </w:p>
        </w:tc>
        <w:tc>
          <w:tcPr>
            <w:tcW w:type="dxa" w:w="1900"/>
            <w:tcMar>
              <w:top w:w="80" w:type="dxa"/>
              <w:start w:w="120" w:type="dxa"/>
              <w:bottom w:w="80" w:type="dxa"/>
              <w:end w:w="120" w:type="dxa"/>
            </w:tcMar>
            <w:vAlign w:val="center"/>
          </w:tcPr>
          <w:p>
            <w:r>
              <w:rPr>
                <w:rFonts w:ascii="Calibri" w:hAnsi="Calibri"/>
                <w:b w:val="0"/>
                <w:color w:val="203748"/>
                <w:sz w:val="18"/>
              </w:rPr>
              <w:t>1.175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w:t>
            </w:r>
          </w:p>
        </w:tc>
        <w:tc>
          <w:tcPr>
            <w:tcW w:type="dxa" w:w="1960"/>
            <w:shd w:fill="F7FAFC"/>
            <w:tcMar>
              <w:top w:w="80" w:type="dxa"/>
              <w:start w:w="120" w:type="dxa"/>
              <w:bottom w:w="80" w:type="dxa"/>
              <w:end w:w="120" w:type="dxa"/>
            </w:tcMar>
            <w:vAlign w:val="center"/>
          </w:tcPr>
          <w:p>
            <w:r>
              <w:rPr>
                <w:rFonts w:ascii="Calibri" w:hAnsi="Calibri"/>
                <w:b w:val="0"/>
                <w:color w:val="203748"/>
                <w:sz w:val="18"/>
              </w:rPr>
              <w:t>B4X</w:t>
            </w:r>
          </w:p>
        </w:tc>
        <w:tc>
          <w:tcPr>
            <w:tcW w:type="dxa" w:w="1600"/>
            <w:shd w:fill="F7FAFC"/>
            <w:tcMar>
              <w:top w:w="80" w:type="dxa"/>
              <w:start w:w="120" w:type="dxa"/>
              <w:bottom w:w="80" w:type="dxa"/>
              <w:end w:w="120" w:type="dxa"/>
            </w:tcMar>
            <w:vAlign w:val="center"/>
          </w:tcPr>
          <w:p>
            <w:r>
              <w:rPr>
                <w:rFonts w:ascii="Calibri" w:hAnsi="Calibri"/>
                <w:b w:val="0"/>
                <w:color w:val="203748"/>
                <w:sz w:val="18"/>
              </w:rPr>
              <w:t>775.000</w:t>
            </w:r>
          </w:p>
        </w:tc>
        <w:tc>
          <w:tcPr>
            <w:tcW w:type="dxa" w:w="1600"/>
            <w:shd w:fill="F7FAFC"/>
            <w:tcMar>
              <w:top w:w="80" w:type="dxa"/>
              <w:start w:w="120" w:type="dxa"/>
              <w:bottom w:w="80" w:type="dxa"/>
              <w:end w:w="120" w:type="dxa"/>
            </w:tcMar>
            <w:vAlign w:val="center"/>
          </w:tcPr>
          <w:p>
            <w:r>
              <w:rPr>
                <w:rFonts w:ascii="Calibri" w:hAnsi="Calibri"/>
                <w:b w:val="0"/>
                <w:color w:val="203748"/>
                <w:sz w:val="18"/>
              </w:rPr>
              <w:t>971.000</w:t>
            </w:r>
          </w:p>
        </w:tc>
        <w:tc>
          <w:tcPr>
            <w:tcW w:type="dxa" w:w="1600"/>
            <w:shd w:fill="F7FAFC"/>
            <w:tcMar>
              <w:top w:w="80" w:type="dxa"/>
              <w:start w:w="120" w:type="dxa"/>
              <w:bottom w:w="80" w:type="dxa"/>
              <w:end w:w="120" w:type="dxa"/>
            </w:tcMar>
            <w:vAlign w:val="center"/>
          </w:tcPr>
          <w:p>
            <w:r>
              <w:rPr>
                <w:rFonts w:ascii="Calibri" w:hAnsi="Calibri"/>
                <w:b w:val="0"/>
                <w:color w:val="203748"/>
                <w:sz w:val="18"/>
              </w:rPr>
              <w:t>2194.000</w:t>
            </w:r>
          </w:p>
        </w:tc>
        <w:tc>
          <w:tcPr>
            <w:tcW w:type="dxa" w:w="1900"/>
            <w:shd w:fill="F7FAFC"/>
            <w:tcMar>
              <w:top w:w="80" w:type="dxa"/>
              <w:start w:w="120" w:type="dxa"/>
              <w:bottom w:w="80" w:type="dxa"/>
              <w:end w:w="120" w:type="dxa"/>
            </w:tcMar>
            <w:vAlign w:val="center"/>
          </w:tcPr>
          <w:p>
            <w:r>
              <w:rPr>
                <w:rFonts w:ascii="Calibri" w:hAnsi="Calibri"/>
                <w:b w:val="0"/>
                <w:color w:val="203748"/>
                <w:sz w:val="18"/>
              </w:rPr>
              <w:t>1.385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5</w:t>
            </w:r>
          </w:p>
        </w:tc>
        <w:tc>
          <w:tcPr>
            <w:tcW w:type="dxa" w:w="1960"/>
            <w:tcMar>
              <w:top w:w="80" w:type="dxa"/>
              <w:start w:w="120" w:type="dxa"/>
              <w:bottom w:w="80" w:type="dxa"/>
              <w:end w:w="120" w:type="dxa"/>
            </w:tcMar>
            <w:vAlign w:val="center"/>
          </w:tcPr>
          <w:p>
            <w:r>
              <w:rPr>
                <w:rFonts w:ascii="Calibri" w:hAnsi="Calibri"/>
                <w:b w:val="0"/>
                <w:color w:val="203748"/>
                <w:sz w:val="18"/>
              </w:rPr>
              <w:t>Haxe</w:t>
            </w:r>
          </w:p>
        </w:tc>
        <w:tc>
          <w:tcPr>
            <w:tcW w:type="dxa" w:w="1600"/>
            <w:tcMar>
              <w:top w:w="80" w:type="dxa"/>
              <w:start w:w="120" w:type="dxa"/>
              <w:bottom w:w="80" w:type="dxa"/>
              <w:end w:w="120" w:type="dxa"/>
            </w:tcMar>
            <w:vAlign w:val="center"/>
          </w:tcPr>
          <w:p>
            <w:r>
              <w:rPr>
                <w:rFonts w:ascii="Calibri" w:hAnsi="Calibri"/>
                <w:b w:val="0"/>
                <w:color w:val="203748"/>
                <w:sz w:val="18"/>
              </w:rPr>
              <w:t>39.747</w:t>
            </w:r>
          </w:p>
        </w:tc>
        <w:tc>
          <w:tcPr>
            <w:tcW w:type="dxa" w:w="1600"/>
            <w:tcMar>
              <w:top w:w="80" w:type="dxa"/>
              <w:start w:w="120" w:type="dxa"/>
              <w:bottom w:w="80" w:type="dxa"/>
              <w:end w:w="120" w:type="dxa"/>
            </w:tcMar>
            <w:vAlign w:val="center"/>
          </w:tcPr>
          <w:p>
            <w:r>
              <w:rPr>
                <w:rFonts w:ascii="Calibri" w:hAnsi="Calibri"/>
                <w:b w:val="0"/>
                <w:color w:val="203748"/>
                <w:sz w:val="18"/>
              </w:rPr>
              <w:t>1077.578</w:t>
            </w:r>
          </w:p>
        </w:tc>
        <w:tc>
          <w:tcPr>
            <w:tcW w:type="dxa" w:w="1600"/>
            <w:tcMar>
              <w:top w:w="80" w:type="dxa"/>
              <w:start w:w="120" w:type="dxa"/>
              <w:bottom w:w="80" w:type="dxa"/>
              <w:end w:w="120" w:type="dxa"/>
            </w:tcMar>
            <w:vAlign w:val="center"/>
          </w:tcPr>
          <w:p>
            <w:r>
              <w:rPr>
                <w:rFonts w:ascii="Calibri" w:hAnsi="Calibri"/>
                <w:b w:val="0"/>
                <w:color w:val="203748"/>
                <w:sz w:val="18"/>
              </w:rPr>
              <w:t>2013.806</w:t>
            </w:r>
          </w:p>
        </w:tc>
        <w:tc>
          <w:tcPr>
            <w:tcW w:type="dxa" w:w="1900"/>
            <w:tcMar>
              <w:top w:w="80" w:type="dxa"/>
              <w:start w:w="120" w:type="dxa"/>
              <w:bottom w:w="80" w:type="dxa"/>
              <w:end w:w="120" w:type="dxa"/>
            </w:tcMar>
            <w:vAlign w:val="center"/>
          </w:tcPr>
          <w:p>
            <w:r>
              <w:rPr>
                <w:rFonts w:ascii="Calibri" w:hAnsi="Calibri"/>
                <w:b w:val="0"/>
                <w:color w:val="203748"/>
                <w:sz w:val="18"/>
              </w:rPr>
              <w:t>1.537</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6</w:t>
            </w:r>
          </w:p>
        </w:tc>
        <w:tc>
          <w:tcPr>
            <w:tcW w:type="dxa" w:w="1960"/>
            <w:shd w:fill="F7FAFC"/>
            <w:tcMar>
              <w:top w:w="80" w:type="dxa"/>
              <w:start w:w="120" w:type="dxa"/>
              <w:bottom w:w="80" w:type="dxa"/>
              <w:end w:w="120" w:type="dxa"/>
            </w:tcMar>
            <w:vAlign w:val="center"/>
          </w:tcPr>
          <w:p>
            <w:r>
              <w:rPr>
                <w:rFonts w:ascii="Calibri" w:hAnsi="Calibri"/>
                <w:b w:val="0"/>
                <w:color w:val="203748"/>
                <w:sz w:val="18"/>
              </w:rPr>
              <w:t>Delphi/Object Pascal</w:t>
            </w:r>
          </w:p>
        </w:tc>
        <w:tc>
          <w:tcPr>
            <w:tcW w:type="dxa" w:w="1600"/>
            <w:shd w:fill="F7FAFC"/>
            <w:tcMar>
              <w:top w:w="80" w:type="dxa"/>
              <w:start w:w="120" w:type="dxa"/>
              <w:bottom w:w="80" w:type="dxa"/>
              <w:end w:w="120" w:type="dxa"/>
            </w:tcMar>
            <w:vAlign w:val="center"/>
          </w:tcPr>
          <w:p>
            <w:r>
              <w:rPr>
                <w:rFonts w:ascii="Calibri" w:hAnsi="Calibri"/>
                <w:b w:val="0"/>
                <w:color w:val="203748"/>
                <w:sz w:val="18"/>
              </w:rPr>
              <w:t>937.000</w:t>
            </w:r>
          </w:p>
        </w:tc>
        <w:tc>
          <w:tcPr>
            <w:tcW w:type="dxa" w:w="1600"/>
            <w:shd w:fill="F7FAFC"/>
            <w:tcMar>
              <w:top w:w="80" w:type="dxa"/>
              <w:start w:w="120" w:type="dxa"/>
              <w:bottom w:w="80" w:type="dxa"/>
              <w:end w:w="120" w:type="dxa"/>
            </w:tcMar>
            <w:vAlign w:val="center"/>
          </w:tcPr>
          <w:p>
            <w:r>
              <w:rPr>
                <w:rFonts w:ascii="Calibri" w:hAnsi="Calibri"/>
                <w:b w:val="0"/>
                <w:color w:val="203748"/>
                <w:sz w:val="18"/>
              </w:rPr>
              <w:t>1078.000</w:t>
            </w:r>
          </w:p>
        </w:tc>
        <w:tc>
          <w:tcPr>
            <w:tcW w:type="dxa" w:w="1600"/>
            <w:shd w:fill="F7FAFC"/>
            <w:tcMar>
              <w:top w:w="80" w:type="dxa"/>
              <w:start w:w="120" w:type="dxa"/>
              <w:bottom w:w="80" w:type="dxa"/>
              <w:end w:w="120" w:type="dxa"/>
            </w:tcMar>
            <w:vAlign w:val="center"/>
          </w:tcPr>
          <w:p>
            <w:r>
              <w:rPr>
                <w:rFonts w:ascii="Calibri" w:hAnsi="Calibri"/>
                <w:b w:val="0"/>
                <w:color w:val="203748"/>
                <w:sz w:val="18"/>
              </w:rPr>
              <w:t>1672.000</w:t>
            </w:r>
          </w:p>
        </w:tc>
        <w:tc>
          <w:tcPr>
            <w:tcW w:type="dxa" w:w="1900"/>
            <w:shd w:fill="F7FAFC"/>
            <w:tcMar>
              <w:top w:w="80" w:type="dxa"/>
              <w:start w:w="120" w:type="dxa"/>
              <w:bottom w:w="80" w:type="dxa"/>
              <w:end w:w="120" w:type="dxa"/>
            </w:tcMar>
            <w:vAlign w:val="center"/>
          </w:tcPr>
          <w:p>
            <w:r>
              <w:rPr>
                <w:rFonts w:ascii="Calibri" w:hAnsi="Calibri"/>
                <w:b w:val="0"/>
                <w:color w:val="203748"/>
                <w:sz w:val="18"/>
              </w:rPr>
              <w:t>1.538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7</w:t>
            </w:r>
          </w:p>
        </w:tc>
        <w:tc>
          <w:tcPr>
            <w:tcW w:type="dxa" w:w="1960"/>
            <w:tcMar>
              <w:top w:w="80" w:type="dxa"/>
              <w:start w:w="120" w:type="dxa"/>
              <w:bottom w:w="80" w:type="dxa"/>
              <w:end w:w="120" w:type="dxa"/>
            </w:tcMar>
            <w:vAlign w:val="center"/>
          </w:tcPr>
          <w:p>
            <w:r>
              <w:rPr>
                <w:rFonts w:ascii="Calibri" w:hAnsi="Calibri"/>
                <w:b w:val="0"/>
                <w:color w:val="203748"/>
                <w:sz w:val="18"/>
              </w:rPr>
              <w:t>Zig</w:t>
            </w:r>
          </w:p>
        </w:tc>
        <w:tc>
          <w:tcPr>
            <w:tcW w:type="dxa" w:w="1600"/>
            <w:tcMar>
              <w:top w:w="80" w:type="dxa"/>
              <w:start w:w="120" w:type="dxa"/>
              <w:bottom w:w="80" w:type="dxa"/>
              <w:end w:w="120" w:type="dxa"/>
            </w:tcMar>
            <w:vAlign w:val="center"/>
          </w:tcPr>
          <w:p>
            <w:r>
              <w:rPr>
                <w:rFonts w:ascii="Calibri" w:hAnsi="Calibri"/>
                <w:b w:val="0"/>
                <w:color w:val="203748"/>
                <w:sz w:val="18"/>
              </w:rPr>
              <w:t>1035.454</w:t>
            </w:r>
          </w:p>
        </w:tc>
        <w:tc>
          <w:tcPr>
            <w:tcW w:type="dxa" w:w="1600"/>
            <w:tcMar>
              <w:top w:w="80" w:type="dxa"/>
              <w:start w:w="120" w:type="dxa"/>
              <w:bottom w:w="80" w:type="dxa"/>
              <w:end w:w="120" w:type="dxa"/>
            </w:tcMar>
            <w:vAlign w:val="center"/>
          </w:tcPr>
          <w:p>
            <w:r>
              <w:rPr>
                <w:rFonts w:ascii="Calibri" w:hAnsi="Calibri"/>
                <w:b w:val="0"/>
                <w:color w:val="203748"/>
                <w:sz w:val="18"/>
              </w:rPr>
              <w:t>1160.447</w:t>
            </w:r>
          </w:p>
        </w:tc>
        <w:tc>
          <w:tcPr>
            <w:tcW w:type="dxa" w:w="1600"/>
            <w:tcMar>
              <w:top w:w="80" w:type="dxa"/>
              <w:start w:w="120" w:type="dxa"/>
              <w:bottom w:w="80" w:type="dxa"/>
              <w:end w:w="120" w:type="dxa"/>
            </w:tcMar>
            <w:vAlign w:val="center"/>
          </w:tcPr>
          <w:p>
            <w:r>
              <w:rPr>
                <w:rFonts w:ascii="Calibri" w:hAnsi="Calibri"/>
                <w:b w:val="0"/>
                <w:color w:val="203748"/>
                <w:sz w:val="18"/>
              </w:rPr>
              <w:t>2320.055</w:t>
            </w:r>
          </w:p>
        </w:tc>
        <w:tc>
          <w:tcPr>
            <w:tcW w:type="dxa" w:w="1900"/>
            <w:tcMar>
              <w:top w:w="80" w:type="dxa"/>
              <w:start w:w="120" w:type="dxa"/>
              <w:bottom w:w="80" w:type="dxa"/>
              <w:end w:w="120" w:type="dxa"/>
            </w:tcMar>
            <w:vAlign w:val="center"/>
          </w:tcPr>
          <w:p>
            <w:r>
              <w:rPr>
                <w:rFonts w:ascii="Calibri" w:hAnsi="Calibri"/>
                <w:b w:val="0"/>
                <w:color w:val="203748"/>
                <w:sz w:val="18"/>
              </w:rPr>
              <w:t>1.655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8</w:t>
            </w:r>
          </w:p>
        </w:tc>
        <w:tc>
          <w:tcPr>
            <w:tcW w:type="dxa" w:w="1960"/>
            <w:shd w:fill="F7FAFC"/>
            <w:tcMar>
              <w:top w:w="80" w:type="dxa"/>
              <w:start w:w="120" w:type="dxa"/>
              <w:bottom w:w="80" w:type="dxa"/>
              <w:end w:w="120" w:type="dxa"/>
            </w:tcMar>
            <w:vAlign w:val="center"/>
          </w:tcPr>
          <w:p>
            <w:r>
              <w:rPr>
                <w:rFonts w:ascii="Calibri" w:hAnsi="Calibri"/>
                <w:b w:val="0"/>
                <w:color w:val="203748"/>
                <w:sz w:val="18"/>
              </w:rPr>
              <w:t>C++</w:t>
            </w:r>
          </w:p>
        </w:tc>
        <w:tc>
          <w:tcPr>
            <w:tcW w:type="dxa" w:w="1600"/>
            <w:shd w:fill="F7FAFC"/>
            <w:tcMar>
              <w:top w:w="80" w:type="dxa"/>
              <w:start w:w="120" w:type="dxa"/>
              <w:bottom w:w="80" w:type="dxa"/>
              <w:end w:w="120" w:type="dxa"/>
            </w:tcMar>
            <w:vAlign w:val="center"/>
          </w:tcPr>
          <w:p>
            <w:r>
              <w:rPr>
                <w:rFonts w:ascii="Calibri" w:hAnsi="Calibri"/>
                <w:b w:val="0"/>
                <w:color w:val="203748"/>
                <w:sz w:val="18"/>
              </w:rPr>
              <w:t>1223.592</w:t>
            </w:r>
          </w:p>
        </w:tc>
        <w:tc>
          <w:tcPr>
            <w:tcW w:type="dxa" w:w="1600"/>
            <w:shd w:fill="F7FAFC"/>
            <w:tcMar>
              <w:top w:w="80" w:type="dxa"/>
              <w:start w:w="120" w:type="dxa"/>
              <w:bottom w:w="80" w:type="dxa"/>
              <w:end w:w="120" w:type="dxa"/>
            </w:tcMar>
            <w:vAlign w:val="center"/>
          </w:tcPr>
          <w:p>
            <w:r>
              <w:rPr>
                <w:rFonts w:ascii="Calibri" w:hAnsi="Calibri"/>
                <w:b w:val="0"/>
                <w:color w:val="203748"/>
                <w:sz w:val="18"/>
              </w:rPr>
              <w:t>1441.870</w:t>
            </w:r>
          </w:p>
        </w:tc>
        <w:tc>
          <w:tcPr>
            <w:tcW w:type="dxa" w:w="1600"/>
            <w:shd w:fill="F7FAFC"/>
            <w:tcMar>
              <w:top w:w="80" w:type="dxa"/>
              <w:start w:w="120" w:type="dxa"/>
              <w:bottom w:w="80" w:type="dxa"/>
              <w:end w:w="120" w:type="dxa"/>
            </w:tcMar>
            <w:vAlign w:val="center"/>
          </w:tcPr>
          <w:p>
            <w:r>
              <w:rPr>
                <w:rFonts w:ascii="Calibri" w:hAnsi="Calibri"/>
                <w:b w:val="0"/>
                <w:color w:val="203748"/>
                <w:sz w:val="18"/>
              </w:rPr>
              <w:t>2671.024</w:t>
            </w:r>
          </w:p>
        </w:tc>
        <w:tc>
          <w:tcPr>
            <w:tcW w:type="dxa" w:w="1900"/>
            <w:shd w:fill="F7FAFC"/>
            <w:tcMar>
              <w:top w:w="80" w:type="dxa"/>
              <w:start w:w="120" w:type="dxa"/>
              <w:bottom w:w="80" w:type="dxa"/>
              <w:end w:w="120" w:type="dxa"/>
            </w:tcMar>
            <w:vAlign w:val="center"/>
          </w:tcPr>
          <w:p>
            <w:r>
              <w:rPr>
                <w:rFonts w:ascii="Calibri" w:hAnsi="Calibri"/>
                <w:b w:val="0"/>
                <w:color w:val="203748"/>
                <w:sz w:val="18"/>
              </w:rPr>
              <w:t>2.057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9</w:t>
            </w:r>
          </w:p>
        </w:tc>
        <w:tc>
          <w:tcPr>
            <w:tcW w:type="dxa" w:w="1960"/>
            <w:tcMar>
              <w:top w:w="80" w:type="dxa"/>
              <w:start w:w="120" w:type="dxa"/>
              <w:bottom w:w="80" w:type="dxa"/>
              <w:end w:w="120" w:type="dxa"/>
            </w:tcMar>
            <w:vAlign w:val="center"/>
          </w:tcPr>
          <w:p>
            <w:r>
              <w:rPr>
                <w:rFonts w:ascii="Calibri" w:hAnsi="Calibri"/>
                <w:b w:val="0"/>
                <w:color w:val="203748"/>
                <w:sz w:val="18"/>
              </w:rPr>
              <w:t>Java</w:t>
            </w:r>
          </w:p>
        </w:tc>
        <w:tc>
          <w:tcPr>
            <w:tcW w:type="dxa" w:w="1600"/>
            <w:tcMar>
              <w:top w:w="80" w:type="dxa"/>
              <w:start w:w="120" w:type="dxa"/>
              <w:bottom w:w="80" w:type="dxa"/>
              <w:end w:w="120" w:type="dxa"/>
            </w:tcMar>
            <w:vAlign w:val="center"/>
          </w:tcPr>
          <w:p>
            <w:r>
              <w:rPr>
                <w:rFonts w:ascii="Calibri" w:hAnsi="Calibri"/>
                <w:b w:val="0"/>
                <w:color w:val="203748"/>
                <w:sz w:val="18"/>
              </w:rPr>
              <w:t>1284.711</w:t>
            </w:r>
          </w:p>
        </w:tc>
        <w:tc>
          <w:tcPr>
            <w:tcW w:type="dxa" w:w="1600"/>
            <w:tcMar>
              <w:top w:w="80" w:type="dxa"/>
              <w:start w:w="120" w:type="dxa"/>
              <w:bottom w:w="80" w:type="dxa"/>
              <w:end w:w="120" w:type="dxa"/>
            </w:tcMar>
            <w:vAlign w:val="center"/>
          </w:tcPr>
          <w:p>
            <w:r>
              <w:rPr>
                <w:rFonts w:ascii="Calibri" w:hAnsi="Calibri"/>
                <w:b w:val="0"/>
                <w:color w:val="203748"/>
                <w:sz w:val="18"/>
              </w:rPr>
              <w:t>1458.187</w:t>
            </w:r>
          </w:p>
        </w:tc>
        <w:tc>
          <w:tcPr>
            <w:tcW w:type="dxa" w:w="1600"/>
            <w:tcMar>
              <w:top w:w="80" w:type="dxa"/>
              <w:start w:w="120" w:type="dxa"/>
              <w:bottom w:w="80" w:type="dxa"/>
              <w:end w:w="120" w:type="dxa"/>
            </w:tcMar>
            <w:vAlign w:val="center"/>
          </w:tcPr>
          <w:p>
            <w:r>
              <w:rPr>
                <w:rFonts w:ascii="Calibri" w:hAnsi="Calibri"/>
                <w:b w:val="0"/>
                <w:color w:val="203748"/>
                <w:sz w:val="18"/>
              </w:rPr>
              <w:t>3353.160</w:t>
            </w:r>
          </w:p>
        </w:tc>
        <w:tc>
          <w:tcPr>
            <w:tcW w:type="dxa" w:w="1900"/>
            <w:tcMar>
              <w:top w:w="80" w:type="dxa"/>
              <w:start w:w="120" w:type="dxa"/>
              <w:bottom w:w="80" w:type="dxa"/>
              <w:end w:w="120" w:type="dxa"/>
            </w:tcMar>
            <w:vAlign w:val="center"/>
          </w:tcPr>
          <w:p>
            <w:r>
              <w:rPr>
                <w:rFonts w:ascii="Calibri" w:hAnsi="Calibri"/>
                <w:b w:val="0"/>
                <w:color w:val="203748"/>
                <w:sz w:val="18"/>
              </w:rPr>
              <w:t>2.080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10</w:t>
            </w:r>
          </w:p>
        </w:tc>
        <w:tc>
          <w:tcPr>
            <w:tcW w:type="dxa" w:w="1960"/>
            <w:shd w:fill="F7FAFC"/>
            <w:tcMar>
              <w:top w:w="80" w:type="dxa"/>
              <w:start w:w="120" w:type="dxa"/>
              <w:bottom w:w="80" w:type="dxa"/>
              <w:end w:w="120" w:type="dxa"/>
            </w:tcMar>
            <w:vAlign w:val="center"/>
          </w:tcPr>
          <w:p>
            <w:r>
              <w:rPr>
                <w:rFonts w:ascii="Calibri" w:hAnsi="Calibri"/>
                <w:b w:val="0"/>
                <w:color w:val="203748"/>
                <w:sz w:val="18"/>
              </w:rPr>
              <w:t>C</w:t>
            </w:r>
          </w:p>
        </w:tc>
        <w:tc>
          <w:tcPr>
            <w:tcW w:type="dxa" w:w="1600"/>
            <w:shd w:fill="F7FAFC"/>
            <w:tcMar>
              <w:top w:w="80" w:type="dxa"/>
              <w:start w:w="120" w:type="dxa"/>
              <w:bottom w:w="80" w:type="dxa"/>
              <w:end w:w="120" w:type="dxa"/>
            </w:tcMar>
            <w:vAlign w:val="center"/>
          </w:tcPr>
          <w:p>
            <w:r>
              <w:rPr>
                <w:rFonts w:ascii="Calibri" w:hAnsi="Calibri"/>
                <w:b w:val="0"/>
                <w:color w:val="203748"/>
                <w:sz w:val="18"/>
              </w:rPr>
              <w:t>1343.938</w:t>
            </w:r>
          </w:p>
        </w:tc>
        <w:tc>
          <w:tcPr>
            <w:tcW w:type="dxa" w:w="1600"/>
            <w:shd w:fill="F7FAFC"/>
            <w:tcMar>
              <w:top w:w="80" w:type="dxa"/>
              <w:start w:w="120" w:type="dxa"/>
              <w:bottom w:w="80" w:type="dxa"/>
              <w:end w:w="120" w:type="dxa"/>
            </w:tcMar>
            <w:vAlign w:val="center"/>
          </w:tcPr>
          <w:p>
            <w:r>
              <w:rPr>
                <w:rFonts w:ascii="Calibri" w:hAnsi="Calibri"/>
                <w:b w:val="0"/>
                <w:color w:val="203748"/>
                <w:sz w:val="18"/>
              </w:rPr>
              <w:t>1486.065</w:t>
            </w:r>
          </w:p>
        </w:tc>
        <w:tc>
          <w:tcPr>
            <w:tcW w:type="dxa" w:w="1600"/>
            <w:shd w:fill="F7FAFC"/>
            <w:tcMar>
              <w:top w:w="80" w:type="dxa"/>
              <w:start w:w="120" w:type="dxa"/>
              <w:bottom w:w="80" w:type="dxa"/>
              <w:end w:w="120" w:type="dxa"/>
            </w:tcMar>
            <w:vAlign w:val="center"/>
          </w:tcPr>
          <w:p>
            <w:r>
              <w:rPr>
                <w:rFonts w:ascii="Calibri" w:hAnsi="Calibri"/>
                <w:b w:val="0"/>
                <w:color w:val="203748"/>
                <w:sz w:val="18"/>
              </w:rPr>
              <w:t>3056.110</w:t>
            </w:r>
          </w:p>
        </w:tc>
        <w:tc>
          <w:tcPr>
            <w:tcW w:type="dxa" w:w="1900"/>
            <w:shd w:fill="F7FAFC"/>
            <w:tcMar>
              <w:top w:w="80" w:type="dxa"/>
              <w:start w:w="120" w:type="dxa"/>
              <w:bottom w:w="80" w:type="dxa"/>
              <w:end w:w="120" w:type="dxa"/>
            </w:tcMar>
            <w:vAlign w:val="center"/>
          </w:tcPr>
          <w:p>
            <w:r>
              <w:rPr>
                <w:rFonts w:ascii="Calibri" w:hAnsi="Calibri"/>
                <w:b w:val="0"/>
                <w:color w:val="203748"/>
                <w:sz w:val="18"/>
              </w:rPr>
              <w:t>2.120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11</w:t>
            </w:r>
          </w:p>
        </w:tc>
        <w:tc>
          <w:tcPr>
            <w:tcW w:type="dxa" w:w="1960"/>
            <w:tcMar>
              <w:top w:w="80" w:type="dxa"/>
              <w:start w:w="120" w:type="dxa"/>
              <w:bottom w:w="80" w:type="dxa"/>
              <w:end w:w="120" w:type="dxa"/>
            </w:tcMar>
            <w:vAlign w:val="center"/>
          </w:tcPr>
          <w:p>
            <w:r>
              <w:rPr>
                <w:rFonts w:ascii="Calibri" w:hAnsi="Calibri"/>
                <w:b w:val="0"/>
                <w:color w:val="203748"/>
                <w:sz w:val="18"/>
              </w:rPr>
              <w:t>Kotlin</w:t>
            </w:r>
          </w:p>
        </w:tc>
        <w:tc>
          <w:tcPr>
            <w:tcW w:type="dxa" w:w="1600"/>
            <w:tcMar>
              <w:top w:w="80" w:type="dxa"/>
              <w:start w:w="120" w:type="dxa"/>
              <w:bottom w:w="80" w:type="dxa"/>
              <w:end w:w="120" w:type="dxa"/>
            </w:tcMar>
            <w:vAlign w:val="center"/>
          </w:tcPr>
          <w:p>
            <w:r>
              <w:rPr>
                <w:rFonts w:ascii="Calibri" w:hAnsi="Calibri"/>
                <w:b w:val="0"/>
                <w:color w:val="203748"/>
                <w:sz w:val="18"/>
              </w:rPr>
              <w:t>1176.612</w:t>
            </w:r>
          </w:p>
        </w:tc>
        <w:tc>
          <w:tcPr>
            <w:tcW w:type="dxa" w:w="1600"/>
            <w:tcMar>
              <w:top w:w="80" w:type="dxa"/>
              <w:start w:w="120" w:type="dxa"/>
              <w:bottom w:w="80" w:type="dxa"/>
              <w:end w:w="120" w:type="dxa"/>
            </w:tcMar>
            <w:vAlign w:val="center"/>
          </w:tcPr>
          <w:p>
            <w:r>
              <w:rPr>
                <w:rFonts w:ascii="Calibri" w:hAnsi="Calibri"/>
                <w:b w:val="0"/>
                <w:color w:val="203748"/>
                <w:sz w:val="18"/>
              </w:rPr>
              <w:t>1593.443</w:t>
            </w:r>
          </w:p>
        </w:tc>
        <w:tc>
          <w:tcPr>
            <w:tcW w:type="dxa" w:w="1600"/>
            <w:tcMar>
              <w:top w:w="80" w:type="dxa"/>
              <w:start w:w="120" w:type="dxa"/>
              <w:bottom w:w="80" w:type="dxa"/>
              <w:end w:w="120" w:type="dxa"/>
            </w:tcMar>
            <w:vAlign w:val="center"/>
          </w:tcPr>
          <w:p>
            <w:r>
              <w:rPr>
                <w:rFonts w:ascii="Calibri" w:hAnsi="Calibri"/>
                <w:b w:val="0"/>
                <w:color w:val="203748"/>
                <w:sz w:val="18"/>
              </w:rPr>
              <w:t>5530.074</w:t>
            </w:r>
          </w:p>
        </w:tc>
        <w:tc>
          <w:tcPr>
            <w:tcW w:type="dxa" w:w="1900"/>
            <w:tcMar>
              <w:top w:w="80" w:type="dxa"/>
              <w:start w:w="120" w:type="dxa"/>
              <w:bottom w:w="80" w:type="dxa"/>
              <w:end w:w="120" w:type="dxa"/>
            </w:tcMar>
            <w:vAlign w:val="center"/>
          </w:tcPr>
          <w:p>
            <w:r>
              <w:rPr>
                <w:rFonts w:ascii="Calibri" w:hAnsi="Calibri"/>
                <w:b w:val="0"/>
                <w:color w:val="203748"/>
                <w:sz w:val="18"/>
              </w:rPr>
              <w:t>2.273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12</w:t>
            </w:r>
          </w:p>
        </w:tc>
        <w:tc>
          <w:tcPr>
            <w:tcW w:type="dxa" w:w="1960"/>
            <w:shd w:fill="F7FAFC"/>
            <w:tcMar>
              <w:top w:w="80" w:type="dxa"/>
              <w:start w:w="120" w:type="dxa"/>
              <w:bottom w:w="80" w:type="dxa"/>
              <w:end w:w="120" w:type="dxa"/>
            </w:tcMar>
            <w:vAlign w:val="center"/>
          </w:tcPr>
          <w:p>
            <w:r>
              <w:rPr>
                <w:rFonts w:ascii="Calibri" w:hAnsi="Calibri"/>
                <w:b w:val="0"/>
                <w:color w:val="203748"/>
                <w:sz w:val="18"/>
              </w:rPr>
              <w:t>Ada</w:t>
            </w:r>
          </w:p>
        </w:tc>
        <w:tc>
          <w:tcPr>
            <w:tcW w:type="dxa" w:w="1600"/>
            <w:shd w:fill="F7FAFC"/>
            <w:tcMar>
              <w:top w:w="80" w:type="dxa"/>
              <w:start w:w="120" w:type="dxa"/>
              <w:bottom w:w="80" w:type="dxa"/>
              <w:end w:w="120" w:type="dxa"/>
            </w:tcMar>
            <w:vAlign w:val="center"/>
          </w:tcPr>
          <w:p>
            <w:r>
              <w:rPr>
                <w:rFonts w:ascii="Calibri" w:hAnsi="Calibri"/>
                <w:b w:val="0"/>
                <w:color w:val="203748"/>
                <w:sz w:val="18"/>
              </w:rPr>
              <w:t>1460.014</w:t>
            </w:r>
          </w:p>
        </w:tc>
        <w:tc>
          <w:tcPr>
            <w:tcW w:type="dxa" w:w="1600"/>
            <w:shd w:fill="F7FAFC"/>
            <w:tcMar>
              <w:top w:w="80" w:type="dxa"/>
              <w:start w:w="120" w:type="dxa"/>
              <w:bottom w:w="80" w:type="dxa"/>
              <w:end w:w="120" w:type="dxa"/>
            </w:tcMar>
            <w:vAlign w:val="center"/>
          </w:tcPr>
          <w:p>
            <w:r>
              <w:rPr>
                <w:rFonts w:ascii="Calibri" w:hAnsi="Calibri"/>
                <w:b w:val="0"/>
                <w:color w:val="203748"/>
                <w:sz w:val="18"/>
              </w:rPr>
              <w:t>1640.974</w:t>
            </w:r>
          </w:p>
        </w:tc>
        <w:tc>
          <w:tcPr>
            <w:tcW w:type="dxa" w:w="1600"/>
            <w:shd w:fill="F7FAFC"/>
            <w:tcMar>
              <w:top w:w="80" w:type="dxa"/>
              <w:start w:w="120" w:type="dxa"/>
              <w:bottom w:w="80" w:type="dxa"/>
              <w:end w:w="120" w:type="dxa"/>
            </w:tcMar>
            <w:vAlign w:val="center"/>
          </w:tcPr>
          <w:p>
            <w:r>
              <w:rPr>
                <w:rFonts w:ascii="Calibri" w:hAnsi="Calibri"/>
                <w:b w:val="0"/>
                <w:color w:val="203748"/>
                <w:sz w:val="18"/>
              </w:rPr>
              <w:t>3057.029</w:t>
            </w:r>
          </w:p>
        </w:tc>
        <w:tc>
          <w:tcPr>
            <w:tcW w:type="dxa" w:w="1900"/>
            <w:shd w:fill="F7FAFC"/>
            <w:tcMar>
              <w:top w:w="80" w:type="dxa"/>
              <w:start w:w="120" w:type="dxa"/>
              <w:bottom w:w="80" w:type="dxa"/>
              <w:end w:w="120" w:type="dxa"/>
            </w:tcMar>
            <w:vAlign w:val="center"/>
          </w:tcPr>
          <w:p>
            <w:r>
              <w:rPr>
                <w:rFonts w:ascii="Calibri" w:hAnsi="Calibri"/>
                <w:b w:val="0"/>
                <w:color w:val="203748"/>
                <w:sz w:val="18"/>
              </w:rPr>
              <w:t>2.341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13</w:t>
            </w:r>
          </w:p>
        </w:tc>
        <w:tc>
          <w:tcPr>
            <w:tcW w:type="dxa" w:w="1960"/>
            <w:tcMar>
              <w:top w:w="80" w:type="dxa"/>
              <w:start w:w="120" w:type="dxa"/>
              <w:bottom w:w="80" w:type="dxa"/>
              <w:end w:w="120" w:type="dxa"/>
            </w:tcMar>
            <w:vAlign w:val="center"/>
          </w:tcPr>
          <w:p>
            <w:r>
              <w:rPr>
                <w:rFonts w:ascii="Calibri" w:hAnsi="Calibri"/>
                <w:b w:val="0"/>
                <w:color w:val="203748"/>
                <w:sz w:val="18"/>
              </w:rPr>
              <w:t>V</w:t>
            </w:r>
          </w:p>
        </w:tc>
        <w:tc>
          <w:tcPr>
            <w:tcW w:type="dxa" w:w="1600"/>
            <w:tcMar>
              <w:top w:w="80" w:type="dxa"/>
              <w:start w:w="120" w:type="dxa"/>
              <w:bottom w:w="80" w:type="dxa"/>
              <w:end w:w="120" w:type="dxa"/>
            </w:tcMar>
            <w:vAlign w:val="center"/>
          </w:tcPr>
          <w:p>
            <w:r>
              <w:rPr>
                <w:rFonts w:ascii="Calibri" w:hAnsi="Calibri"/>
                <w:b w:val="0"/>
                <w:color w:val="203748"/>
                <w:sz w:val="18"/>
              </w:rPr>
              <w:t>1575.736</w:t>
            </w:r>
          </w:p>
        </w:tc>
        <w:tc>
          <w:tcPr>
            <w:tcW w:type="dxa" w:w="1600"/>
            <w:tcMar>
              <w:top w:w="80" w:type="dxa"/>
              <w:start w:w="120" w:type="dxa"/>
              <w:bottom w:w="80" w:type="dxa"/>
              <w:end w:w="120" w:type="dxa"/>
            </w:tcMar>
            <w:vAlign w:val="center"/>
          </w:tcPr>
          <w:p>
            <w:r>
              <w:rPr>
                <w:rFonts w:ascii="Calibri" w:hAnsi="Calibri"/>
                <w:b w:val="0"/>
                <w:color w:val="203748"/>
                <w:sz w:val="18"/>
              </w:rPr>
              <w:t>1878.741</w:t>
            </w:r>
          </w:p>
        </w:tc>
        <w:tc>
          <w:tcPr>
            <w:tcW w:type="dxa" w:w="1600"/>
            <w:tcMar>
              <w:top w:w="80" w:type="dxa"/>
              <w:start w:w="120" w:type="dxa"/>
              <w:bottom w:w="80" w:type="dxa"/>
              <w:end w:w="120" w:type="dxa"/>
            </w:tcMar>
            <w:vAlign w:val="center"/>
          </w:tcPr>
          <w:p>
            <w:r>
              <w:rPr>
                <w:rFonts w:ascii="Calibri" w:hAnsi="Calibri"/>
                <w:b w:val="0"/>
                <w:color w:val="203748"/>
                <w:sz w:val="18"/>
              </w:rPr>
              <w:t>2571.347</w:t>
            </w:r>
          </w:p>
        </w:tc>
        <w:tc>
          <w:tcPr>
            <w:tcW w:type="dxa" w:w="1900"/>
            <w:tcMar>
              <w:top w:w="80" w:type="dxa"/>
              <w:start w:w="120" w:type="dxa"/>
              <w:bottom w:w="80" w:type="dxa"/>
              <w:end w:w="120" w:type="dxa"/>
            </w:tcMar>
            <w:vAlign w:val="center"/>
          </w:tcPr>
          <w:p>
            <w:r>
              <w:rPr>
                <w:rFonts w:ascii="Calibri" w:hAnsi="Calibri"/>
                <w:b w:val="0"/>
                <w:color w:val="203748"/>
                <w:sz w:val="18"/>
              </w:rPr>
              <w:t>2.680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14</w:t>
            </w:r>
          </w:p>
        </w:tc>
        <w:tc>
          <w:tcPr>
            <w:tcW w:type="dxa" w:w="1960"/>
            <w:shd w:fill="F7FAFC"/>
            <w:tcMar>
              <w:top w:w="80" w:type="dxa"/>
              <w:start w:w="120" w:type="dxa"/>
              <w:bottom w:w="80" w:type="dxa"/>
              <w:end w:w="120" w:type="dxa"/>
            </w:tcMar>
            <w:vAlign w:val="center"/>
          </w:tcPr>
          <w:p>
            <w:r>
              <w:rPr>
                <w:rFonts w:ascii="Calibri" w:hAnsi="Calibri"/>
                <w:b w:val="0"/>
                <w:color w:val="203748"/>
                <w:sz w:val="18"/>
              </w:rPr>
              <w:t>D</w:t>
            </w:r>
          </w:p>
        </w:tc>
        <w:tc>
          <w:tcPr>
            <w:tcW w:type="dxa" w:w="1600"/>
            <w:shd w:fill="F7FAFC"/>
            <w:tcMar>
              <w:top w:w="80" w:type="dxa"/>
              <w:start w:w="120" w:type="dxa"/>
              <w:bottom w:w="80" w:type="dxa"/>
              <w:end w:w="120" w:type="dxa"/>
            </w:tcMar>
            <w:vAlign w:val="center"/>
          </w:tcPr>
          <w:p>
            <w:r>
              <w:rPr>
                <w:rFonts w:ascii="Calibri" w:hAnsi="Calibri"/>
                <w:b w:val="0"/>
                <w:color w:val="203748"/>
                <w:sz w:val="18"/>
              </w:rPr>
              <w:t>1546.526</w:t>
            </w:r>
          </w:p>
        </w:tc>
        <w:tc>
          <w:tcPr>
            <w:tcW w:type="dxa" w:w="1600"/>
            <w:shd w:fill="F7FAFC"/>
            <w:tcMar>
              <w:top w:w="80" w:type="dxa"/>
              <w:start w:w="120" w:type="dxa"/>
              <w:bottom w:w="80" w:type="dxa"/>
              <w:end w:w="120" w:type="dxa"/>
            </w:tcMar>
            <w:vAlign w:val="center"/>
          </w:tcPr>
          <w:p>
            <w:r>
              <w:rPr>
                <w:rFonts w:ascii="Calibri" w:hAnsi="Calibri"/>
                <w:b w:val="0"/>
                <w:color w:val="203748"/>
                <w:sz w:val="18"/>
              </w:rPr>
              <w:t>1890.757</w:t>
            </w:r>
          </w:p>
        </w:tc>
        <w:tc>
          <w:tcPr>
            <w:tcW w:type="dxa" w:w="1600"/>
            <w:shd w:fill="F7FAFC"/>
            <w:tcMar>
              <w:top w:w="80" w:type="dxa"/>
              <w:start w:w="120" w:type="dxa"/>
              <w:bottom w:w="80" w:type="dxa"/>
              <w:end w:w="120" w:type="dxa"/>
            </w:tcMar>
            <w:vAlign w:val="center"/>
          </w:tcPr>
          <w:p>
            <w:r>
              <w:rPr>
                <w:rFonts w:ascii="Calibri" w:hAnsi="Calibri"/>
                <w:b w:val="0"/>
                <w:color w:val="203748"/>
                <w:sz w:val="18"/>
              </w:rPr>
              <w:t>4220.870</w:t>
            </w:r>
          </w:p>
        </w:tc>
        <w:tc>
          <w:tcPr>
            <w:tcW w:type="dxa" w:w="1900"/>
            <w:shd w:fill="F7FAFC"/>
            <w:tcMar>
              <w:top w:w="80" w:type="dxa"/>
              <w:start w:w="120" w:type="dxa"/>
              <w:bottom w:w="80" w:type="dxa"/>
              <w:end w:w="120" w:type="dxa"/>
            </w:tcMar>
            <w:vAlign w:val="center"/>
          </w:tcPr>
          <w:p>
            <w:r>
              <w:rPr>
                <w:rFonts w:ascii="Calibri" w:hAnsi="Calibri"/>
                <w:b w:val="0"/>
                <w:color w:val="203748"/>
                <w:sz w:val="18"/>
              </w:rPr>
              <w:t>2.697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15</w:t>
            </w:r>
          </w:p>
        </w:tc>
        <w:tc>
          <w:tcPr>
            <w:tcW w:type="dxa" w:w="1960"/>
            <w:tcMar>
              <w:top w:w="80" w:type="dxa"/>
              <w:start w:w="120" w:type="dxa"/>
              <w:bottom w:w="80" w:type="dxa"/>
              <w:end w:w="120" w:type="dxa"/>
            </w:tcMar>
            <w:vAlign w:val="center"/>
          </w:tcPr>
          <w:p>
            <w:r>
              <w:rPr>
                <w:rFonts w:ascii="Calibri" w:hAnsi="Calibri"/>
                <w:b w:val="0"/>
                <w:color w:val="203748"/>
                <w:sz w:val="18"/>
              </w:rPr>
              <w:t>Go</w:t>
            </w:r>
          </w:p>
        </w:tc>
        <w:tc>
          <w:tcPr>
            <w:tcW w:type="dxa" w:w="1600"/>
            <w:tcMar>
              <w:top w:w="80" w:type="dxa"/>
              <w:start w:w="120" w:type="dxa"/>
              <w:bottom w:w="80" w:type="dxa"/>
              <w:end w:w="120" w:type="dxa"/>
            </w:tcMar>
            <w:vAlign w:val="center"/>
          </w:tcPr>
          <w:p>
            <w:r>
              <w:rPr>
                <w:rFonts w:ascii="Calibri" w:hAnsi="Calibri"/>
                <w:b w:val="0"/>
                <w:color w:val="203748"/>
                <w:sz w:val="18"/>
              </w:rPr>
              <w:t>1468.523</w:t>
            </w:r>
          </w:p>
        </w:tc>
        <w:tc>
          <w:tcPr>
            <w:tcW w:type="dxa" w:w="1600"/>
            <w:tcMar>
              <w:top w:w="80" w:type="dxa"/>
              <w:start w:w="120" w:type="dxa"/>
              <w:bottom w:w="80" w:type="dxa"/>
              <w:end w:w="120" w:type="dxa"/>
            </w:tcMar>
            <w:vAlign w:val="center"/>
          </w:tcPr>
          <w:p>
            <w:r>
              <w:rPr>
                <w:rFonts w:ascii="Calibri" w:hAnsi="Calibri"/>
                <w:b w:val="0"/>
                <w:color w:val="203748"/>
                <w:sz w:val="18"/>
              </w:rPr>
              <w:t>2141.171</w:t>
            </w:r>
          </w:p>
        </w:tc>
        <w:tc>
          <w:tcPr>
            <w:tcW w:type="dxa" w:w="1600"/>
            <w:tcMar>
              <w:top w:w="80" w:type="dxa"/>
              <w:start w:w="120" w:type="dxa"/>
              <w:bottom w:w="80" w:type="dxa"/>
              <w:end w:w="120" w:type="dxa"/>
            </w:tcMar>
            <w:vAlign w:val="center"/>
          </w:tcPr>
          <w:p>
            <w:r>
              <w:rPr>
                <w:rFonts w:ascii="Calibri" w:hAnsi="Calibri"/>
                <w:b w:val="0"/>
                <w:color w:val="203748"/>
                <w:sz w:val="18"/>
              </w:rPr>
              <w:t>9256.961</w:t>
            </w:r>
          </w:p>
        </w:tc>
        <w:tc>
          <w:tcPr>
            <w:tcW w:type="dxa" w:w="1900"/>
            <w:tcMar>
              <w:top w:w="80" w:type="dxa"/>
              <w:start w:w="120" w:type="dxa"/>
              <w:bottom w:w="80" w:type="dxa"/>
              <w:end w:w="120" w:type="dxa"/>
            </w:tcMar>
            <w:vAlign w:val="center"/>
          </w:tcPr>
          <w:p>
            <w:r>
              <w:rPr>
                <w:rFonts w:ascii="Calibri" w:hAnsi="Calibri"/>
                <w:b w:val="0"/>
                <w:color w:val="203748"/>
                <w:sz w:val="18"/>
              </w:rPr>
              <w:t>3.054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16</w:t>
            </w:r>
          </w:p>
        </w:tc>
        <w:tc>
          <w:tcPr>
            <w:tcW w:type="dxa" w:w="1960"/>
            <w:shd w:fill="F7FAFC"/>
            <w:tcMar>
              <w:top w:w="80" w:type="dxa"/>
              <w:start w:w="120" w:type="dxa"/>
              <w:bottom w:w="80" w:type="dxa"/>
              <w:end w:w="120" w:type="dxa"/>
            </w:tcMar>
            <w:vAlign w:val="center"/>
          </w:tcPr>
          <w:p>
            <w:r>
              <w:rPr>
                <w:rFonts w:ascii="Calibri" w:hAnsi="Calibri"/>
                <w:b w:val="0"/>
                <w:color w:val="203748"/>
                <w:sz w:val="18"/>
              </w:rPr>
              <w:t>Visual Basic .NET</w:t>
            </w:r>
          </w:p>
        </w:tc>
        <w:tc>
          <w:tcPr>
            <w:tcW w:type="dxa" w:w="1600"/>
            <w:shd w:fill="F7FAFC"/>
            <w:tcMar>
              <w:top w:w="80" w:type="dxa"/>
              <w:start w:w="120" w:type="dxa"/>
              <w:bottom w:w="80" w:type="dxa"/>
              <w:end w:w="120" w:type="dxa"/>
            </w:tcMar>
            <w:vAlign w:val="center"/>
          </w:tcPr>
          <w:p>
            <w:r>
              <w:rPr>
                <w:rFonts w:ascii="Calibri" w:hAnsi="Calibri"/>
                <w:b w:val="0"/>
                <w:color w:val="203748"/>
                <w:sz w:val="18"/>
              </w:rPr>
              <w:t>1696.939</w:t>
            </w:r>
          </w:p>
        </w:tc>
        <w:tc>
          <w:tcPr>
            <w:tcW w:type="dxa" w:w="1600"/>
            <w:shd w:fill="F7FAFC"/>
            <w:tcMar>
              <w:top w:w="80" w:type="dxa"/>
              <w:start w:w="120" w:type="dxa"/>
              <w:bottom w:w="80" w:type="dxa"/>
              <w:end w:w="120" w:type="dxa"/>
            </w:tcMar>
            <w:vAlign w:val="center"/>
          </w:tcPr>
          <w:p>
            <w:r>
              <w:rPr>
                <w:rFonts w:ascii="Calibri" w:hAnsi="Calibri"/>
                <w:b w:val="0"/>
                <w:color w:val="203748"/>
                <w:sz w:val="18"/>
              </w:rPr>
              <w:t>2216.958</w:t>
            </w:r>
          </w:p>
        </w:tc>
        <w:tc>
          <w:tcPr>
            <w:tcW w:type="dxa" w:w="1600"/>
            <w:shd w:fill="F7FAFC"/>
            <w:tcMar>
              <w:top w:w="80" w:type="dxa"/>
              <w:start w:w="120" w:type="dxa"/>
              <w:bottom w:w="80" w:type="dxa"/>
              <w:end w:w="120" w:type="dxa"/>
            </w:tcMar>
            <w:vAlign w:val="center"/>
          </w:tcPr>
          <w:p>
            <w:r>
              <w:rPr>
                <w:rFonts w:ascii="Calibri" w:hAnsi="Calibri"/>
                <w:b w:val="0"/>
                <w:color w:val="203748"/>
                <w:sz w:val="18"/>
              </w:rPr>
              <w:t>3742.810</w:t>
            </w:r>
          </w:p>
        </w:tc>
        <w:tc>
          <w:tcPr>
            <w:tcW w:type="dxa" w:w="1900"/>
            <w:shd w:fill="F7FAFC"/>
            <w:tcMar>
              <w:top w:w="80" w:type="dxa"/>
              <w:start w:w="120" w:type="dxa"/>
              <w:bottom w:w="80" w:type="dxa"/>
              <w:end w:w="120" w:type="dxa"/>
            </w:tcMar>
            <w:vAlign w:val="center"/>
          </w:tcPr>
          <w:p>
            <w:r>
              <w:rPr>
                <w:rFonts w:ascii="Calibri" w:hAnsi="Calibri"/>
                <w:b w:val="0"/>
                <w:color w:val="203748"/>
                <w:sz w:val="18"/>
              </w:rPr>
              <w:t>3.163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17</w:t>
            </w:r>
          </w:p>
        </w:tc>
        <w:tc>
          <w:tcPr>
            <w:tcW w:type="dxa" w:w="1960"/>
            <w:tcMar>
              <w:top w:w="80" w:type="dxa"/>
              <w:start w:w="120" w:type="dxa"/>
              <w:bottom w:w="80" w:type="dxa"/>
              <w:end w:w="120" w:type="dxa"/>
            </w:tcMar>
            <w:vAlign w:val="center"/>
          </w:tcPr>
          <w:p>
            <w:r>
              <w:rPr>
                <w:rFonts w:ascii="Calibri" w:hAnsi="Calibri"/>
                <w:b w:val="0"/>
                <w:color w:val="203748"/>
                <w:sz w:val="18"/>
              </w:rPr>
              <w:t>F#</w:t>
            </w:r>
          </w:p>
        </w:tc>
        <w:tc>
          <w:tcPr>
            <w:tcW w:type="dxa" w:w="1600"/>
            <w:tcMar>
              <w:top w:w="80" w:type="dxa"/>
              <w:start w:w="120" w:type="dxa"/>
              <w:bottom w:w="80" w:type="dxa"/>
              <w:end w:w="120" w:type="dxa"/>
            </w:tcMar>
            <w:vAlign w:val="center"/>
          </w:tcPr>
          <w:p>
            <w:r>
              <w:rPr>
                <w:rFonts w:ascii="Calibri" w:hAnsi="Calibri"/>
                <w:b w:val="0"/>
                <w:color w:val="203748"/>
                <w:sz w:val="18"/>
              </w:rPr>
              <w:t>1783.725</w:t>
            </w:r>
          </w:p>
        </w:tc>
        <w:tc>
          <w:tcPr>
            <w:tcW w:type="dxa" w:w="1600"/>
            <w:tcMar>
              <w:top w:w="80" w:type="dxa"/>
              <w:start w:w="120" w:type="dxa"/>
              <w:bottom w:w="80" w:type="dxa"/>
              <w:end w:w="120" w:type="dxa"/>
            </w:tcMar>
            <w:vAlign w:val="center"/>
          </w:tcPr>
          <w:p>
            <w:r>
              <w:rPr>
                <w:rFonts w:ascii="Calibri" w:hAnsi="Calibri"/>
                <w:b w:val="0"/>
                <w:color w:val="203748"/>
                <w:sz w:val="18"/>
              </w:rPr>
              <w:t>2231.113</w:t>
            </w:r>
          </w:p>
        </w:tc>
        <w:tc>
          <w:tcPr>
            <w:tcW w:type="dxa" w:w="1600"/>
            <w:tcMar>
              <w:top w:w="80" w:type="dxa"/>
              <w:start w:w="120" w:type="dxa"/>
              <w:bottom w:w="80" w:type="dxa"/>
              <w:end w:w="120" w:type="dxa"/>
            </w:tcMar>
            <w:vAlign w:val="center"/>
          </w:tcPr>
          <w:p>
            <w:r>
              <w:rPr>
                <w:rFonts w:ascii="Calibri" w:hAnsi="Calibri"/>
                <w:b w:val="0"/>
                <w:color w:val="203748"/>
                <w:sz w:val="18"/>
              </w:rPr>
              <w:t>3564.241</w:t>
            </w:r>
          </w:p>
        </w:tc>
        <w:tc>
          <w:tcPr>
            <w:tcW w:type="dxa" w:w="1900"/>
            <w:tcMar>
              <w:top w:w="80" w:type="dxa"/>
              <w:start w:w="120" w:type="dxa"/>
              <w:bottom w:w="80" w:type="dxa"/>
              <w:end w:w="120" w:type="dxa"/>
            </w:tcMar>
            <w:vAlign w:val="center"/>
          </w:tcPr>
          <w:p>
            <w:r>
              <w:rPr>
                <w:rFonts w:ascii="Calibri" w:hAnsi="Calibri"/>
                <w:b w:val="0"/>
                <w:color w:val="203748"/>
                <w:sz w:val="18"/>
              </w:rPr>
              <w:t>3.183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18</w:t>
            </w:r>
          </w:p>
        </w:tc>
        <w:tc>
          <w:tcPr>
            <w:tcW w:type="dxa" w:w="1960"/>
            <w:shd w:fill="F7FAFC"/>
            <w:tcMar>
              <w:top w:w="80" w:type="dxa"/>
              <w:start w:w="120" w:type="dxa"/>
              <w:bottom w:w="80" w:type="dxa"/>
              <w:end w:w="120" w:type="dxa"/>
            </w:tcMar>
            <w:vAlign w:val="center"/>
          </w:tcPr>
          <w:p>
            <w:r>
              <w:rPr>
                <w:rFonts w:ascii="Calibri" w:hAnsi="Calibri"/>
                <w:b w:val="0"/>
                <w:color w:val="203748"/>
                <w:sz w:val="18"/>
              </w:rPr>
              <w:t>Nim</w:t>
            </w:r>
          </w:p>
        </w:tc>
        <w:tc>
          <w:tcPr>
            <w:tcW w:type="dxa" w:w="1600"/>
            <w:shd w:fill="F7FAFC"/>
            <w:tcMar>
              <w:top w:w="80" w:type="dxa"/>
              <w:start w:w="120" w:type="dxa"/>
              <w:bottom w:w="80" w:type="dxa"/>
              <w:end w:w="120" w:type="dxa"/>
            </w:tcMar>
            <w:vAlign w:val="center"/>
          </w:tcPr>
          <w:p>
            <w:r>
              <w:rPr>
                <w:rFonts w:ascii="Calibri" w:hAnsi="Calibri"/>
                <w:b w:val="0"/>
                <w:color w:val="203748"/>
                <w:sz w:val="18"/>
              </w:rPr>
              <w:t>2119.599</w:t>
            </w:r>
          </w:p>
        </w:tc>
        <w:tc>
          <w:tcPr>
            <w:tcW w:type="dxa" w:w="1600"/>
            <w:shd w:fill="F7FAFC"/>
            <w:tcMar>
              <w:top w:w="80" w:type="dxa"/>
              <w:start w:w="120" w:type="dxa"/>
              <w:bottom w:w="80" w:type="dxa"/>
              <w:end w:w="120" w:type="dxa"/>
            </w:tcMar>
            <w:vAlign w:val="center"/>
          </w:tcPr>
          <w:p>
            <w:r>
              <w:rPr>
                <w:rFonts w:ascii="Calibri" w:hAnsi="Calibri"/>
                <w:b w:val="0"/>
                <w:color w:val="203748"/>
                <w:sz w:val="18"/>
              </w:rPr>
              <w:t>2326.564</w:t>
            </w:r>
          </w:p>
        </w:tc>
        <w:tc>
          <w:tcPr>
            <w:tcW w:type="dxa" w:w="1600"/>
            <w:shd w:fill="F7FAFC"/>
            <w:tcMar>
              <w:top w:w="80" w:type="dxa"/>
              <w:start w:w="120" w:type="dxa"/>
              <w:bottom w:w="80" w:type="dxa"/>
              <w:end w:w="120" w:type="dxa"/>
            </w:tcMar>
            <w:vAlign w:val="center"/>
          </w:tcPr>
          <w:p>
            <w:r>
              <w:rPr>
                <w:rFonts w:ascii="Calibri" w:hAnsi="Calibri"/>
                <w:b w:val="0"/>
                <w:color w:val="203748"/>
                <w:sz w:val="18"/>
              </w:rPr>
              <w:t>5060.611</w:t>
            </w:r>
          </w:p>
        </w:tc>
        <w:tc>
          <w:tcPr>
            <w:tcW w:type="dxa" w:w="1900"/>
            <w:shd w:fill="F7FAFC"/>
            <w:tcMar>
              <w:top w:w="80" w:type="dxa"/>
              <w:start w:w="120" w:type="dxa"/>
              <w:bottom w:w="80" w:type="dxa"/>
              <w:end w:w="120" w:type="dxa"/>
            </w:tcMar>
            <w:vAlign w:val="center"/>
          </w:tcPr>
          <w:p>
            <w:r>
              <w:rPr>
                <w:rFonts w:ascii="Calibri" w:hAnsi="Calibri"/>
                <w:b w:val="0"/>
                <w:color w:val="203748"/>
                <w:sz w:val="18"/>
              </w:rPr>
              <w:t>3.319</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19</w:t>
            </w:r>
          </w:p>
        </w:tc>
        <w:tc>
          <w:tcPr>
            <w:tcW w:type="dxa" w:w="1960"/>
            <w:tcMar>
              <w:top w:w="80" w:type="dxa"/>
              <w:start w:w="120" w:type="dxa"/>
              <w:bottom w:w="80" w:type="dxa"/>
              <w:end w:w="120" w:type="dxa"/>
            </w:tcMar>
            <w:vAlign w:val="center"/>
          </w:tcPr>
          <w:p>
            <w:r>
              <w:rPr>
                <w:rFonts w:ascii="Calibri" w:hAnsi="Calibri"/>
                <w:b w:val="0"/>
                <w:color w:val="203748"/>
                <w:sz w:val="18"/>
              </w:rPr>
              <w:t>C#</w:t>
            </w:r>
          </w:p>
        </w:tc>
        <w:tc>
          <w:tcPr>
            <w:tcW w:type="dxa" w:w="1600"/>
            <w:tcMar>
              <w:top w:w="80" w:type="dxa"/>
              <w:start w:w="120" w:type="dxa"/>
              <w:bottom w:w="80" w:type="dxa"/>
              <w:end w:w="120" w:type="dxa"/>
            </w:tcMar>
            <w:vAlign w:val="center"/>
          </w:tcPr>
          <w:p>
            <w:r>
              <w:rPr>
                <w:rFonts w:ascii="Calibri" w:hAnsi="Calibri"/>
                <w:b w:val="0"/>
                <w:color w:val="203748"/>
                <w:sz w:val="18"/>
              </w:rPr>
              <w:t>2374.419</w:t>
            </w:r>
          </w:p>
        </w:tc>
        <w:tc>
          <w:tcPr>
            <w:tcW w:type="dxa" w:w="1600"/>
            <w:tcMar>
              <w:top w:w="80" w:type="dxa"/>
              <w:start w:w="120" w:type="dxa"/>
              <w:bottom w:w="80" w:type="dxa"/>
              <w:end w:w="120" w:type="dxa"/>
            </w:tcMar>
            <w:vAlign w:val="center"/>
          </w:tcPr>
          <w:p>
            <w:r>
              <w:rPr>
                <w:rFonts w:ascii="Calibri" w:hAnsi="Calibri"/>
                <w:b w:val="0"/>
                <w:color w:val="203748"/>
                <w:sz w:val="18"/>
              </w:rPr>
              <w:t>2552.401</w:t>
            </w:r>
          </w:p>
        </w:tc>
        <w:tc>
          <w:tcPr>
            <w:tcW w:type="dxa" w:w="1600"/>
            <w:tcMar>
              <w:top w:w="80" w:type="dxa"/>
              <w:start w:w="120" w:type="dxa"/>
              <w:bottom w:w="80" w:type="dxa"/>
              <w:end w:w="120" w:type="dxa"/>
            </w:tcMar>
            <w:vAlign w:val="center"/>
          </w:tcPr>
          <w:p>
            <w:r>
              <w:rPr>
                <w:rFonts w:ascii="Calibri" w:hAnsi="Calibri"/>
                <w:b w:val="0"/>
                <w:color w:val="203748"/>
                <w:sz w:val="18"/>
              </w:rPr>
              <w:t>6731.288</w:t>
            </w:r>
          </w:p>
        </w:tc>
        <w:tc>
          <w:tcPr>
            <w:tcW w:type="dxa" w:w="1900"/>
            <w:tcMar>
              <w:top w:w="80" w:type="dxa"/>
              <w:start w:w="120" w:type="dxa"/>
              <w:bottom w:w="80" w:type="dxa"/>
              <w:end w:w="120" w:type="dxa"/>
            </w:tcMar>
            <w:vAlign w:val="center"/>
          </w:tcPr>
          <w:p>
            <w:r>
              <w:rPr>
                <w:rFonts w:ascii="Calibri" w:hAnsi="Calibri"/>
                <w:b w:val="0"/>
                <w:color w:val="203748"/>
                <w:sz w:val="18"/>
              </w:rPr>
              <w:t>3.641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20</w:t>
            </w:r>
          </w:p>
        </w:tc>
        <w:tc>
          <w:tcPr>
            <w:tcW w:type="dxa" w:w="1960"/>
            <w:shd w:fill="F7FAFC"/>
            <w:tcMar>
              <w:top w:w="80" w:type="dxa"/>
              <w:start w:w="120" w:type="dxa"/>
              <w:bottom w:w="80" w:type="dxa"/>
              <w:end w:w="120" w:type="dxa"/>
            </w:tcMar>
            <w:vAlign w:val="center"/>
          </w:tcPr>
          <w:p>
            <w:r>
              <w:rPr>
                <w:rFonts w:ascii="Calibri" w:hAnsi="Calibri"/>
                <w:b w:val="0"/>
                <w:color w:val="203748"/>
                <w:sz w:val="18"/>
              </w:rPr>
              <w:t>Dart</w:t>
            </w:r>
          </w:p>
        </w:tc>
        <w:tc>
          <w:tcPr>
            <w:tcW w:type="dxa" w:w="1600"/>
            <w:shd w:fill="F7FAFC"/>
            <w:tcMar>
              <w:top w:w="80" w:type="dxa"/>
              <w:start w:w="120" w:type="dxa"/>
              <w:bottom w:w="80" w:type="dxa"/>
              <w:end w:w="120" w:type="dxa"/>
            </w:tcMar>
            <w:vAlign w:val="center"/>
          </w:tcPr>
          <w:p>
            <w:r>
              <w:rPr>
                <w:rFonts w:ascii="Calibri" w:hAnsi="Calibri"/>
                <w:b w:val="0"/>
                <w:color w:val="203748"/>
                <w:sz w:val="18"/>
              </w:rPr>
              <w:t>2190.595</w:t>
            </w:r>
          </w:p>
        </w:tc>
        <w:tc>
          <w:tcPr>
            <w:tcW w:type="dxa" w:w="1600"/>
            <w:shd w:fill="F7FAFC"/>
            <w:tcMar>
              <w:top w:w="80" w:type="dxa"/>
              <w:start w:w="120" w:type="dxa"/>
              <w:bottom w:w="80" w:type="dxa"/>
              <w:end w:w="120" w:type="dxa"/>
            </w:tcMar>
            <w:vAlign w:val="center"/>
          </w:tcPr>
          <w:p>
            <w:r>
              <w:rPr>
                <w:rFonts w:ascii="Calibri" w:hAnsi="Calibri"/>
                <w:b w:val="0"/>
                <w:color w:val="203748"/>
                <w:sz w:val="18"/>
              </w:rPr>
              <w:t>2733.704</w:t>
            </w:r>
          </w:p>
        </w:tc>
        <w:tc>
          <w:tcPr>
            <w:tcW w:type="dxa" w:w="1600"/>
            <w:shd w:fill="F7FAFC"/>
            <w:tcMar>
              <w:top w:w="80" w:type="dxa"/>
              <w:start w:w="120" w:type="dxa"/>
              <w:bottom w:w="80" w:type="dxa"/>
              <w:end w:w="120" w:type="dxa"/>
            </w:tcMar>
            <w:vAlign w:val="center"/>
          </w:tcPr>
          <w:p>
            <w:r>
              <w:rPr>
                <w:rFonts w:ascii="Calibri" w:hAnsi="Calibri"/>
                <w:b w:val="0"/>
                <w:color w:val="203748"/>
                <w:sz w:val="18"/>
              </w:rPr>
              <w:t>5027.791</w:t>
            </w:r>
          </w:p>
        </w:tc>
        <w:tc>
          <w:tcPr>
            <w:tcW w:type="dxa" w:w="1900"/>
            <w:shd w:fill="F7FAFC"/>
            <w:tcMar>
              <w:top w:w="80" w:type="dxa"/>
              <w:start w:w="120" w:type="dxa"/>
              <w:bottom w:w="80" w:type="dxa"/>
              <w:end w:w="120" w:type="dxa"/>
            </w:tcMar>
            <w:vAlign w:val="center"/>
          </w:tcPr>
          <w:p>
            <w:r>
              <w:rPr>
                <w:rFonts w:ascii="Calibri" w:hAnsi="Calibri"/>
                <w:b w:val="0"/>
                <w:color w:val="203748"/>
                <w:sz w:val="18"/>
              </w:rPr>
              <w:t>3.900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21</w:t>
            </w:r>
          </w:p>
        </w:tc>
        <w:tc>
          <w:tcPr>
            <w:tcW w:type="dxa" w:w="1960"/>
            <w:tcMar>
              <w:top w:w="80" w:type="dxa"/>
              <w:start w:w="120" w:type="dxa"/>
              <w:bottom w:w="80" w:type="dxa"/>
              <w:end w:w="120" w:type="dxa"/>
            </w:tcMar>
            <w:vAlign w:val="center"/>
          </w:tcPr>
          <w:p>
            <w:r>
              <w:rPr>
                <w:rFonts w:ascii="Calibri" w:hAnsi="Calibri"/>
                <w:b w:val="0"/>
                <w:color w:val="203748"/>
                <w:sz w:val="18"/>
              </w:rPr>
              <w:t>Scala</w:t>
            </w:r>
          </w:p>
        </w:tc>
        <w:tc>
          <w:tcPr>
            <w:tcW w:type="dxa" w:w="1600"/>
            <w:tcMar>
              <w:top w:w="80" w:type="dxa"/>
              <w:start w:w="120" w:type="dxa"/>
              <w:bottom w:w="80" w:type="dxa"/>
              <w:end w:w="120" w:type="dxa"/>
            </w:tcMar>
            <w:vAlign w:val="center"/>
          </w:tcPr>
          <w:p>
            <w:r>
              <w:rPr>
                <w:rFonts w:ascii="Calibri" w:hAnsi="Calibri"/>
                <w:b w:val="0"/>
                <w:color w:val="203748"/>
                <w:sz w:val="18"/>
              </w:rPr>
              <w:t>2073.900</w:t>
            </w:r>
          </w:p>
        </w:tc>
        <w:tc>
          <w:tcPr>
            <w:tcW w:type="dxa" w:w="1600"/>
            <w:tcMar>
              <w:top w:w="80" w:type="dxa"/>
              <w:start w:w="120" w:type="dxa"/>
              <w:bottom w:w="80" w:type="dxa"/>
              <w:end w:w="120" w:type="dxa"/>
            </w:tcMar>
            <w:vAlign w:val="center"/>
          </w:tcPr>
          <w:p>
            <w:r>
              <w:rPr>
                <w:rFonts w:ascii="Calibri" w:hAnsi="Calibri"/>
                <w:b w:val="0"/>
                <w:color w:val="203748"/>
                <w:sz w:val="18"/>
              </w:rPr>
              <w:t>3242.849</w:t>
            </w:r>
          </w:p>
        </w:tc>
        <w:tc>
          <w:tcPr>
            <w:tcW w:type="dxa" w:w="1600"/>
            <w:tcMar>
              <w:top w:w="80" w:type="dxa"/>
              <w:start w:w="120" w:type="dxa"/>
              <w:bottom w:w="80" w:type="dxa"/>
              <w:end w:w="120" w:type="dxa"/>
            </w:tcMar>
            <w:vAlign w:val="center"/>
          </w:tcPr>
          <w:p>
            <w:r>
              <w:rPr>
                <w:rFonts w:ascii="Calibri" w:hAnsi="Calibri"/>
                <w:b w:val="0"/>
                <w:color w:val="203748"/>
                <w:sz w:val="18"/>
              </w:rPr>
              <w:t>7436.041</w:t>
            </w:r>
          </w:p>
        </w:tc>
        <w:tc>
          <w:tcPr>
            <w:tcW w:type="dxa" w:w="1900"/>
            <w:tcMar>
              <w:top w:w="80" w:type="dxa"/>
              <w:start w:w="120" w:type="dxa"/>
              <w:bottom w:w="80" w:type="dxa"/>
              <w:end w:w="120" w:type="dxa"/>
            </w:tcMar>
            <w:vAlign w:val="center"/>
          </w:tcPr>
          <w:p>
            <w:r>
              <w:rPr>
                <w:rFonts w:ascii="Calibri" w:hAnsi="Calibri"/>
                <w:b w:val="0"/>
                <w:color w:val="203748"/>
                <w:sz w:val="18"/>
              </w:rPr>
              <w:t>4.626</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22</w:t>
            </w:r>
          </w:p>
        </w:tc>
        <w:tc>
          <w:tcPr>
            <w:tcW w:type="dxa" w:w="1960"/>
            <w:shd w:fill="F7FAFC"/>
            <w:tcMar>
              <w:top w:w="80" w:type="dxa"/>
              <w:start w:w="120" w:type="dxa"/>
              <w:bottom w:w="80" w:type="dxa"/>
              <w:end w:w="120" w:type="dxa"/>
            </w:tcMar>
            <w:vAlign w:val="center"/>
          </w:tcPr>
          <w:p>
            <w:r>
              <w:rPr>
                <w:rFonts w:ascii="Calibri" w:hAnsi="Calibri"/>
                <w:b w:val="0"/>
                <w:color w:val="203748"/>
                <w:sz w:val="18"/>
              </w:rPr>
              <w:t>OCaml</w:t>
            </w:r>
          </w:p>
        </w:tc>
        <w:tc>
          <w:tcPr>
            <w:tcW w:type="dxa" w:w="1600"/>
            <w:shd w:fill="F7FAFC"/>
            <w:tcMar>
              <w:top w:w="80" w:type="dxa"/>
              <w:start w:w="120" w:type="dxa"/>
              <w:bottom w:w="80" w:type="dxa"/>
              <w:end w:w="120" w:type="dxa"/>
            </w:tcMar>
            <w:vAlign w:val="center"/>
          </w:tcPr>
          <w:p>
            <w:r>
              <w:rPr>
                <w:rFonts w:ascii="Calibri" w:hAnsi="Calibri"/>
                <w:b w:val="0"/>
                <w:color w:val="203748"/>
                <w:sz w:val="18"/>
              </w:rPr>
              <w:t>2669.212</w:t>
            </w:r>
          </w:p>
        </w:tc>
        <w:tc>
          <w:tcPr>
            <w:tcW w:type="dxa" w:w="1600"/>
            <w:shd w:fill="F7FAFC"/>
            <w:tcMar>
              <w:top w:w="80" w:type="dxa"/>
              <w:start w:w="120" w:type="dxa"/>
              <w:bottom w:w="80" w:type="dxa"/>
              <w:end w:w="120" w:type="dxa"/>
            </w:tcMar>
            <w:vAlign w:val="center"/>
          </w:tcPr>
          <w:p>
            <w:r>
              <w:rPr>
                <w:rFonts w:ascii="Calibri" w:hAnsi="Calibri"/>
                <w:b w:val="0"/>
                <w:color w:val="203748"/>
                <w:sz w:val="18"/>
              </w:rPr>
              <w:t>3467.746</w:t>
            </w:r>
          </w:p>
        </w:tc>
        <w:tc>
          <w:tcPr>
            <w:tcW w:type="dxa" w:w="1600"/>
            <w:shd w:fill="F7FAFC"/>
            <w:tcMar>
              <w:top w:w="80" w:type="dxa"/>
              <w:start w:w="120" w:type="dxa"/>
              <w:bottom w:w="80" w:type="dxa"/>
              <w:end w:w="120" w:type="dxa"/>
            </w:tcMar>
            <w:vAlign w:val="center"/>
          </w:tcPr>
          <w:p>
            <w:r>
              <w:rPr>
                <w:rFonts w:ascii="Calibri" w:hAnsi="Calibri"/>
                <w:b w:val="0"/>
                <w:color w:val="203748"/>
                <w:sz w:val="18"/>
              </w:rPr>
              <w:t>8892.401</w:t>
            </w:r>
          </w:p>
        </w:tc>
        <w:tc>
          <w:tcPr>
            <w:tcW w:type="dxa" w:w="1900"/>
            <w:shd w:fill="F7FAFC"/>
            <w:tcMar>
              <w:top w:w="80" w:type="dxa"/>
              <w:start w:w="120" w:type="dxa"/>
              <w:bottom w:w="80" w:type="dxa"/>
              <w:end w:w="120" w:type="dxa"/>
            </w:tcMar>
            <w:vAlign w:val="center"/>
          </w:tcPr>
          <w:p>
            <w:r>
              <w:rPr>
                <w:rFonts w:ascii="Calibri" w:hAnsi="Calibri"/>
                <w:b w:val="0"/>
                <w:color w:val="203748"/>
                <w:sz w:val="18"/>
              </w:rPr>
              <w:t>4.947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23</w:t>
            </w:r>
          </w:p>
        </w:tc>
        <w:tc>
          <w:tcPr>
            <w:tcW w:type="dxa" w:w="1960"/>
            <w:tcMar>
              <w:top w:w="80" w:type="dxa"/>
              <w:start w:w="120" w:type="dxa"/>
              <w:bottom w:w="80" w:type="dxa"/>
              <w:end w:w="120" w:type="dxa"/>
            </w:tcMar>
            <w:vAlign w:val="center"/>
          </w:tcPr>
          <w:p>
            <w:r>
              <w:rPr>
                <w:rFonts w:ascii="Calibri" w:hAnsi="Calibri"/>
                <w:b w:val="0"/>
                <w:color w:val="203748"/>
                <w:sz w:val="18"/>
              </w:rPr>
              <w:t>FreeBASIC</w:t>
            </w:r>
          </w:p>
        </w:tc>
        <w:tc>
          <w:tcPr>
            <w:tcW w:type="dxa" w:w="1600"/>
            <w:tcMar>
              <w:top w:w="80" w:type="dxa"/>
              <w:start w:w="120" w:type="dxa"/>
              <w:bottom w:w="80" w:type="dxa"/>
              <w:end w:w="120" w:type="dxa"/>
            </w:tcMar>
            <w:vAlign w:val="center"/>
          </w:tcPr>
          <w:p>
            <w:r>
              <w:rPr>
                <w:rFonts w:ascii="Calibri" w:hAnsi="Calibri"/>
                <w:b w:val="0"/>
                <w:color w:val="203748"/>
                <w:sz w:val="18"/>
              </w:rPr>
              <w:t>2767.911</w:t>
            </w:r>
          </w:p>
        </w:tc>
        <w:tc>
          <w:tcPr>
            <w:tcW w:type="dxa" w:w="1600"/>
            <w:tcMar>
              <w:top w:w="80" w:type="dxa"/>
              <w:start w:w="120" w:type="dxa"/>
              <w:bottom w:w="80" w:type="dxa"/>
              <w:end w:w="120" w:type="dxa"/>
            </w:tcMar>
            <w:vAlign w:val="center"/>
          </w:tcPr>
          <w:p>
            <w:r>
              <w:rPr>
                <w:rFonts w:ascii="Calibri" w:hAnsi="Calibri"/>
                <w:b w:val="0"/>
                <w:color w:val="203748"/>
                <w:sz w:val="18"/>
              </w:rPr>
              <w:t>3570.477</w:t>
            </w:r>
          </w:p>
        </w:tc>
        <w:tc>
          <w:tcPr>
            <w:tcW w:type="dxa" w:w="1600"/>
            <w:tcMar>
              <w:top w:w="80" w:type="dxa"/>
              <w:start w:w="120" w:type="dxa"/>
              <w:bottom w:w="80" w:type="dxa"/>
              <w:end w:w="120" w:type="dxa"/>
            </w:tcMar>
            <w:vAlign w:val="center"/>
          </w:tcPr>
          <w:p>
            <w:r>
              <w:rPr>
                <w:rFonts w:ascii="Calibri" w:hAnsi="Calibri"/>
                <w:b w:val="0"/>
                <w:color w:val="203748"/>
                <w:sz w:val="18"/>
              </w:rPr>
              <w:t>5810.864</w:t>
            </w:r>
          </w:p>
        </w:tc>
        <w:tc>
          <w:tcPr>
            <w:tcW w:type="dxa" w:w="1900"/>
            <w:tcMar>
              <w:top w:w="80" w:type="dxa"/>
              <w:start w:w="120" w:type="dxa"/>
              <w:bottom w:w="80" w:type="dxa"/>
              <w:end w:w="120" w:type="dxa"/>
            </w:tcMar>
            <w:vAlign w:val="center"/>
          </w:tcPr>
          <w:p>
            <w:r>
              <w:rPr>
                <w:rFonts w:ascii="Calibri" w:hAnsi="Calibri"/>
                <w:b w:val="0"/>
                <w:color w:val="203748"/>
                <w:sz w:val="18"/>
              </w:rPr>
              <w:t>5.093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24</w:t>
            </w:r>
          </w:p>
        </w:tc>
        <w:tc>
          <w:tcPr>
            <w:tcW w:type="dxa" w:w="1960"/>
            <w:shd w:fill="F7FAFC"/>
            <w:tcMar>
              <w:top w:w="80" w:type="dxa"/>
              <w:start w:w="120" w:type="dxa"/>
              <w:bottom w:w="80" w:type="dxa"/>
              <w:end w:w="120" w:type="dxa"/>
            </w:tcMar>
            <w:vAlign w:val="center"/>
          </w:tcPr>
          <w:p>
            <w:r>
              <w:rPr>
                <w:rFonts w:ascii="Calibri" w:hAnsi="Calibri"/>
                <w:b w:val="0"/>
                <w:color w:val="203748"/>
                <w:sz w:val="18"/>
              </w:rPr>
              <w:t>Julia</w:t>
            </w:r>
          </w:p>
        </w:tc>
        <w:tc>
          <w:tcPr>
            <w:tcW w:type="dxa" w:w="1600"/>
            <w:shd w:fill="F7FAFC"/>
            <w:tcMar>
              <w:top w:w="80" w:type="dxa"/>
              <w:start w:w="120" w:type="dxa"/>
              <w:bottom w:w="80" w:type="dxa"/>
              <w:end w:w="120" w:type="dxa"/>
            </w:tcMar>
            <w:vAlign w:val="center"/>
          </w:tcPr>
          <w:p>
            <w:r>
              <w:rPr>
                <w:rFonts w:ascii="Calibri" w:hAnsi="Calibri"/>
                <w:b w:val="0"/>
                <w:color w:val="203748"/>
                <w:sz w:val="18"/>
              </w:rPr>
              <w:t>3434.719</w:t>
            </w:r>
          </w:p>
        </w:tc>
        <w:tc>
          <w:tcPr>
            <w:tcW w:type="dxa" w:w="1600"/>
            <w:shd w:fill="F7FAFC"/>
            <w:tcMar>
              <w:top w:w="80" w:type="dxa"/>
              <w:start w:w="120" w:type="dxa"/>
              <w:bottom w:w="80" w:type="dxa"/>
              <w:end w:w="120" w:type="dxa"/>
            </w:tcMar>
            <w:vAlign w:val="center"/>
          </w:tcPr>
          <w:p>
            <w:r>
              <w:rPr>
                <w:rFonts w:ascii="Calibri" w:hAnsi="Calibri"/>
                <w:b w:val="0"/>
                <w:color w:val="203748"/>
                <w:sz w:val="18"/>
              </w:rPr>
              <w:t>4304.078</w:t>
            </w:r>
          </w:p>
        </w:tc>
        <w:tc>
          <w:tcPr>
            <w:tcW w:type="dxa" w:w="1600"/>
            <w:shd w:fill="F7FAFC"/>
            <w:tcMar>
              <w:top w:w="80" w:type="dxa"/>
              <w:start w:w="120" w:type="dxa"/>
              <w:bottom w:w="80" w:type="dxa"/>
              <w:end w:w="120" w:type="dxa"/>
            </w:tcMar>
            <w:vAlign w:val="center"/>
          </w:tcPr>
          <w:p>
            <w:r>
              <w:rPr>
                <w:rFonts w:ascii="Calibri" w:hAnsi="Calibri"/>
                <w:b w:val="0"/>
                <w:color w:val="203748"/>
                <w:sz w:val="18"/>
              </w:rPr>
              <w:t>8335.834</w:t>
            </w:r>
          </w:p>
        </w:tc>
        <w:tc>
          <w:tcPr>
            <w:tcW w:type="dxa" w:w="1900"/>
            <w:shd w:fill="F7FAFC"/>
            <w:tcMar>
              <w:top w:w="80" w:type="dxa"/>
              <w:start w:w="120" w:type="dxa"/>
              <w:bottom w:w="80" w:type="dxa"/>
              <w:end w:w="120" w:type="dxa"/>
            </w:tcMar>
            <w:vAlign w:val="center"/>
          </w:tcPr>
          <w:p>
            <w:r>
              <w:rPr>
                <w:rFonts w:ascii="Calibri" w:hAnsi="Calibri"/>
                <w:b w:val="0"/>
                <w:color w:val="203748"/>
                <w:sz w:val="18"/>
              </w:rPr>
              <w:t>6.140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25</w:t>
            </w:r>
          </w:p>
        </w:tc>
        <w:tc>
          <w:tcPr>
            <w:tcW w:type="dxa" w:w="1960"/>
            <w:tcMar>
              <w:top w:w="80" w:type="dxa"/>
              <w:start w:w="120" w:type="dxa"/>
              <w:bottom w:w="80" w:type="dxa"/>
              <w:end w:w="120" w:type="dxa"/>
            </w:tcMar>
            <w:vAlign w:val="center"/>
          </w:tcPr>
          <w:p>
            <w:r>
              <w:rPr>
                <w:rFonts w:ascii="Calibri" w:hAnsi="Calibri"/>
                <w:b w:val="0"/>
                <w:color w:val="203748"/>
                <w:sz w:val="18"/>
              </w:rPr>
              <w:t>Fantom</w:t>
            </w:r>
          </w:p>
        </w:tc>
        <w:tc>
          <w:tcPr>
            <w:tcW w:type="dxa" w:w="1600"/>
            <w:tcMar>
              <w:top w:w="80" w:type="dxa"/>
              <w:start w:w="120" w:type="dxa"/>
              <w:bottom w:w="80" w:type="dxa"/>
              <w:end w:w="120" w:type="dxa"/>
            </w:tcMar>
            <w:vAlign w:val="center"/>
          </w:tcPr>
          <w:p>
            <w:r>
              <w:rPr>
                <w:rFonts w:ascii="Calibri" w:hAnsi="Calibri"/>
                <w:b w:val="0"/>
                <w:color w:val="203748"/>
                <w:sz w:val="18"/>
              </w:rPr>
              <w:t>4241.671</w:t>
            </w:r>
          </w:p>
        </w:tc>
        <w:tc>
          <w:tcPr>
            <w:tcW w:type="dxa" w:w="1600"/>
            <w:tcMar>
              <w:top w:w="80" w:type="dxa"/>
              <w:start w:w="120" w:type="dxa"/>
              <w:bottom w:w="80" w:type="dxa"/>
              <w:end w:w="120" w:type="dxa"/>
            </w:tcMar>
            <w:vAlign w:val="center"/>
          </w:tcPr>
          <w:p>
            <w:r>
              <w:rPr>
                <w:rFonts w:ascii="Calibri" w:hAnsi="Calibri"/>
                <w:b w:val="0"/>
                <w:color w:val="203748"/>
                <w:sz w:val="18"/>
              </w:rPr>
              <w:t>5794.304</w:t>
            </w:r>
          </w:p>
        </w:tc>
        <w:tc>
          <w:tcPr>
            <w:tcW w:type="dxa" w:w="1600"/>
            <w:tcMar>
              <w:top w:w="80" w:type="dxa"/>
              <w:start w:w="120" w:type="dxa"/>
              <w:bottom w:w="80" w:type="dxa"/>
              <w:end w:w="120" w:type="dxa"/>
            </w:tcMar>
            <w:vAlign w:val="center"/>
          </w:tcPr>
          <w:p>
            <w:r>
              <w:rPr>
                <w:rFonts w:ascii="Calibri" w:hAnsi="Calibri"/>
                <w:b w:val="0"/>
                <w:color w:val="203748"/>
                <w:sz w:val="18"/>
              </w:rPr>
              <w:t>8545.390</w:t>
            </w:r>
          </w:p>
        </w:tc>
        <w:tc>
          <w:tcPr>
            <w:tcW w:type="dxa" w:w="1900"/>
            <w:tcMar>
              <w:top w:w="80" w:type="dxa"/>
              <w:start w:w="120" w:type="dxa"/>
              <w:bottom w:w="80" w:type="dxa"/>
              <w:end w:w="120" w:type="dxa"/>
            </w:tcMar>
            <w:vAlign w:val="center"/>
          </w:tcPr>
          <w:p>
            <w:r>
              <w:rPr>
                <w:rFonts w:ascii="Calibri" w:hAnsi="Calibri"/>
                <w:b w:val="0"/>
                <w:color w:val="203748"/>
                <w:sz w:val="18"/>
              </w:rPr>
              <w:t>8.266</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26</w:t>
            </w:r>
          </w:p>
        </w:tc>
        <w:tc>
          <w:tcPr>
            <w:tcW w:type="dxa" w:w="1960"/>
            <w:shd w:fill="F7FAFC"/>
            <w:tcMar>
              <w:top w:w="80" w:type="dxa"/>
              <w:start w:w="120" w:type="dxa"/>
              <w:bottom w:w="80" w:type="dxa"/>
              <w:end w:w="120" w:type="dxa"/>
            </w:tcMar>
            <w:vAlign w:val="center"/>
          </w:tcPr>
          <w:p>
            <w:r>
              <w:rPr>
                <w:rFonts w:ascii="Calibri" w:hAnsi="Calibri"/>
                <w:b w:val="0"/>
                <w:color w:val="203748"/>
                <w:sz w:val="18"/>
              </w:rPr>
              <w:t>Vala/Genie</w:t>
            </w:r>
          </w:p>
        </w:tc>
        <w:tc>
          <w:tcPr>
            <w:tcW w:type="dxa" w:w="1600"/>
            <w:shd w:fill="F7FAFC"/>
            <w:tcMar>
              <w:top w:w="80" w:type="dxa"/>
              <w:start w:w="120" w:type="dxa"/>
              <w:bottom w:w="80" w:type="dxa"/>
              <w:end w:w="120" w:type="dxa"/>
            </w:tcMar>
            <w:vAlign w:val="center"/>
          </w:tcPr>
          <w:p>
            <w:r>
              <w:rPr>
                <w:rFonts w:ascii="Calibri" w:hAnsi="Calibri"/>
                <w:b w:val="0"/>
                <w:color w:val="203748"/>
                <w:sz w:val="18"/>
              </w:rPr>
              <w:t>4412.042</w:t>
            </w:r>
          </w:p>
        </w:tc>
        <w:tc>
          <w:tcPr>
            <w:tcW w:type="dxa" w:w="1600"/>
            <w:shd w:fill="F7FAFC"/>
            <w:tcMar>
              <w:top w:w="80" w:type="dxa"/>
              <w:start w:w="120" w:type="dxa"/>
              <w:bottom w:w="80" w:type="dxa"/>
              <w:end w:w="120" w:type="dxa"/>
            </w:tcMar>
            <w:vAlign w:val="center"/>
          </w:tcPr>
          <w:p>
            <w:r>
              <w:rPr>
                <w:rFonts w:ascii="Calibri" w:hAnsi="Calibri"/>
                <w:b w:val="0"/>
                <w:color w:val="203748"/>
                <w:sz w:val="18"/>
              </w:rPr>
              <w:t>5820.308</w:t>
            </w:r>
          </w:p>
        </w:tc>
        <w:tc>
          <w:tcPr>
            <w:tcW w:type="dxa" w:w="1600"/>
            <w:shd w:fill="F7FAFC"/>
            <w:tcMar>
              <w:top w:w="80" w:type="dxa"/>
              <w:start w:w="120" w:type="dxa"/>
              <w:bottom w:w="80" w:type="dxa"/>
              <w:end w:w="120" w:type="dxa"/>
            </w:tcMar>
            <w:vAlign w:val="center"/>
          </w:tcPr>
          <w:p>
            <w:r>
              <w:rPr>
                <w:rFonts w:ascii="Calibri" w:hAnsi="Calibri"/>
                <w:b w:val="0"/>
                <w:color w:val="203748"/>
                <w:sz w:val="18"/>
              </w:rPr>
              <w:t>8666.353</w:t>
            </w:r>
          </w:p>
        </w:tc>
        <w:tc>
          <w:tcPr>
            <w:tcW w:type="dxa" w:w="1900"/>
            <w:shd w:fill="F7FAFC"/>
            <w:tcMar>
              <w:top w:w="80" w:type="dxa"/>
              <w:start w:w="120" w:type="dxa"/>
              <w:bottom w:w="80" w:type="dxa"/>
              <w:end w:w="120" w:type="dxa"/>
            </w:tcMar>
            <w:vAlign w:val="center"/>
          </w:tcPr>
          <w:p>
            <w:r>
              <w:rPr>
                <w:rFonts w:ascii="Calibri" w:hAnsi="Calibri"/>
                <w:b w:val="0"/>
                <w:color w:val="203748"/>
                <w:sz w:val="18"/>
              </w:rPr>
              <w:t>8.303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27</w:t>
            </w:r>
          </w:p>
        </w:tc>
        <w:tc>
          <w:tcPr>
            <w:tcW w:type="dxa" w:w="1960"/>
            <w:tcMar>
              <w:top w:w="80" w:type="dxa"/>
              <w:start w:w="120" w:type="dxa"/>
              <w:bottom w:w="80" w:type="dxa"/>
              <w:end w:w="120" w:type="dxa"/>
            </w:tcMar>
            <w:vAlign w:val="center"/>
          </w:tcPr>
          <w:p>
            <w:r>
              <w:rPr>
                <w:rFonts w:ascii="Calibri" w:hAnsi="Calibri"/>
                <w:b w:val="0"/>
                <w:color w:val="203748"/>
                <w:sz w:val="18"/>
              </w:rPr>
              <w:t>Haskell</w:t>
            </w:r>
          </w:p>
        </w:tc>
        <w:tc>
          <w:tcPr>
            <w:tcW w:type="dxa" w:w="1600"/>
            <w:tcMar>
              <w:top w:w="80" w:type="dxa"/>
              <w:start w:w="120" w:type="dxa"/>
              <w:bottom w:w="80" w:type="dxa"/>
              <w:end w:w="120" w:type="dxa"/>
            </w:tcMar>
            <w:vAlign w:val="center"/>
          </w:tcPr>
          <w:p>
            <w:r>
              <w:rPr>
                <w:rFonts w:ascii="Calibri" w:hAnsi="Calibri"/>
                <w:b w:val="0"/>
                <w:color w:val="203748"/>
                <w:sz w:val="18"/>
              </w:rPr>
              <w:t>6047.352</w:t>
            </w:r>
          </w:p>
        </w:tc>
        <w:tc>
          <w:tcPr>
            <w:tcW w:type="dxa" w:w="1600"/>
            <w:tcMar>
              <w:top w:w="80" w:type="dxa"/>
              <w:start w:w="120" w:type="dxa"/>
              <w:bottom w:w="80" w:type="dxa"/>
              <w:end w:w="120" w:type="dxa"/>
            </w:tcMar>
            <w:vAlign w:val="center"/>
          </w:tcPr>
          <w:p>
            <w:r>
              <w:rPr>
                <w:rFonts w:ascii="Calibri" w:hAnsi="Calibri"/>
                <w:b w:val="0"/>
                <w:color w:val="203748"/>
                <w:sz w:val="18"/>
              </w:rPr>
              <w:t>8690.853</w:t>
            </w:r>
          </w:p>
        </w:tc>
        <w:tc>
          <w:tcPr>
            <w:tcW w:type="dxa" w:w="1600"/>
            <w:tcMar>
              <w:top w:w="80" w:type="dxa"/>
              <w:start w:w="120" w:type="dxa"/>
              <w:bottom w:w="80" w:type="dxa"/>
              <w:end w:w="120" w:type="dxa"/>
            </w:tcMar>
            <w:vAlign w:val="center"/>
          </w:tcPr>
          <w:p>
            <w:r>
              <w:rPr>
                <w:rFonts w:ascii="Calibri" w:hAnsi="Calibri"/>
                <w:b w:val="0"/>
                <w:color w:val="203748"/>
                <w:sz w:val="18"/>
              </w:rPr>
              <w:t>14693.710</w:t>
            </w:r>
          </w:p>
        </w:tc>
        <w:tc>
          <w:tcPr>
            <w:tcW w:type="dxa" w:w="1900"/>
            <w:tcMar>
              <w:top w:w="80" w:type="dxa"/>
              <w:start w:w="120" w:type="dxa"/>
              <w:bottom w:w="80" w:type="dxa"/>
              <w:end w:w="120" w:type="dxa"/>
            </w:tcMar>
            <w:vAlign w:val="center"/>
          </w:tcPr>
          <w:p>
            <w:r>
              <w:rPr>
                <w:rFonts w:ascii="Calibri" w:hAnsi="Calibri"/>
                <w:b w:val="0"/>
                <w:color w:val="203748"/>
                <w:sz w:val="18"/>
              </w:rPr>
              <w:t>12.398</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28</w:t>
            </w:r>
          </w:p>
        </w:tc>
        <w:tc>
          <w:tcPr>
            <w:tcW w:type="dxa" w:w="1960"/>
            <w:shd w:fill="F7FAFC"/>
            <w:tcMar>
              <w:top w:w="80" w:type="dxa"/>
              <w:start w:w="120" w:type="dxa"/>
              <w:bottom w:w="80" w:type="dxa"/>
              <w:end w:w="120" w:type="dxa"/>
            </w:tcMar>
            <w:vAlign w:val="center"/>
          </w:tcPr>
          <w:p>
            <w:r>
              <w:rPr>
                <w:rFonts w:ascii="Calibri" w:hAnsi="Calibri"/>
                <w:b w:val="0"/>
                <w:color w:val="203748"/>
                <w:sz w:val="18"/>
              </w:rPr>
              <w:t>BlitzMax</w:t>
            </w:r>
          </w:p>
        </w:tc>
        <w:tc>
          <w:tcPr>
            <w:tcW w:type="dxa" w:w="1600"/>
            <w:shd w:fill="F7FAFC"/>
            <w:tcMar>
              <w:top w:w="80" w:type="dxa"/>
              <w:start w:w="120" w:type="dxa"/>
              <w:bottom w:w="80" w:type="dxa"/>
              <w:end w:w="120" w:type="dxa"/>
            </w:tcMar>
            <w:vAlign w:val="center"/>
          </w:tcPr>
          <w:p>
            <w:r>
              <w:rPr>
                <w:rFonts w:ascii="Calibri" w:hAnsi="Calibri"/>
                <w:b w:val="0"/>
                <w:color w:val="203748"/>
                <w:sz w:val="18"/>
              </w:rPr>
              <w:t>7899.000</w:t>
            </w:r>
          </w:p>
        </w:tc>
        <w:tc>
          <w:tcPr>
            <w:tcW w:type="dxa" w:w="1600"/>
            <w:shd w:fill="F7FAFC"/>
            <w:tcMar>
              <w:top w:w="80" w:type="dxa"/>
              <w:start w:w="120" w:type="dxa"/>
              <w:bottom w:w="80" w:type="dxa"/>
              <w:end w:w="120" w:type="dxa"/>
            </w:tcMar>
            <w:vAlign w:val="center"/>
          </w:tcPr>
          <w:p>
            <w:r>
              <w:rPr>
                <w:rFonts w:ascii="Calibri" w:hAnsi="Calibri"/>
                <w:b w:val="0"/>
                <w:color w:val="203748"/>
                <w:sz w:val="18"/>
              </w:rPr>
              <w:t>8742.000</w:t>
            </w:r>
          </w:p>
        </w:tc>
        <w:tc>
          <w:tcPr>
            <w:tcW w:type="dxa" w:w="1600"/>
            <w:shd w:fill="F7FAFC"/>
            <w:tcMar>
              <w:top w:w="80" w:type="dxa"/>
              <w:start w:w="120" w:type="dxa"/>
              <w:bottom w:w="80" w:type="dxa"/>
              <w:end w:w="120" w:type="dxa"/>
            </w:tcMar>
            <w:vAlign w:val="center"/>
          </w:tcPr>
          <w:p>
            <w:r>
              <w:rPr>
                <w:rFonts w:ascii="Calibri" w:hAnsi="Calibri"/>
                <w:b w:val="0"/>
                <w:color w:val="203748"/>
                <w:sz w:val="18"/>
              </w:rPr>
              <w:t>12931.000</w:t>
            </w:r>
          </w:p>
        </w:tc>
        <w:tc>
          <w:tcPr>
            <w:tcW w:type="dxa" w:w="1900"/>
            <w:shd w:fill="F7FAFC"/>
            <w:tcMar>
              <w:top w:w="80" w:type="dxa"/>
              <w:start w:w="120" w:type="dxa"/>
              <w:bottom w:w="80" w:type="dxa"/>
              <w:end w:w="120" w:type="dxa"/>
            </w:tcMar>
            <w:vAlign w:val="center"/>
          </w:tcPr>
          <w:p>
            <w:r>
              <w:rPr>
                <w:rFonts w:ascii="Calibri" w:hAnsi="Calibri"/>
                <w:b w:val="0"/>
                <w:color w:val="203748"/>
                <w:sz w:val="18"/>
              </w:rPr>
              <w:t>12.471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29</w:t>
            </w:r>
          </w:p>
        </w:tc>
        <w:tc>
          <w:tcPr>
            <w:tcW w:type="dxa" w:w="1960"/>
            <w:tcMar>
              <w:top w:w="80" w:type="dxa"/>
              <w:start w:w="120" w:type="dxa"/>
              <w:bottom w:w="80" w:type="dxa"/>
              <w:end w:w="120" w:type="dxa"/>
            </w:tcMar>
            <w:vAlign w:val="center"/>
          </w:tcPr>
          <w:p>
            <w:r>
              <w:rPr>
                <w:rFonts w:ascii="Calibri" w:hAnsi="Calibri"/>
                <w:b w:val="0"/>
                <w:color w:val="203748"/>
                <w:sz w:val="18"/>
              </w:rPr>
              <w:t>JavaScript</w:t>
            </w:r>
          </w:p>
        </w:tc>
        <w:tc>
          <w:tcPr>
            <w:tcW w:type="dxa" w:w="1600"/>
            <w:tcMar>
              <w:top w:w="80" w:type="dxa"/>
              <w:start w:w="120" w:type="dxa"/>
              <w:bottom w:w="80" w:type="dxa"/>
              <w:end w:w="120" w:type="dxa"/>
            </w:tcMar>
            <w:vAlign w:val="center"/>
          </w:tcPr>
          <w:p>
            <w:r>
              <w:rPr>
                <w:rFonts w:ascii="Calibri" w:hAnsi="Calibri"/>
                <w:b w:val="0"/>
                <w:color w:val="203748"/>
                <w:sz w:val="18"/>
              </w:rPr>
              <w:t>7724.900</w:t>
            </w:r>
          </w:p>
        </w:tc>
        <w:tc>
          <w:tcPr>
            <w:tcW w:type="dxa" w:w="1600"/>
            <w:tcMar>
              <w:top w:w="80" w:type="dxa"/>
              <w:start w:w="120" w:type="dxa"/>
              <w:bottom w:w="80" w:type="dxa"/>
              <w:end w:w="120" w:type="dxa"/>
            </w:tcMar>
            <w:vAlign w:val="center"/>
          </w:tcPr>
          <w:p>
            <w:r>
              <w:rPr>
                <w:rFonts w:ascii="Calibri" w:hAnsi="Calibri"/>
                <w:b w:val="0"/>
                <w:color w:val="203748"/>
                <w:sz w:val="18"/>
              </w:rPr>
              <w:t>10157.720</w:t>
            </w:r>
          </w:p>
        </w:tc>
        <w:tc>
          <w:tcPr>
            <w:tcW w:type="dxa" w:w="1600"/>
            <w:tcMar>
              <w:top w:w="80" w:type="dxa"/>
              <w:start w:w="120" w:type="dxa"/>
              <w:bottom w:w="80" w:type="dxa"/>
              <w:end w:w="120" w:type="dxa"/>
            </w:tcMar>
            <w:vAlign w:val="center"/>
          </w:tcPr>
          <w:p>
            <w:r>
              <w:rPr>
                <w:rFonts w:ascii="Calibri" w:hAnsi="Calibri"/>
                <w:b w:val="0"/>
                <w:color w:val="203748"/>
                <w:sz w:val="18"/>
              </w:rPr>
              <w:t>23217.210</w:t>
            </w:r>
          </w:p>
        </w:tc>
        <w:tc>
          <w:tcPr>
            <w:tcW w:type="dxa" w:w="1900"/>
            <w:tcMar>
              <w:top w:w="80" w:type="dxa"/>
              <w:start w:w="120" w:type="dxa"/>
              <w:bottom w:w="80" w:type="dxa"/>
              <w:end w:w="120" w:type="dxa"/>
            </w:tcMar>
            <w:vAlign w:val="center"/>
          </w:tcPr>
          <w:p>
            <w:r>
              <w:rPr>
                <w:rFonts w:ascii="Calibri" w:hAnsi="Calibri"/>
                <w:b w:val="0"/>
                <w:color w:val="203748"/>
                <w:sz w:val="18"/>
              </w:rPr>
              <w:t>14.490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30</w:t>
            </w:r>
          </w:p>
        </w:tc>
        <w:tc>
          <w:tcPr>
            <w:tcW w:type="dxa" w:w="1960"/>
            <w:shd w:fill="F7FAFC"/>
            <w:tcMar>
              <w:top w:w="80" w:type="dxa"/>
              <w:start w:w="120" w:type="dxa"/>
              <w:bottom w:w="80" w:type="dxa"/>
              <w:end w:w="120" w:type="dxa"/>
            </w:tcMar>
            <w:vAlign w:val="center"/>
          </w:tcPr>
          <w:p>
            <w:r>
              <w:rPr>
                <w:rFonts w:ascii="Calibri" w:hAnsi="Calibri"/>
                <w:b w:val="0"/>
                <w:color w:val="203748"/>
                <w:sz w:val="18"/>
              </w:rPr>
              <w:t>Common Lisp</w:t>
            </w:r>
          </w:p>
        </w:tc>
        <w:tc>
          <w:tcPr>
            <w:tcW w:type="dxa" w:w="1600"/>
            <w:shd w:fill="F7FAFC"/>
            <w:tcMar>
              <w:top w:w="80" w:type="dxa"/>
              <w:start w:w="120" w:type="dxa"/>
              <w:bottom w:w="80" w:type="dxa"/>
              <w:end w:w="120" w:type="dxa"/>
            </w:tcMar>
            <w:vAlign w:val="center"/>
          </w:tcPr>
          <w:p>
            <w:r>
              <w:rPr>
                <w:rFonts w:ascii="Calibri" w:hAnsi="Calibri"/>
                <w:b w:val="0"/>
                <w:color w:val="203748"/>
                <w:sz w:val="18"/>
              </w:rPr>
              <w:t>11056.269</w:t>
            </w:r>
          </w:p>
        </w:tc>
        <w:tc>
          <w:tcPr>
            <w:tcW w:type="dxa" w:w="1600"/>
            <w:shd w:fill="F7FAFC"/>
            <w:tcMar>
              <w:top w:w="80" w:type="dxa"/>
              <w:start w:w="120" w:type="dxa"/>
              <w:bottom w:w="80" w:type="dxa"/>
              <w:end w:w="120" w:type="dxa"/>
            </w:tcMar>
            <w:vAlign w:val="center"/>
          </w:tcPr>
          <w:p>
            <w:r>
              <w:rPr>
                <w:rFonts w:ascii="Calibri" w:hAnsi="Calibri"/>
                <w:b w:val="0"/>
                <w:color w:val="203748"/>
                <w:sz w:val="18"/>
              </w:rPr>
              <w:t>14392.095</w:t>
            </w:r>
          </w:p>
        </w:tc>
        <w:tc>
          <w:tcPr>
            <w:tcW w:type="dxa" w:w="1600"/>
            <w:shd w:fill="F7FAFC"/>
            <w:tcMar>
              <w:top w:w="80" w:type="dxa"/>
              <w:start w:w="120" w:type="dxa"/>
              <w:bottom w:w="80" w:type="dxa"/>
              <w:end w:w="120" w:type="dxa"/>
            </w:tcMar>
            <w:vAlign w:val="center"/>
          </w:tcPr>
          <w:p>
            <w:r>
              <w:rPr>
                <w:rFonts w:ascii="Calibri" w:hAnsi="Calibri"/>
                <w:b w:val="0"/>
                <w:color w:val="203748"/>
                <w:sz w:val="18"/>
              </w:rPr>
              <w:t>22933.360</w:t>
            </w:r>
          </w:p>
        </w:tc>
        <w:tc>
          <w:tcPr>
            <w:tcW w:type="dxa" w:w="1900"/>
            <w:shd w:fill="F7FAFC"/>
            <w:tcMar>
              <w:top w:w="80" w:type="dxa"/>
              <w:start w:w="120" w:type="dxa"/>
              <w:bottom w:w="80" w:type="dxa"/>
              <w:end w:w="120" w:type="dxa"/>
            </w:tcMar>
            <w:vAlign w:val="center"/>
          </w:tcPr>
          <w:p>
            <w:r>
              <w:rPr>
                <w:rFonts w:ascii="Calibri" w:hAnsi="Calibri"/>
                <w:b w:val="0"/>
                <w:color w:val="203748"/>
                <w:sz w:val="18"/>
              </w:rPr>
              <w:t>20.531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31</w:t>
            </w:r>
          </w:p>
        </w:tc>
        <w:tc>
          <w:tcPr>
            <w:tcW w:type="dxa" w:w="1960"/>
            <w:tcMar>
              <w:top w:w="80" w:type="dxa"/>
              <w:start w:w="120" w:type="dxa"/>
              <w:bottom w:w="80" w:type="dxa"/>
              <w:end w:w="120" w:type="dxa"/>
            </w:tcMar>
            <w:vAlign w:val="center"/>
          </w:tcPr>
          <w:p>
            <w:r>
              <w:rPr>
                <w:rFonts w:ascii="Calibri" w:hAnsi="Calibri"/>
                <w:b w:val="0"/>
                <w:color w:val="203748"/>
                <w:sz w:val="18"/>
              </w:rPr>
              <w:t>Ballerina</w:t>
            </w:r>
          </w:p>
        </w:tc>
        <w:tc>
          <w:tcPr>
            <w:tcW w:type="dxa" w:w="1600"/>
            <w:tcMar>
              <w:top w:w="80" w:type="dxa"/>
              <w:start w:w="120" w:type="dxa"/>
              <w:bottom w:w="80" w:type="dxa"/>
              <w:end w:w="120" w:type="dxa"/>
            </w:tcMar>
            <w:vAlign w:val="center"/>
          </w:tcPr>
          <w:p>
            <w:r>
              <w:rPr>
                <w:rFonts w:ascii="Calibri" w:hAnsi="Calibri"/>
                <w:b w:val="0"/>
                <w:color w:val="203748"/>
                <w:sz w:val="18"/>
              </w:rPr>
              <w:t>12341.616</w:t>
            </w:r>
          </w:p>
        </w:tc>
        <w:tc>
          <w:tcPr>
            <w:tcW w:type="dxa" w:w="1600"/>
            <w:tcMar>
              <w:top w:w="80" w:type="dxa"/>
              <w:start w:w="120" w:type="dxa"/>
              <w:bottom w:w="80" w:type="dxa"/>
              <w:end w:w="120" w:type="dxa"/>
            </w:tcMar>
            <w:vAlign w:val="center"/>
          </w:tcPr>
          <w:p>
            <w:r>
              <w:rPr>
                <w:rFonts w:ascii="Calibri" w:hAnsi="Calibri"/>
                <w:b w:val="0"/>
                <w:color w:val="203748"/>
                <w:sz w:val="18"/>
              </w:rPr>
              <w:t>16894.464</w:t>
            </w:r>
          </w:p>
        </w:tc>
        <w:tc>
          <w:tcPr>
            <w:tcW w:type="dxa" w:w="1600"/>
            <w:tcMar>
              <w:top w:w="80" w:type="dxa"/>
              <w:start w:w="120" w:type="dxa"/>
              <w:bottom w:w="80" w:type="dxa"/>
              <w:end w:w="120" w:type="dxa"/>
            </w:tcMar>
            <w:vAlign w:val="center"/>
          </w:tcPr>
          <w:p>
            <w:r>
              <w:rPr>
                <w:rFonts w:ascii="Calibri" w:hAnsi="Calibri"/>
                <w:b w:val="0"/>
                <w:color w:val="203748"/>
                <w:sz w:val="18"/>
              </w:rPr>
              <w:t>33663.612</w:t>
            </w:r>
          </w:p>
        </w:tc>
        <w:tc>
          <w:tcPr>
            <w:tcW w:type="dxa" w:w="1900"/>
            <w:tcMar>
              <w:top w:w="80" w:type="dxa"/>
              <w:start w:w="120" w:type="dxa"/>
              <w:bottom w:w="80" w:type="dxa"/>
              <w:end w:w="120" w:type="dxa"/>
            </w:tcMar>
            <w:vAlign w:val="center"/>
          </w:tcPr>
          <w:p>
            <w:r>
              <w:rPr>
                <w:rFonts w:ascii="Calibri" w:hAnsi="Calibri"/>
                <w:b w:val="0"/>
                <w:color w:val="203748"/>
                <w:sz w:val="18"/>
              </w:rPr>
              <w:t>24.101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32</w:t>
            </w:r>
          </w:p>
        </w:tc>
        <w:tc>
          <w:tcPr>
            <w:tcW w:type="dxa" w:w="1960"/>
            <w:shd w:fill="F7FAFC"/>
            <w:tcMar>
              <w:top w:w="80" w:type="dxa"/>
              <w:start w:w="120" w:type="dxa"/>
              <w:bottom w:w="80" w:type="dxa"/>
              <w:end w:w="120" w:type="dxa"/>
            </w:tcMar>
            <w:vAlign w:val="center"/>
          </w:tcPr>
          <w:p>
            <w:r>
              <w:rPr>
                <w:rFonts w:ascii="Calibri" w:hAnsi="Calibri"/>
                <w:b w:val="0"/>
                <w:color w:val="203748"/>
                <w:sz w:val="18"/>
              </w:rPr>
              <w:t>Racket</w:t>
            </w:r>
          </w:p>
        </w:tc>
        <w:tc>
          <w:tcPr>
            <w:tcW w:type="dxa" w:w="1600"/>
            <w:shd w:fill="F7FAFC"/>
            <w:tcMar>
              <w:top w:w="80" w:type="dxa"/>
              <w:start w:w="120" w:type="dxa"/>
              <w:bottom w:w="80" w:type="dxa"/>
              <w:end w:w="120" w:type="dxa"/>
            </w:tcMar>
            <w:vAlign w:val="center"/>
          </w:tcPr>
          <w:p>
            <w:r>
              <w:rPr>
                <w:rFonts w:ascii="Calibri" w:hAnsi="Calibri"/>
                <w:b w:val="0"/>
                <w:color w:val="203748"/>
                <w:sz w:val="18"/>
              </w:rPr>
              <w:t>16694.584</w:t>
            </w:r>
          </w:p>
        </w:tc>
        <w:tc>
          <w:tcPr>
            <w:tcW w:type="dxa" w:w="1600"/>
            <w:shd w:fill="F7FAFC"/>
            <w:tcMar>
              <w:top w:w="80" w:type="dxa"/>
              <w:start w:w="120" w:type="dxa"/>
              <w:bottom w:w="80" w:type="dxa"/>
              <w:end w:w="120" w:type="dxa"/>
            </w:tcMar>
            <w:vAlign w:val="center"/>
          </w:tcPr>
          <w:p>
            <w:r>
              <w:rPr>
                <w:rFonts w:ascii="Calibri" w:hAnsi="Calibri"/>
                <w:b w:val="0"/>
                <w:color w:val="203748"/>
                <w:sz w:val="18"/>
              </w:rPr>
              <w:t>21229.729</w:t>
            </w:r>
          </w:p>
        </w:tc>
        <w:tc>
          <w:tcPr>
            <w:tcW w:type="dxa" w:w="1600"/>
            <w:shd w:fill="F7FAFC"/>
            <w:tcMar>
              <w:top w:w="80" w:type="dxa"/>
              <w:start w:w="120" w:type="dxa"/>
              <w:bottom w:w="80" w:type="dxa"/>
              <w:end w:w="120" w:type="dxa"/>
            </w:tcMar>
            <w:vAlign w:val="center"/>
          </w:tcPr>
          <w:p>
            <w:r>
              <w:rPr>
                <w:rFonts w:ascii="Calibri" w:hAnsi="Calibri"/>
                <w:b w:val="0"/>
                <w:color w:val="203748"/>
                <w:sz w:val="18"/>
              </w:rPr>
              <w:t>44060.672</w:t>
            </w:r>
          </w:p>
        </w:tc>
        <w:tc>
          <w:tcPr>
            <w:tcW w:type="dxa" w:w="1900"/>
            <w:shd w:fill="F7FAFC"/>
            <w:tcMar>
              <w:top w:w="80" w:type="dxa"/>
              <w:start w:w="120" w:type="dxa"/>
              <w:bottom w:w="80" w:type="dxa"/>
              <w:end w:w="120" w:type="dxa"/>
            </w:tcMar>
            <w:vAlign w:val="center"/>
          </w:tcPr>
          <w:p>
            <w:r>
              <w:rPr>
                <w:rFonts w:ascii="Calibri" w:hAnsi="Calibri"/>
                <w:b w:val="0"/>
                <w:color w:val="203748"/>
                <w:sz w:val="18"/>
              </w:rPr>
              <w:t>30.285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33</w:t>
            </w:r>
          </w:p>
        </w:tc>
        <w:tc>
          <w:tcPr>
            <w:tcW w:type="dxa" w:w="1960"/>
            <w:tcMar>
              <w:top w:w="80" w:type="dxa"/>
              <w:start w:w="120" w:type="dxa"/>
              <w:bottom w:w="80" w:type="dxa"/>
              <w:end w:w="120" w:type="dxa"/>
            </w:tcMar>
            <w:vAlign w:val="center"/>
          </w:tcPr>
          <w:p>
            <w:r>
              <w:rPr>
                <w:rFonts w:ascii="Calibri" w:hAnsi="Calibri"/>
                <w:b w:val="0"/>
                <w:color w:val="203748"/>
                <w:sz w:val="18"/>
              </w:rPr>
              <w:t>Erlang</w:t>
            </w:r>
          </w:p>
        </w:tc>
        <w:tc>
          <w:tcPr>
            <w:tcW w:type="dxa" w:w="1600"/>
            <w:tcMar>
              <w:top w:w="80" w:type="dxa"/>
              <w:start w:w="120" w:type="dxa"/>
              <w:bottom w:w="80" w:type="dxa"/>
              <w:end w:w="120" w:type="dxa"/>
            </w:tcMar>
            <w:vAlign w:val="center"/>
          </w:tcPr>
          <w:p>
            <w:r>
              <w:rPr>
                <w:rFonts w:ascii="Calibri" w:hAnsi="Calibri"/>
                <w:b w:val="0"/>
                <w:color w:val="203748"/>
                <w:sz w:val="18"/>
              </w:rPr>
              <w:t>19354.829</w:t>
            </w:r>
          </w:p>
        </w:tc>
        <w:tc>
          <w:tcPr>
            <w:tcW w:type="dxa" w:w="1600"/>
            <w:tcMar>
              <w:top w:w="80" w:type="dxa"/>
              <w:start w:w="120" w:type="dxa"/>
              <w:bottom w:w="80" w:type="dxa"/>
              <w:end w:w="120" w:type="dxa"/>
            </w:tcMar>
            <w:vAlign w:val="center"/>
          </w:tcPr>
          <w:p>
            <w:r>
              <w:rPr>
                <w:rFonts w:ascii="Calibri" w:hAnsi="Calibri"/>
                <w:b w:val="0"/>
                <w:color w:val="203748"/>
                <w:sz w:val="18"/>
              </w:rPr>
              <w:t>24802.406</w:t>
            </w:r>
          </w:p>
        </w:tc>
        <w:tc>
          <w:tcPr>
            <w:tcW w:type="dxa" w:w="1600"/>
            <w:tcMar>
              <w:top w:w="80" w:type="dxa"/>
              <w:start w:w="120" w:type="dxa"/>
              <w:bottom w:w="80" w:type="dxa"/>
              <w:end w:w="120" w:type="dxa"/>
            </w:tcMar>
            <w:vAlign w:val="center"/>
          </w:tcPr>
          <w:p>
            <w:r>
              <w:rPr>
                <w:rFonts w:ascii="Calibri" w:hAnsi="Calibri"/>
                <w:b w:val="0"/>
                <w:color w:val="203748"/>
                <w:sz w:val="18"/>
              </w:rPr>
              <w:t>45274.726</w:t>
            </w:r>
          </w:p>
        </w:tc>
        <w:tc>
          <w:tcPr>
            <w:tcW w:type="dxa" w:w="1900"/>
            <w:tcMar>
              <w:top w:w="80" w:type="dxa"/>
              <w:start w:w="120" w:type="dxa"/>
              <w:bottom w:w="80" w:type="dxa"/>
              <w:end w:w="120" w:type="dxa"/>
            </w:tcMar>
            <w:vAlign w:val="center"/>
          </w:tcPr>
          <w:p>
            <w:r>
              <w:rPr>
                <w:rFonts w:ascii="Calibri" w:hAnsi="Calibri"/>
                <w:b w:val="0"/>
                <w:color w:val="203748"/>
                <w:sz w:val="18"/>
              </w:rPr>
              <w:t>35.381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34</w:t>
            </w:r>
          </w:p>
        </w:tc>
        <w:tc>
          <w:tcPr>
            <w:tcW w:type="dxa" w:w="1960"/>
            <w:shd w:fill="F7FAFC"/>
            <w:tcMar>
              <w:top w:w="80" w:type="dxa"/>
              <w:start w:w="120" w:type="dxa"/>
              <w:bottom w:w="80" w:type="dxa"/>
              <w:end w:w="120" w:type="dxa"/>
            </w:tcMar>
            <w:vAlign w:val="center"/>
          </w:tcPr>
          <w:p>
            <w:r>
              <w:rPr>
                <w:rFonts w:ascii="Calibri" w:hAnsi="Calibri"/>
                <w:b w:val="0"/>
                <w:color w:val="203748"/>
                <w:sz w:val="18"/>
              </w:rPr>
              <w:t>Elixir</w:t>
            </w:r>
          </w:p>
        </w:tc>
        <w:tc>
          <w:tcPr>
            <w:tcW w:type="dxa" w:w="1600"/>
            <w:shd w:fill="F7FAFC"/>
            <w:tcMar>
              <w:top w:w="80" w:type="dxa"/>
              <w:start w:w="120" w:type="dxa"/>
              <w:bottom w:w="80" w:type="dxa"/>
              <w:end w:w="120" w:type="dxa"/>
            </w:tcMar>
            <w:vAlign w:val="center"/>
          </w:tcPr>
          <w:p>
            <w:r>
              <w:rPr>
                <w:rFonts w:ascii="Calibri" w:hAnsi="Calibri"/>
                <w:b w:val="0"/>
                <w:color w:val="203748"/>
                <w:sz w:val="18"/>
              </w:rPr>
              <w:t>23434.035</w:t>
            </w:r>
          </w:p>
        </w:tc>
        <w:tc>
          <w:tcPr>
            <w:tcW w:type="dxa" w:w="1600"/>
            <w:shd w:fill="F7FAFC"/>
            <w:tcMar>
              <w:top w:w="80" w:type="dxa"/>
              <w:start w:w="120" w:type="dxa"/>
              <w:bottom w:w="80" w:type="dxa"/>
              <w:end w:w="120" w:type="dxa"/>
            </w:tcMar>
            <w:vAlign w:val="center"/>
          </w:tcPr>
          <w:p>
            <w:r>
              <w:rPr>
                <w:rFonts w:ascii="Calibri" w:hAnsi="Calibri"/>
                <w:b w:val="0"/>
                <w:color w:val="203748"/>
                <w:sz w:val="18"/>
              </w:rPr>
              <w:t>29699.584</w:t>
            </w:r>
          </w:p>
        </w:tc>
        <w:tc>
          <w:tcPr>
            <w:tcW w:type="dxa" w:w="1600"/>
            <w:shd w:fill="F7FAFC"/>
            <w:tcMar>
              <w:top w:w="80" w:type="dxa"/>
              <w:start w:w="120" w:type="dxa"/>
              <w:bottom w:w="80" w:type="dxa"/>
              <w:end w:w="120" w:type="dxa"/>
            </w:tcMar>
            <w:vAlign w:val="center"/>
          </w:tcPr>
          <w:p>
            <w:r>
              <w:rPr>
                <w:rFonts w:ascii="Calibri" w:hAnsi="Calibri"/>
                <w:b w:val="0"/>
                <w:color w:val="203748"/>
                <w:sz w:val="18"/>
              </w:rPr>
              <w:t>53299.712</w:t>
            </w:r>
          </w:p>
        </w:tc>
        <w:tc>
          <w:tcPr>
            <w:tcW w:type="dxa" w:w="1900"/>
            <w:shd w:fill="F7FAFC"/>
            <w:tcMar>
              <w:top w:w="80" w:type="dxa"/>
              <w:start w:w="120" w:type="dxa"/>
              <w:bottom w:w="80" w:type="dxa"/>
              <w:end w:w="120" w:type="dxa"/>
            </w:tcMar>
            <w:vAlign w:val="center"/>
          </w:tcPr>
          <w:p>
            <w:r>
              <w:rPr>
                <w:rFonts w:ascii="Calibri" w:hAnsi="Calibri"/>
                <w:b w:val="0"/>
                <w:color w:val="203748"/>
                <w:sz w:val="18"/>
              </w:rPr>
              <w:t>42.367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35</w:t>
            </w:r>
          </w:p>
        </w:tc>
        <w:tc>
          <w:tcPr>
            <w:tcW w:type="dxa" w:w="1960"/>
            <w:tcMar>
              <w:top w:w="80" w:type="dxa"/>
              <w:start w:w="120" w:type="dxa"/>
              <w:bottom w:w="80" w:type="dxa"/>
              <w:end w:w="120" w:type="dxa"/>
            </w:tcMar>
            <w:vAlign w:val="center"/>
          </w:tcPr>
          <w:p>
            <w:r>
              <w:rPr>
                <w:rFonts w:ascii="Calibri" w:hAnsi="Calibri"/>
                <w:b w:val="0"/>
                <w:color w:val="203748"/>
                <w:sz w:val="18"/>
              </w:rPr>
              <w:t>PHP</w:t>
            </w:r>
          </w:p>
        </w:tc>
        <w:tc>
          <w:tcPr>
            <w:tcW w:type="dxa" w:w="1600"/>
            <w:tcMar>
              <w:top w:w="80" w:type="dxa"/>
              <w:start w:w="120" w:type="dxa"/>
              <w:bottom w:w="80" w:type="dxa"/>
              <w:end w:w="120" w:type="dxa"/>
            </w:tcMar>
            <w:vAlign w:val="center"/>
          </w:tcPr>
          <w:p>
            <w:r>
              <w:rPr>
                <w:rFonts w:ascii="Calibri" w:hAnsi="Calibri"/>
                <w:b w:val="0"/>
                <w:color w:val="203748"/>
                <w:sz w:val="18"/>
              </w:rPr>
              <w:t>41451.985</w:t>
            </w:r>
          </w:p>
        </w:tc>
        <w:tc>
          <w:tcPr>
            <w:tcW w:type="dxa" w:w="1600"/>
            <w:tcMar>
              <w:top w:w="80" w:type="dxa"/>
              <w:start w:w="120" w:type="dxa"/>
              <w:bottom w:w="80" w:type="dxa"/>
              <w:end w:w="120" w:type="dxa"/>
            </w:tcMar>
            <w:vAlign w:val="center"/>
          </w:tcPr>
          <w:p>
            <w:r>
              <w:rPr>
                <w:rFonts w:ascii="Calibri" w:hAnsi="Calibri"/>
                <w:b w:val="0"/>
                <w:color w:val="203748"/>
                <w:sz w:val="18"/>
              </w:rPr>
              <w:t>49798.621</w:t>
            </w:r>
          </w:p>
        </w:tc>
        <w:tc>
          <w:tcPr>
            <w:tcW w:type="dxa" w:w="1600"/>
            <w:tcMar>
              <w:top w:w="80" w:type="dxa"/>
              <w:start w:w="120" w:type="dxa"/>
              <w:bottom w:w="80" w:type="dxa"/>
              <w:end w:w="120" w:type="dxa"/>
            </w:tcMar>
            <w:vAlign w:val="center"/>
          </w:tcPr>
          <w:p>
            <w:r>
              <w:rPr>
                <w:rFonts w:ascii="Calibri" w:hAnsi="Calibri"/>
                <w:b w:val="0"/>
                <w:color w:val="203748"/>
                <w:sz w:val="18"/>
              </w:rPr>
              <w:t>104949.488</w:t>
            </w:r>
          </w:p>
        </w:tc>
        <w:tc>
          <w:tcPr>
            <w:tcW w:type="dxa" w:w="1900"/>
            <w:tcMar>
              <w:top w:w="80" w:type="dxa"/>
              <w:start w:w="120" w:type="dxa"/>
              <w:bottom w:w="80" w:type="dxa"/>
              <w:end w:w="120" w:type="dxa"/>
            </w:tcMar>
            <w:vAlign w:val="center"/>
          </w:tcPr>
          <w:p>
            <w:r>
              <w:rPr>
                <w:rFonts w:ascii="Calibri" w:hAnsi="Calibri"/>
                <w:b w:val="0"/>
                <w:color w:val="203748"/>
                <w:sz w:val="18"/>
              </w:rPr>
              <w:t>71.039</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36</w:t>
            </w:r>
          </w:p>
        </w:tc>
        <w:tc>
          <w:tcPr>
            <w:tcW w:type="dxa" w:w="1960"/>
            <w:shd w:fill="F7FAFC"/>
            <w:tcMar>
              <w:top w:w="80" w:type="dxa"/>
              <w:start w:w="120" w:type="dxa"/>
              <w:bottom w:w="80" w:type="dxa"/>
              <w:end w:w="120" w:type="dxa"/>
            </w:tcMar>
            <w:vAlign w:val="center"/>
          </w:tcPr>
          <w:p>
            <w:r>
              <w:rPr>
                <w:rFonts w:ascii="Calibri" w:hAnsi="Calibri"/>
                <w:b w:val="0"/>
                <w:color w:val="203748"/>
                <w:sz w:val="18"/>
              </w:rPr>
              <w:t>Prolog</w:t>
            </w:r>
          </w:p>
        </w:tc>
        <w:tc>
          <w:tcPr>
            <w:tcW w:type="dxa" w:w="1600"/>
            <w:shd w:fill="F7FAFC"/>
            <w:tcMar>
              <w:top w:w="80" w:type="dxa"/>
              <w:start w:w="120" w:type="dxa"/>
              <w:bottom w:w="80" w:type="dxa"/>
              <w:end w:w="120" w:type="dxa"/>
            </w:tcMar>
            <w:vAlign w:val="center"/>
          </w:tcPr>
          <w:p>
            <w:r>
              <w:rPr>
                <w:rFonts w:ascii="Calibri" w:hAnsi="Calibri"/>
                <w:b w:val="0"/>
                <w:color w:val="203748"/>
                <w:sz w:val="18"/>
              </w:rPr>
              <w:t>49043.000</w:t>
            </w:r>
          </w:p>
        </w:tc>
        <w:tc>
          <w:tcPr>
            <w:tcW w:type="dxa" w:w="1600"/>
            <w:shd w:fill="F7FAFC"/>
            <w:tcMar>
              <w:top w:w="80" w:type="dxa"/>
              <w:start w:w="120" w:type="dxa"/>
              <w:bottom w:w="80" w:type="dxa"/>
              <w:end w:w="120" w:type="dxa"/>
            </w:tcMar>
            <w:vAlign w:val="center"/>
          </w:tcPr>
          <w:p>
            <w:r>
              <w:rPr>
                <w:rFonts w:ascii="Calibri" w:hAnsi="Calibri"/>
                <w:b w:val="0"/>
                <w:color w:val="203748"/>
                <w:sz w:val="18"/>
              </w:rPr>
              <w:t>69317.000</w:t>
            </w:r>
          </w:p>
        </w:tc>
        <w:tc>
          <w:tcPr>
            <w:tcW w:type="dxa" w:w="1600"/>
            <w:shd w:fill="F7FAFC"/>
            <w:tcMar>
              <w:top w:w="80" w:type="dxa"/>
              <w:start w:w="120" w:type="dxa"/>
              <w:bottom w:w="80" w:type="dxa"/>
              <w:end w:w="120" w:type="dxa"/>
            </w:tcMar>
            <w:vAlign w:val="center"/>
          </w:tcPr>
          <w:p>
            <w:r>
              <w:rPr>
                <w:rFonts w:ascii="Calibri" w:hAnsi="Calibri"/>
                <w:b w:val="0"/>
                <w:color w:val="203748"/>
                <w:sz w:val="18"/>
              </w:rPr>
              <w:t>255244.000</w:t>
            </w:r>
          </w:p>
        </w:tc>
        <w:tc>
          <w:tcPr>
            <w:tcW w:type="dxa" w:w="1900"/>
            <w:shd w:fill="F7FAFC"/>
            <w:tcMar>
              <w:top w:w="80" w:type="dxa"/>
              <w:start w:w="120" w:type="dxa"/>
              <w:bottom w:w="80" w:type="dxa"/>
              <w:end w:w="120" w:type="dxa"/>
            </w:tcMar>
            <w:vAlign w:val="center"/>
          </w:tcPr>
          <w:p>
            <w:r>
              <w:rPr>
                <w:rFonts w:ascii="Calibri" w:hAnsi="Calibri"/>
                <w:b w:val="0"/>
                <w:color w:val="203748"/>
                <w:sz w:val="18"/>
              </w:rPr>
              <w:t>98.883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37</w:t>
            </w:r>
          </w:p>
        </w:tc>
        <w:tc>
          <w:tcPr>
            <w:tcW w:type="dxa" w:w="1960"/>
            <w:tcMar>
              <w:top w:w="80" w:type="dxa"/>
              <w:start w:w="120" w:type="dxa"/>
              <w:bottom w:w="80" w:type="dxa"/>
              <w:end w:w="120" w:type="dxa"/>
            </w:tcMar>
            <w:vAlign w:val="center"/>
          </w:tcPr>
          <w:p>
            <w:r>
              <w:rPr>
                <w:rFonts w:ascii="Calibri" w:hAnsi="Calibri"/>
                <w:b w:val="0"/>
                <w:color w:val="203748"/>
                <w:sz w:val="18"/>
              </w:rPr>
              <w:t>Lua</w:t>
            </w:r>
          </w:p>
        </w:tc>
        <w:tc>
          <w:tcPr>
            <w:tcW w:type="dxa" w:w="1600"/>
            <w:tcMar>
              <w:top w:w="80" w:type="dxa"/>
              <w:start w:w="120" w:type="dxa"/>
              <w:bottom w:w="80" w:type="dxa"/>
              <w:end w:w="120" w:type="dxa"/>
            </w:tcMar>
            <w:vAlign w:val="center"/>
          </w:tcPr>
          <w:p>
            <w:r>
              <w:rPr>
                <w:rFonts w:ascii="Calibri" w:hAnsi="Calibri"/>
                <w:b w:val="0"/>
                <w:color w:val="203748"/>
                <w:sz w:val="18"/>
              </w:rPr>
              <w:t>53249.000</w:t>
            </w:r>
          </w:p>
        </w:tc>
        <w:tc>
          <w:tcPr>
            <w:tcW w:type="dxa" w:w="1600"/>
            <w:tcMar>
              <w:top w:w="80" w:type="dxa"/>
              <w:start w:w="120" w:type="dxa"/>
              <w:bottom w:w="80" w:type="dxa"/>
              <w:end w:w="120" w:type="dxa"/>
            </w:tcMar>
            <w:vAlign w:val="center"/>
          </w:tcPr>
          <w:p>
            <w:r>
              <w:rPr>
                <w:rFonts w:ascii="Calibri" w:hAnsi="Calibri"/>
                <w:b w:val="0"/>
                <w:color w:val="203748"/>
                <w:sz w:val="18"/>
              </w:rPr>
              <w:t>69977.000</w:t>
            </w:r>
          </w:p>
        </w:tc>
        <w:tc>
          <w:tcPr>
            <w:tcW w:type="dxa" w:w="1600"/>
            <w:tcMar>
              <w:top w:w="80" w:type="dxa"/>
              <w:start w:w="120" w:type="dxa"/>
              <w:bottom w:w="80" w:type="dxa"/>
              <w:end w:w="120" w:type="dxa"/>
            </w:tcMar>
            <w:vAlign w:val="center"/>
          </w:tcPr>
          <w:p>
            <w:r>
              <w:rPr>
                <w:rFonts w:ascii="Calibri" w:hAnsi="Calibri"/>
                <w:b w:val="0"/>
                <w:color w:val="203748"/>
                <w:sz w:val="18"/>
              </w:rPr>
              <w:t>130427.000</w:t>
            </w:r>
          </w:p>
        </w:tc>
        <w:tc>
          <w:tcPr>
            <w:tcW w:type="dxa" w:w="1900"/>
            <w:tcMar>
              <w:top w:w="80" w:type="dxa"/>
              <w:start w:w="120" w:type="dxa"/>
              <w:bottom w:w="80" w:type="dxa"/>
              <w:end w:w="120" w:type="dxa"/>
            </w:tcMar>
            <w:vAlign w:val="center"/>
          </w:tcPr>
          <w:p>
            <w:r>
              <w:rPr>
                <w:rFonts w:ascii="Calibri" w:hAnsi="Calibri"/>
                <w:b w:val="0"/>
                <w:color w:val="203748"/>
                <w:sz w:val="18"/>
              </w:rPr>
              <w:t>99.825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38</w:t>
            </w:r>
          </w:p>
        </w:tc>
        <w:tc>
          <w:tcPr>
            <w:tcW w:type="dxa" w:w="1960"/>
            <w:shd w:fill="F7FAFC"/>
            <w:tcMar>
              <w:top w:w="80" w:type="dxa"/>
              <w:start w:w="120" w:type="dxa"/>
              <w:bottom w:w="80" w:type="dxa"/>
              <w:end w:w="120" w:type="dxa"/>
            </w:tcMar>
            <w:vAlign w:val="center"/>
          </w:tcPr>
          <w:p>
            <w:r>
              <w:rPr>
                <w:rFonts w:ascii="Calibri" w:hAnsi="Calibri"/>
                <w:b w:val="0"/>
                <w:color w:val="203748"/>
                <w:sz w:val="18"/>
              </w:rPr>
              <w:t>Squirrel</w:t>
            </w:r>
          </w:p>
        </w:tc>
        <w:tc>
          <w:tcPr>
            <w:tcW w:type="dxa" w:w="1600"/>
            <w:shd w:fill="F7FAFC"/>
            <w:tcMar>
              <w:top w:w="80" w:type="dxa"/>
              <w:start w:w="120" w:type="dxa"/>
              <w:bottom w:w="80" w:type="dxa"/>
              <w:end w:w="120" w:type="dxa"/>
            </w:tcMar>
            <w:vAlign w:val="center"/>
          </w:tcPr>
          <w:p>
            <w:r>
              <w:rPr>
                <w:rFonts w:ascii="Calibri" w:hAnsi="Calibri"/>
                <w:b w:val="0"/>
                <w:color w:val="203748"/>
                <w:sz w:val="18"/>
              </w:rPr>
              <w:t>55843.000</w:t>
            </w:r>
          </w:p>
        </w:tc>
        <w:tc>
          <w:tcPr>
            <w:tcW w:type="dxa" w:w="1600"/>
            <w:shd w:fill="F7FAFC"/>
            <w:tcMar>
              <w:top w:w="80" w:type="dxa"/>
              <w:start w:w="120" w:type="dxa"/>
              <w:bottom w:w="80" w:type="dxa"/>
              <w:end w:w="120" w:type="dxa"/>
            </w:tcMar>
            <w:vAlign w:val="center"/>
          </w:tcPr>
          <w:p>
            <w:r>
              <w:rPr>
                <w:rFonts w:ascii="Calibri" w:hAnsi="Calibri"/>
                <w:b w:val="0"/>
                <w:color w:val="203748"/>
                <w:sz w:val="18"/>
              </w:rPr>
              <w:t>71891.000</w:t>
            </w:r>
          </w:p>
        </w:tc>
        <w:tc>
          <w:tcPr>
            <w:tcW w:type="dxa" w:w="1600"/>
            <w:shd w:fill="F7FAFC"/>
            <w:tcMar>
              <w:top w:w="80" w:type="dxa"/>
              <w:start w:w="120" w:type="dxa"/>
              <w:bottom w:w="80" w:type="dxa"/>
              <w:end w:w="120" w:type="dxa"/>
            </w:tcMar>
            <w:vAlign w:val="center"/>
          </w:tcPr>
          <w:p>
            <w:r>
              <w:rPr>
                <w:rFonts w:ascii="Calibri" w:hAnsi="Calibri"/>
                <w:b w:val="0"/>
                <w:color w:val="203748"/>
                <w:sz w:val="18"/>
              </w:rPr>
              <w:t>119351.000</w:t>
            </w:r>
          </w:p>
        </w:tc>
        <w:tc>
          <w:tcPr>
            <w:tcW w:type="dxa" w:w="1900"/>
            <w:shd w:fill="F7FAFC"/>
            <w:tcMar>
              <w:top w:w="80" w:type="dxa"/>
              <w:start w:w="120" w:type="dxa"/>
              <w:bottom w:w="80" w:type="dxa"/>
              <w:end w:w="120" w:type="dxa"/>
            </w:tcMar>
            <w:vAlign w:val="center"/>
          </w:tcPr>
          <w:p>
            <w:r>
              <w:rPr>
                <w:rFonts w:ascii="Calibri" w:hAnsi="Calibri"/>
                <w:b w:val="0"/>
                <w:color w:val="203748"/>
                <w:sz w:val="18"/>
              </w:rPr>
              <w:t>102.555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39</w:t>
            </w:r>
          </w:p>
        </w:tc>
        <w:tc>
          <w:tcPr>
            <w:tcW w:type="dxa" w:w="1960"/>
            <w:tcMar>
              <w:top w:w="80" w:type="dxa"/>
              <w:start w:w="120" w:type="dxa"/>
              <w:bottom w:w="80" w:type="dxa"/>
              <w:end w:w="120" w:type="dxa"/>
            </w:tcMar>
            <w:vAlign w:val="center"/>
          </w:tcPr>
          <w:p>
            <w:r>
              <w:rPr>
                <w:rFonts w:ascii="Calibri" w:hAnsi="Calibri"/>
                <w:b w:val="0"/>
                <w:color w:val="203748"/>
                <w:sz w:val="18"/>
              </w:rPr>
              <w:t>Clojure</w:t>
            </w:r>
          </w:p>
        </w:tc>
        <w:tc>
          <w:tcPr>
            <w:tcW w:type="dxa" w:w="1600"/>
            <w:tcMar>
              <w:top w:w="80" w:type="dxa"/>
              <w:start w:w="120" w:type="dxa"/>
              <w:bottom w:w="80" w:type="dxa"/>
              <w:end w:w="120" w:type="dxa"/>
            </w:tcMar>
            <w:vAlign w:val="center"/>
          </w:tcPr>
          <w:p>
            <w:r>
              <w:rPr>
                <w:rFonts w:ascii="Calibri" w:hAnsi="Calibri"/>
                <w:b w:val="0"/>
                <w:color w:val="203748"/>
                <w:sz w:val="18"/>
              </w:rPr>
              <w:t>55241.707</w:t>
            </w:r>
          </w:p>
        </w:tc>
        <w:tc>
          <w:tcPr>
            <w:tcW w:type="dxa" w:w="1600"/>
            <w:tcMar>
              <w:top w:w="80" w:type="dxa"/>
              <w:start w:w="120" w:type="dxa"/>
              <w:bottom w:w="80" w:type="dxa"/>
              <w:end w:w="120" w:type="dxa"/>
            </w:tcMar>
            <w:vAlign w:val="center"/>
          </w:tcPr>
          <w:p>
            <w:r>
              <w:rPr>
                <w:rFonts w:ascii="Calibri" w:hAnsi="Calibri"/>
                <w:b w:val="0"/>
                <w:color w:val="203748"/>
                <w:sz w:val="18"/>
              </w:rPr>
              <w:t>72206.563</w:t>
            </w:r>
          </w:p>
        </w:tc>
        <w:tc>
          <w:tcPr>
            <w:tcW w:type="dxa" w:w="1600"/>
            <w:tcMar>
              <w:top w:w="80" w:type="dxa"/>
              <w:start w:w="120" w:type="dxa"/>
              <w:bottom w:w="80" w:type="dxa"/>
              <w:end w:w="120" w:type="dxa"/>
            </w:tcMar>
            <w:vAlign w:val="center"/>
          </w:tcPr>
          <w:p>
            <w:r>
              <w:rPr>
                <w:rFonts w:ascii="Calibri" w:hAnsi="Calibri"/>
                <w:b w:val="0"/>
                <w:color w:val="203748"/>
                <w:sz w:val="18"/>
              </w:rPr>
              <w:t>171065.047</w:t>
            </w:r>
          </w:p>
        </w:tc>
        <w:tc>
          <w:tcPr>
            <w:tcW w:type="dxa" w:w="1900"/>
            <w:tcMar>
              <w:top w:w="80" w:type="dxa"/>
              <w:start w:w="120" w:type="dxa"/>
              <w:bottom w:w="80" w:type="dxa"/>
              <w:end w:w="120" w:type="dxa"/>
            </w:tcMar>
            <w:vAlign w:val="center"/>
          </w:tcPr>
          <w:p>
            <w:r>
              <w:rPr>
                <w:rFonts w:ascii="Calibri" w:hAnsi="Calibri"/>
                <w:b w:val="0"/>
                <w:color w:val="203748"/>
                <w:sz w:val="18"/>
              </w:rPr>
              <w:t>103.005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40</w:t>
            </w:r>
          </w:p>
        </w:tc>
        <w:tc>
          <w:tcPr>
            <w:tcW w:type="dxa" w:w="1960"/>
            <w:shd w:fill="F7FAFC"/>
            <w:tcMar>
              <w:top w:w="80" w:type="dxa"/>
              <w:start w:w="120" w:type="dxa"/>
              <w:bottom w:w="80" w:type="dxa"/>
              <w:end w:w="120" w:type="dxa"/>
            </w:tcMar>
            <w:vAlign w:val="center"/>
          </w:tcPr>
          <w:p>
            <w:r>
              <w:rPr>
                <w:rFonts w:ascii="Calibri" w:hAnsi="Calibri"/>
                <w:b w:val="0"/>
                <w:color w:val="203748"/>
                <w:sz w:val="18"/>
              </w:rPr>
              <w:t>Ruby</w:t>
            </w:r>
          </w:p>
        </w:tc>
        <w:tc>
          <w:tcPr>
            <w:tcW w:type="dxa" w:w="1600"/>
            <w:shd w:fill="F7FAFC"/>
            <w:tcMar>
              <w:top w:w="80" w:type="dxa"/>
              <w:start w:w="120" w:type="dxa"/>
              <w:bottom w:w="80" w:type="dxa"/>
              <w:end w:w="120" w:type="dxa"/>
            </w:tcMar>
            <w:vAlign w:val="center"/>
          </w:tcPr>
          <w:p>
            <w:r>
              <w:rPr>
                <w:rFonts w:ascii="Calibri" w:hAnsi="Calibri"/>
                <w:b w:val="0"/>
                <w:color w:val="203748"/>
                <w:sz w:val="18"/>
              </w:rPr>
              <w:t>66049.112</w:t>
            </w:r>
          </w:p>
        </w:tc>
        <w:tc>
          <w:tcPr>
            <w:tcW w:type="dxa" w:w="1600"/>
            <w:shd w:fill="F7FAFC"/>
            <w:tcMar>
              <w:top w:w="80" w:type="dxa"/>
              <w:start w:w="120" w:type="dxa"/>
              <w:bottom w:w="80" w:type="dxa"/>
              <w:end w:w="120" w:type="dxa"/>
            </w:tcMar>
            <w:vAlign w:val="center"/>
          </w:tcPr>
          <w:p>
            <w:r>
              <w:rPr>
                <w:rFonts w:ascii="Calibri" w:hAnsi="Calibri"/>
                <w:b w:val="0"/>
                <w:color w:val="203748"/>
                <w:sz w:val="18"/>
              </w:rPr>
              <w:t>90263.925</w:t>
            </w:r>
          </w:p>
        </w:tc>
        <w:tc>
          <w:tcPr>
            <w:tcW w:type="dxa" w:w="1600"/>
            <w:shd w:fill="F7FAFC"/>
            <w:tcMar>
              <w:top w:w="80" w:type="dxa"/>
              <w:start w:w="120" w:type="dxa"/>
              <w:bottom w:w="80" w:type="dxa"/>
              <w:end w:w="120" w:type="dxa"/>
            </w:tcMar>
            <w:vAlign w:val="center"/>
          </w:tcPr>
          <w:p>
            <w:r>
              <w:rPr>
                <w:rFonts w:ascii="Calibri" w:hAnsi="Calibri"/>
                <w:b w:val="0"/>
                <w:color w:val="203748"/>
                <w:sz w:val="18"/>
              </w:rPr>
              <w:t>168102.051</w:t>
            </w:r>
          </w:p>
        </w:tc>
        <w:tc>
          <w:tcPr>
            <w:tcW w:type="dxa" w:w="1900"/>
            <w:shd w:fill="F7FAFC"/>
            <w:tcMar>
              <w:top w:w="80" w:type="dxa"/>
              <w:start w:w="120" w:type="dxa"/>
              <w:bottom w:w="80" w:type="dxa"/>
              <w:end w:w="120" w:type="dxa"/>
            </w:tcMar>
            <w:vAlign w:val="center"/>
          </w:tcPr>
          <w:p>
            <w:r>
              <w:rPr>
                <w:rFonts w:ascii="Calibri" w:hAnsi="Calibri"/>
                <w:b w:val="0"/>
                <w:color w:val="203748"/>
                <w:sz w:val="18"/>
              </w:rPr>
              <w:t>128.765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41</w:t>
            </w:r>
          </w:p>
        </w:tc>
        <w:tc>
          <w:tcPr>
            <w:tcW w:type="dxa" w:w="1960"/>
            <w:tcMar>
              <w:top w:w="80" w:type="dxa"/>
              <w:start w:w="120" w:type="dxa"/>
              <w:bottom w:w="80" w:type="dxa"/>
              <w:end w:w="120" w:type="dxa"/>
            </w:tcMar>
            <w:vAlign w:val="center"/>
          </w:tcPr>
          <w:p>
            <w:r>
              <w:rPr>
                <w:rFonts w:ascii="Calibri" w:hAnsi="Calibri"/>
                <w:b w:val="0"/>
                <w:color w:val="203748"/>
                <w:sz w:val="18"/>
              </w:rPr>
              <w:t>Factor</w:t>
            </w:r>
          </w:p>
        </w:tc>
        <w:tc>
          <w:tcPr>
            <w:tcW w:type="dxa" w:w="1600"/>
            <w:tcMar>
              <w:top w:w="80" w:type="dxa"/>
              <w:start w:w="120" w:type="dxa"/>
              <w:bottom w:w="80" w:type="dxa"/>
              <w:end w:w="120" w:type="dxa"/>
            </w:tcMar>
            <w:vAlign w:val="center"/>
          </w:tcPr>
          <w:p>
            <w:r>
              <w:rPr>
                <w:rFonts w:ascii="Calibri" w:hAnsi="Calibri"/>
                <w:b w:val="0"/>
                <w:color w:val="203748"/>
                <w:sz w:val="18"/>
              </w:rPr>
              <w:t>70004.415</w:t>
            </w:r>
          </w:p>
        </w:tc>
        <w:tc>
          <w:tcPr>
            <w:tcW w:type="dxa" w:w="1600"/>
            <w:tcMar>
              <w:top w:w="80" w:type="dxa"/>
              <w:start w:w="120" w:type="dxa"/>
              <w:bottom w:w="80" w:type="dxa"/>
              <w:end w:w="120" w:type="dxa"/>
            </w:tcMar>
            <w:vAlign w:val="center"/>
          </w:tcPr>
          <w:p>
            <w:r>
              <w:rPr>
                <w:rFonts w:ascii="Calibri" w:hAnsi="Calibri"/>
                <w:b w:val="0"/>
                <w:color w:val="203748"/>
                <w:sz w:val="18"/>
              </w:rPr>
              <w:t>94462.332</w:t>
            </w:r>
          </w:p>
        </w:tc>
        <w:tc>
          <w:tcPr>
            <w:tcW w:type="dxa" w:w="1600"/>
            <w:tcMar>
              <w:top w:w="80" w:type="dxa"/>
              <w:start w:w="120" w:type="dxa"/>
              <w:bottom w:w="80" w:type="dxa"/>
              <w:end w:w="120" w:type="dxa"/>
            </w:tcMar>
            <w:vAlign w:val="center"/>
          </w:tcPr>
          <w:p>
            <w:r>
              <w:rPr>
                <w:rFonts w:ascii="Calibri" w:hAnsi="Calibri"/>
                <w:b w:val="0"/>
                <w:color w:val="203748"/>
                <w:sz w:val="18"/>
              </w:rPr>
              <w:t>151220.285</w:t>
            </w:r>
          </w:p>
        </w:tc>
        <w:tc>
          <w:tcPr>
            <w:tcW w:type="dxa" w:w="1900"/>
            <w:tcMar>
              <w:top w:w="80" w:type="dxa"/>
              <w:start w:w="120" w:type="dxa"/>
              <w:bottom w:w="80" w:type="dxa"/>
              <w:end w:w="120" w:type="dxa"/>
            </w:tcMar>
            <w:vAlign w:val="center"/>
          </w:tcPr>
          <w:p>
            <w:r>
              <w:rPr>
                <w:rFonts w:ascii="Calibri" w:hAnsi="Calibri"/>
                <w:b w:val="0"/>
                <w:color w:val="203748"/>
                <w:sz w:val="18"/>
              </w:rPr>
              <w:t>134.754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42</w:t>
            </w:r>
          </w:p>
        </w:tc>
        <w:tc>
          <w:tcPr>
            <w:tcW w:type="dxa" w:w="1960"/>
            <w:shd w:fill="F7FAFC"/>
            <w:tcMar>
              <w:top w:w="80" w:type="dxa"/>
              <w:start w:w="120" w:type="dxa"/>
              <w:bottom w:w="80" w:type="dxa"/>
              <w:end w:w="120" w:type="dxa"/>
            </w:tcMar>
            <w:vAlign w:val="center"/>
          </w:tcPr>
          <w:p>
            <w:r>
              <w:rPr>
                <w:rFonts w:ascii="Calibri" w:hAnsi="Calibri"/>
                <w:b w:val="0"/>
                <w:color w:val="203748"/>
                <w:sz w:val="18"/>
              </w:rPr>
              <w:t>Smalltalk</w:t>
            </w:r>
          </w:p>
        </w:tc>
        <w:tc>
          <w:tcPr>
            <w:tcW w:type="dxa" w:w="1600"/>
            <w:shd w:fill="F7FAFC"/>
            <w:tcMar>
              <w:top w:w="80" w:type="dxa"/>
              <w:start w:w="120" w:type="dxa"/>
              <w:bottom w:w="80" w:type="dxa"/>
              <w:end w:w="120" w:type="dxa"/>
            </w:tcMar>
            <w:vAlign w:val="center"/>
          </w:tcPr>
          <w:p>
            <w:r>
              <w:rPr>
                <w:rFonts w:ascii="Calibri" w:hAnsi="Calibri"/>
                <w:b w:val="0"/>
                <w:color w:val="203748"/>
                <w:sz w:val="18"/>
              </w:rPr>
              <w:t>65113.000</w:t>
            </w:r>
          </w:p>
        </w:tc>
        <w:tc>
          <w:tcPr>
            <w:tcW w:type="dxa" w:w="1600"/>
            <w:shd w:fill="F7FAFC"/>
            <w:tcMar>
              <w:top w:w="80" w:type="dxa"/>
              <w:start w:w="120" w:type="dxa"/>
              <w:bottom w:w="80" w:type="dxa"/>
              <w:end w:w="120" w:type="dxa"/>
            </w:tcMar>
            <w:vAlign w:val="center"/>
          </w:tcPr>
          <w:p>
            <w:r>
              <w:rPr>
                <w:rFonts w:ascii="Calibri" w:hAnsi="Calibri"/>
                <w:b w:val="0"/>
                <w:color w:val="203748"/>
                <w:sz w:val="18"/>
              </w:rPr>
              <w:t>95089.000</w:t>
            </w:r>
          </w:p>
        </w:tc>
        <w:tc>
          <w:tcPr>
            <w:tcW w:type="dxa" w:w="1600"/>
            <w:shd w:fill="F7FAFC"/>
            <w:tcMar>
              <w:top w:w="80" w:type="dxa"/>
              <w:start w:w="120" w:type="dxa"/>
              <w:bottom w:w="80" w:type="dxa"/>
              <w:end w:w="120" w:type="dxa"/>
            </w:tcMar>
            <w:vAlign w:val="center"/>
          </w:tcPr>
          <w:p>
            <w:r>
              <w:rPr>
                <w:rFonts w:ascii="Calibri" w:hAnsi="Calibri"/>
                <w:b w:val="0"/>
                <w:color w:val="203748"/>
                <w:sz w:val="18"/>
              </w:rPr>
              <w:t>157550.000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135.648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43</w:t>
            </w:r>
          </w:p>
        </w:tc>
        <w:tc>
          <w:tcPr>
            <w:tcW w:type="dxa" w:w="1960"/>
            <w:tcMar>
              <w:top w:w="80" w:type="dxa"/>
              <w:start w:w="120" w:type="dxa"/>
              <w:bottom w:w="80" w:type="dxa"/>
              <w:end w:w="120" w:type="dxa"/>
            </w:tcMar>
            <w:vAlign w:val="center"/>
          </w:tcPr>
          <w:p>
            <w:r>
              <w:rPr>
                <w:rFonts w:ascii="Calibri" w:hAnsi="Calibri"/>
                <w:b w:val="0"/>
                <w:color w:val="203748"/>
                <w:sz w:val="18"/>
              </w:rPr>
              <w:t>Groovy</w:t>
            </w:r>
          </w:p>
        </w:tc>
        <w:tc>
          <w:tcPr>
            <w:tcW w:type="dxa" w:w="1600"/>
            <w:tcMar>
              <w:top w:w="80" w:type="dxa"/>
              <w:start w:w="120" w:type="dxa"/>
              <w:bottom w:w="80" w:type="dxa"/>
              <w:end w:w="120" w:type="dxa"/>
            </w:tcMar>
            <w:vAlign w:val="center"/>
          </w:tcPr>
          <w:p>
            <w:r>
              <w:rPr>
                <w:rFonts w:ascii="Calibri" w:hAnsi="Calibri"/>
                <w:b w:val="0"/>
                <w:color w:val="203748"/>
                <w:sz w:val="18"/>
              </w:rPr>
              <w:t>68129.578</w:t>
            </w:r>
          </w:p>
        </w:tc>
        <w:tc>
          <w:tcPr>
            <w:tcW w:type="dxa" w:w="1600"/>
            <w:tcMar>
              <w:top w:w="80" w:type="dxa"/>
              <w:start w:w="120" w:type="dxa"/>
              <w:bottom w:w="80" w:type="dxa"/>
              <w:end w:w="120" w:type="dxa"/>
            </w:tcMar>
            <w:vAlign w:val="center"/>
          </w:tcPr>
          <w:p>
            <w:r>
              <w:rPr>
                <w:rFonts w:ascii="Calibri" w:hAnsi="Calibri"/>
                <w:b w:val="0"/>
                <w:color w:val="203748"/>
                <w:sz w:val="18"/>
              </w:rPr>
              <w:t>95282.139</w:t>
            </w:r>
          </w:p>
        </w:tc>
        <w:tc>
          <w:tcPr>
            <w:tcW w:type="dxa" w:w="1600"/>
            <w:tcMar>
              <w:top w:w="80" w:type="dxa"/>
              <w:start w:w="120" w:type="dxa"/>
              <w:bottom w:w="80" w:type="dxa"/>
              <w:end w:w="120" w:type="dxa"/>
            </w:tcMar>
            <w:vAlign w:val="center"/>
          </w:tcPr>
          <w:p>
            <w:r>
              <w:rPr>
                <w:rFonts w:ascii="Calibri" w:hAnsi="Calibri"/>
                <w:b w:val="0"/>
                <w:color w:val="203748"/>
                <w:sz w:val="18"/>
              </w:rPr>
              <w:t>143061.528</w:t>
            </w:r>
          </w:p>
        </w:tc>
        <w:tc>
          <w:tcPr>
            <w:tcW w:type="dxa" w:w="1900"/>
            <w:tcMar>
              <w:top w:w="80" w:type="dxa"/>
              <w:start w:w="120" w:type="dxa"/>
              <w:bottom w:w="80" w:type="dxa"/>
              <w:end w:w="120" w:type="dxa"/>
            </w:tcMar>
            <w:vAlign w:val="center"/>
          </w:tcPr>
          <w:p>
            <w:r>
              <w:rPr>
                <w:rFonts w:ascii="Calibri" w:hAnsi="Calibri"/>
                <w:b w:val="0"/>
                <w:color w:val="203748"/>
                <w:sz w:val="18"/>
              </w:rPr>
              <w:t>135.923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44</w:t>
            </w:r>
          </w:p>
        </w:tc>
        <w:tc>
          <w:tcPr>
            <w:tcW w:type="dxa" w:w="1960"/>
            <w:shd w:fill="F7FAFC"/>
            <w:tcMar>
              <w:top w:w="80" w:type="dxa"/>
              <w:start w:w="120" w:type="dxa"/>
              <w:bottom w:w="80" w:type="dxa"/>
              <w:end w:w="120" w:type="dxa"/>
            </w:tcMar>
            <w:vAlign w:val="center"/>
          </w:tcPr>
          <w:p>
            <w:r>
              <w:rPr>
                <w:rFonts w:ascii="Calibri" w:hAnsi="Calibri"/>
                <w:b w:val="0"/>
                <w:color w:val="203748"/>
                <w:sz w:val="18"/>
              </w:rPr>
              <w:t>Python</w:t>
            </w:r>
          </w:p>
        </w:tc>
        <w:tc>
          <w:tcPr>
            <w:tcW w:type="dxa" w:w="1600"/>
            <w:shd w:fill="F7FAFC"/>
            <w:tcMar>
              <w:top w:w="80" w:type="dxa"/>
              <w:start w:w="120" w:type="dxa"/>
              <w:bottom w:w="80" w:type="dxa"/>
              <w:end w:w="120" w:type="dxa"/>
            </w:tcMar>
            <w:vAlign w:val="center"/>
          </w:tcPr>
          <w:p>
            <w:r>
              <w:rPr>
                <w:rFonts w:ascii="Calibri" w:hAnsi="Calibri"/>
                <w:b w:val="0"/>
                <w:color w:val="203748"/>
                <w:sz w:val="18"/>
              </w:rPr>
              <w:t>74058.281</w:t>
            </w:r>
          </w:p>
        </w:tc>
        <w:tc>
          <w:tcPr>
            <w:tcW w:type="dxa" w:w="1600"/>
            <w:shd w:fill="F7FAFC"/>
            <w:tcMar>
              <w:top w:w="80" w:type="dxa"/>
              <w:start w:w="120" w:type="dxa"/>
              <w:bottom w:w="80" w:type="dxa"/>
              <w:end w:w="120" w:type="dxa"/>
            </w:tcMar>
            <w:vAlign w:val="center"/>
          </w:tcPr>
          <w:p>
            <w:r>
              <w:rPr>
                <w:rFonts w:ascii="Calibri" w:hAnsi="Calibri"/>
                <w:b w:val="0"/>
                <w:color w:val="203748"/>
                <w:sz w:val="18"/>
              </w:rPr>
              <w:t>138890.584</w:t>
            </w:r>
          </w:p>
        </w:tc>
        <w:tc>
          <w:tcPr>
            <w:tcW w:type="dxa" w:w="1600"/>
            <w:shd w:fill="F7FAFC"/>
            <w:tcMar>
              <w:top w:w="80" w:type="dxa"/>
              <w:start w:w="120" w:type="dxa"/>
              <w:bottom w:w="80" w:type="dxa"/>
              <w:end w:w="120" w:type="dxa"/>
            </w:tcMar>
            <w:vAlign w:val="center"/>
          </w:tcPr>
          <w:p>
            <w:r>
              <w:rPr>
                <w:rFonts w:ascii="Calibri" w:hAnsi="Calibri"/>
                <w:b w:val="0"/>
                <w:color w:val="203748"/>
                <w:sz w:val="18"/>
              </w:rPr>
              <w:t>308314.450</w:t>
            </w:r>
          </w:p>
        </w:tc>
        <w:tc>
          <w:tcPr>
            <w:tcW w:type="dxa" w:w="1900"/>
            <w:shd w:fill="F7FAFC"/>
            <w:tcMar>
              <w:top w:w="80" w:type="dxa"/>
              <w:start w:w="120" w:type="dxa"/>
              <w:bottom w:w="80" w:type="dxa"/>
              <w:end w:w="120" w:type="dxa"/>
            </w:tcMar>
            <w:vAlign w:val="center"/>
          </w:tcPr>
          <w:p>
            <w:r>
              <w:rPr>
                <w:rFonts w:ascii="Calibri" w:hAnsi="Calibri"/>
                <w:b w:val="0"/>
                <w:color w:val="203748"/>
                <w:sz w:val="18"/>
              </w:rPr>
              <w:t>198.132</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45</w:t>
            </w:r>
          </w:p>
        </w:tc>
        <w:tc>
          <w:tcPr>
            <w:tcW w:type="dxa" w:w="1960"/>
            <w:tcMar>
              <w:top w:w="80" w:type="dxa"/>
              <w:start w:w="120" w:type="dxa"/>
              <w:bottom w:w="80" w:type="dxa"/>
              <w:end w:w="120" w:type="dxa"/>
            </w:tcMar>
            <w:vAlign w:val="center"/>
          </w:tcPr>
          <w:p>
            <w:r>
              <w:rPr>
                <w:rFonts w:ascii="Calibri" w:hAnsi="Calibri"/>
                <w:b w:val="0"/>
                <w:color w:val="203748"/>
                <w:sz w:val="18"/>
              </w:rPr>
              <w:t>Perl</w:t>
            </w:r>
          </w:p>
        </w:tc>
        <w:tc>
          <w:tcPr>
            <w:tcW w:type="dxa" w:w="1600"/>
            <w:tcMar>
              <w:top w:w="80" w:type="dxa"/>
              <w:start w:w="120" w:type="dxa"/>
              <w:bottom w:w="80" w:type="dxa"/>
              <w:end w:w="120" w:type="dxa"/>
            </w:tcMar>
            <w:vAlign w:val="center"/>
          </w:tcPr>
          <w:p>
            <w:r>
              <w:rPr>
                <w:rFonts w:ascii="Calibri" w:hAnsi="Calibri"/>
                <w:b w:val="0"/>
                <w:color w:val="203748"/>
                <w:sz w:val="18"/>
              </w:rPr>
              <w:t>108115.457</w:t>
            </w:r>
          </w:p>
        </w:tc>
        <w:tc>
          <w:tcPr>
            <w:tcW w:type="dxa" w:w="1600"/>
            <w:tcMar>
              <w:top w:w="80" w:type="dxa"/>
              <w:start w:w="120" w:type="dxa"/>
              <w:bottom w:w="80" w:type="dxa"/>
              <w:end w:w="120" w:type="dxa"/>
            </w:tcMar>
            <w:vAlign w:val="center"/>
          </w:tcPr>
          <w:p>
            <w:r>
              <w:rPr>
                <w:rFonts w:ascii="Calibri" w:hAnsi="Calibri"/>
                <w:b w:val="0"/>
                <w:color w:val="203748"/>
                <w:sz w:val="18"/>
              </w:rPr>
              <w:t>154930.755</w:t>
            </w:r>
          </w:p>
        </w:tc>
        <w:tc>
          <w:tcPr>
            <w:tcW w:type="dxa" w:w="1600"/>
            <w:tcMar>
              <w:top w:w="80" w:type="dxa"/>
              <w:start w:w="120" w:type="dxa"/>
              <w:bottom w:w="80" w:type="dxa"/>
              <w:end w:w="120" w:type="dxa"/>
            </w:tcMar>
            <w:vAlign w:val="center"/>
          </w:tcPr>
          <w:p>
            <w:r>
              <w:rPr>
                <w:rFonts w:ascii="Calibri" w:hAnsi="Calibri"/>
                <w:b w:val="0"/>
                <w:color w:val="203748"/>
                <w:sz w:val="18"/>
              </w:rPr>
              <w:t>276448.215</w:t>
            </w:r>
          </w:p>
        </w:tc>
        <w:tc>
          <w:tcPr>
            <w:tcW w:type="dxa" w:w="1900"/>
            <w:tcMar>
              <w:top w:w="80" w:type="dxa"/>
              <w:start w:w="120" w:type="dxa"/>
              <w:bottom w:w="80" w:type="dxa"/>
              <w:end w:w="120" w:type="dxa"/>
            </w:tcMar>
            <w:vAlign w:val="center"/>
          </w:tcPr>
          <w:p>
            <w:r>
              <w:rPr>
                <w:rFonts w:ascii="Calibri" w:hAnsi="Calibri"/>
                <w:b w:val="0"/>
                <w:color w:val="203748"/>
                <w:sz w:val="18"/>
              </w:rPr>
              <w:t>221.014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46</w:t>
            </w:r>
          </w:p>
        </w:tc>
        <w:tc>
          <w:tcPr>
            <w:tcW w:type="dxa" w:w="1960"/>
            <w:shd w:fill="F7FAFC"/>
            <w:tcMar>
              <w:top w:w="80" w:type="dxa"/>
              <w:start w:w="120" w:type="dxa"/>
              <w:bottom w:w="80" w:type="dxa"/>
              <w:end w:w="120" w:type="dxa"/>
            </w:tcMar>
            <w:vAlign w:val="center"/>
          </w:tcPr>
          <w:p>
            <w:r>
              <w:rPr>
                <w:rFonts w:ascii="Calibri" w:hAnsi="Calibri"/>
                <w:b w:val="0"/>
                <w:color w:val="203748"/>
                <w:sz w:val="18"/>
              </w:rPr>
              <w:t>PowerShell</w:t>
            </w:r>
          </w:p>
        </w:tc>
        <w:tc>
          <w:tcPr>
            <w:tcW w:type="dxa" w:w="1600"/>
            <w:shd w:fill="F7FAFC"/>
            <w:tcMar>
              <w:top w:w="80" w:type="dxa"/>
              <w:start w:w="120" w:type="dxa"/>
              <w:bottom w:w="80" w:type="dxa"/>
              <w:end w:w="120" w:type="dxa"/>
            </w:tcMar>
            <w:vAlign w:val="center"/>
          </w:tcPr>
          <w:p>
            <w:r>
              <w:rPr>
                <w:rFonts w:ascii="Calibri" w:hAnsi="Calibri"/>
                <w:b w:val="0"/>
                <w:color w:val="203748"/>
                <w:sz w:val="18"/>
              </w:rPr>
              <w:t>206315.845</w:t>
            </w:r>
          </w:p>
        </w:tc>
        <w:tc>
          <w:tcPr>
            <w:tcW w:type="dxa" w:w="1600"/>
            <w:shd w:fill="F7FAFC"/>
            <w:tcMar>
              <w:top w:w="80" w:type="dxa"/>
              <w:start w:w="120" w:type="dxa"/>
              <w:bottom w:w="80" w:type="dxa"/>
              <w:end w:w="120" w:type="dxa"/>
            </w:tcMar>
            <w:vAlign w:val="center"/>
          </w:tcPr>
          <w:p>
            <w:r>
              <w:rPr>
                <w:rFonts w:ascii="Calibri" w:hAnsi="Calibri"/>
                <w:b w:val="0"/>
                <w:color w:val="203748"/>
                <w:sz w:val="18"/>
              </w:rPr>
              <w:t>250942.054</w:t>
            </w:r>
          </w:p>
        </w:tc>
        <w:tc>
          <w:tcPr>
            <w:tcW w:type="dxa" w:w="1600"/>
            <w:shd w:fill="F7FAFC"/>
            <w:tcMar>
              <w:top w:w="80" w:type="dxa"/>
              <w:start w:w="120" w:type="dxa"/>
              <w:bottom w:w="80" w:type="dxa"/>
              <w:end w:w="120" w:type="dxa"/>
            </w:tcMar>
            <w:vAlign w:val="center"/>
          </w:tcPr>
          <w:p>
            <w:r>
              <w:rPr>
                <w:rFonts w:ascii="Calibri" w:hAnsi="Calibri"/>
                <w:b w:val="0"/>
                <w:color w:val="203748"/>
                <w:sz w:val="18"/>
              </w:rPr>
              <w:t>717706.460</w:t>
            </w:r>
          </w:p>
        </w:tc>
        <w:tc>
          <w:tcPr>
            <w:tcW w:type="dxa" w:w="1900"/>
            <w:shd w:fill="F7FAFC"/>
            <w:tcMar>
              <w:top w:w="80" w:type="dxa"/>
              <w:start w:w="120" w:type="dxa"/>
              <w:bottom w:w="80" w:type="dxa"/>
              <w:end w:w="120" w:type="dxa"/>
            </w:tcMar>
            <w:vAlign w:val="center"/>
          </w:tcPr>
          <w:p>
            <w:r>
              <w:rPr>
                <w:rFonts w:ascii="Calibri" w:hAnsi="Calibri"/>
                <w:b w:val="0"/>
                <w:color w:val="203748"/>
                <w:sz w:val="18"/>
              </w:rPr>
              <w:t>357.978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47</w:t>
            </w:r>
          </w:p>
        </w:tc>
        <w:tc>
          <w:tcPr>
            <w:tcW w:type="dxa" w:w="1960"/>
            <w:tcMar>
              <w:top w:w="80" w:type="dxa"/>
              <w:start w:w="120" w:type="dxa"/>
              <w:bottom w:w="80" w:type="dxa"/>
              <w:end w:w="120" w:type="dxa"/>
            </w:tcMar>
            <w:vAlign w:val="center"/>
          </w:tcPr>
          <w:p>
            <w:r>
              <w:rPr>
                <w:rFonts w:ascii="Calibri" w:hAnsi="Calibri"/>
                <w:b w:val="0"/>
                <w:color w:val="203748"/>
                <w:sz w:val="18"/>
              </w:rPr>
              <w:t>Tcl</w:t>
            </w:r>
          </w:p>
        </w:tc>
        <w:tc>
          <w:tcPr>
            <w:tcW w:type="dxa" w:w="1600"/>
            <w:tcMar>
              <w:top w:w="80" w:type="dxa"/>
              <w:start w:w="120" w:type="dxa"/>
              <w:bottom w:w="80" w:type="dxa"/>
              <w:end w:w="120" w:type="dxa"/>
            </w:tcMar>
            <w:vAlign w:val="center"/>
          </w:tcPr>
          <w:p>
            <w:r>
              <w:rPr>
                <w:rFonts w:ascii="Calibri" w:hAnsi="Calibri"/>
                <w:b w:val="0"/>
                <w:color w:val="203748"/>
                <w:sz w:val="18"/>
              </w:rPr>
              <w:t>202078.602</w:t>
            </w:r>
          </w:p>
        </w:tc>
        <w:tc>
          <w:tcPr>
            <w:tcW w:type="dxa" w:w="1600"/>
            <w:tcMar>
              <w:top w:w="80" w:type="dxa"/>
              <w:start w:w="120" w:type="dxa"/>
              <w:bottom w:w="80" w:type="dxa"/>
              <w:end w:w="120" w:type="dxa"/>
            </w:tcMar>
            <w:vAlign w:val="center"/>
          </w:tcPr>
          <w:p>
            <w:r>
              <w:rPr>
                <w:rFonts w:ascii="Calibri" w:hAnsi="Calibri"/>
                <w:b w:val="0"/>
                <w:color w:val="203748"/>
                <w:sz w:val="18"/>
              </w:rPr>
              <w:t>265143.768</w:t>
            </w:r>
          </w:p>
        </w:tc>
        <w:tc>
          <w:tcPr>
            <w:tcW w:type="dxa" w:w="1600"/>
            <w:tcMar>
              <w:top w:w="80" w:type="dxa"/>
              <w:start w:w="120" w:type="dxa"/>
              <w:bottom w:w="80" w:type="dxa"/>
              <w:end w:w="120" w:type="dxa"/>
            </w:tcMar>
            <w:vAlign w:val="center"/>
          </w:tcPr>
          <w:p>
            <w:r>
              <w:rPr>
                <w:rFonts w:ascii="Calibri" w:hAnsi="Calibri"/>
                <w:b w:val="0"/>
                <w:color w:val="203748"/>
                <w:sz w:val="18"/>
              </w:rPr>
              <w:t>494701.078</w:t>
            </w:r>
          </w:p>
        </w:tc>
        <w:tc>
          <w:tcPr>
            <w:tcW w:type="dxa" w:w="1900"/>
            <w:tcMar>
              <w:top w:w="80" w:type="dxa"/>
              <w:start w:w="120" w:type="dxa"/>
              <w:bottom w:w="80" w:type="dxa"/>
              <w:end w:w="120" w:type="dxa"/>
            </w:tcMar>
            <w:vAlign w:val="center"/>
          </w:tcPr>
          <w:p>
            <w:r>
              <w:rPr>
                <w:rFonts w:ascii="Calibri" w:hAnsi="Calibri"/>
                <w:b w:val="0"/>
                <w:color w:val="203748"/>
                <w:sz w:val="18"/>
              </w:rPr>
              <w:t>378.237</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48</w:t>
            </w:r>
          </w:p>
        </w:tc>
        <w:tc>
          <w:tcPr>
            <w:tcW w:type="dxa" w:w="1960"/>
            <w:shd w:fill="F7FAFC"/>
            <w:tcMar>
              <w:top w:w="80" w:type="dxa"/>
              <w:start w:w="120" w:type="dxa"/>
              <w:bottom w:w="80" w:type="dxa"/>
              <w:end w:w="120" w:type="dxa"/>
            </w:tcMar>
            <w:vAlign w:val="center"/>
          </w:tcPr>
          <w:p>
            <w:r>
              <w:rPr>
                <w:rFonts w:ascii="Calibri" w:hAnsi="Calibri"/>
                <w:b w:val="0"/>
                <w:color w:val="203748"/>
                <w:sz w:val="18"/>
              </w:rPr>
              <w:t>R</w:t>
            </w:r>
          </w:p>
        </w:tc>
        <w:tc>
          <w:tcPr>
            <w:tcW w:type="dxa" w:w="1600"/>
            <w:shd w:fill="F7FAFC"/>
            <w:tcMar>
              <w:top w:w="80" w:type="dxa"/>
              <w:start w:w="120" w:type="dxa"/>
              <w:bottom w:w="80" w:type="dxa"/>
              <w:end w:w="120" w:type="dxa"/>
            </w:tcMar>
            <w:vAlign w:val="center"/>
          </w:tcPr>
          <w:p>
            <w:r>
              <w:rPr>
                <w:rFonts w:ascii="Calibri" w:hAnsi="Calibri"/>
                <w:b w:val="0"/>
                <w:color w:val="203748"/>
                <w:sz w:val="18"/>
              </w:rPr>
              <w:t>168780.000</w:t>
            </w:r>
          </w:p>
        </w:tc>
        <w:tc>
          <w:tcPr>
            <w:tcW w:type="dxa" w:w="1600"/>
            <w:shd w:fill="F7FAFC"/>
            <w:tcMar>
              <w:top w:w="80" w:type="dxa"/>
              <w:start w:w="120" w:type="dxa"/>
              <w:bottom w:w="80" w:type="dxa"/>
              <w:end w:w="120" w:type="dxa"/>
            </w:tcMar>
            <w:vAlign w:val="center"/>
          </w:tcPr>
          <w:p>
            <w:r>
              <w:rPr>
                <w:rFonts w:ascii="Calibri" w:hAnsi="Calibri"/>
                <w:b w:val="0"/>
                <w:color w:val="203748"/>
                <w:sz w:val="18"/>
              </w:rPr>
              <w:t>343730.000</w:t>
            </w:r>
          </w:p>
        </w:tc>
        <w:tc>
          <w:tcPr>
            <w:tcW w:type="dxa" w:w="1600"/>
            <w:shd w:fill="F7FAFC"/>
            <w:tcMar>
              <w:top w:w="80" w:type="dxa"/>
              <w:start w:w="120" w:type="dxa"/>
              <w:bottom w:w="80" w:type="dxa"/>
              <w:end w:w="120" w:type="dxa"/>
            </w:tcMar>
            <w:vAlign w:val="center"/>
          </w:tcPr>
          <w:p>
            <w:r>
              <w:rPr>
                <w:rFonts w:ascii="Calibri" w:hAnsi="Calibri"/>
                <w:b w:val="0"/>
                <w:color w:val="203748"/>
                <w:sz w:val="18"/>
              </w:rPr>
              <w:t>910730.000</w:t>
            </w:r>
          </w:p>
        </w:tc>
        <w:tc>
          <w:tcPr>
            <w:tcW w:type="dxa" w:w="1900"/>
            <w:shd w:fill="F7FAFC"/>
            <w:tcMar>
              <w:top w:w="80" w:type="dxa"/>
              <w:start w:w="120" w:type="dxa"/>
              <w:bottom w:w="80" w:type="dxa"/>
              <w:end w:w="120" w:type="dxa"/>
            </w:tcMar>
            <w:vAlign w:val="center"/>
          </w:tcPr>
          <w:p>
            <w:r>
              <w:rPr>
                <w:rFonts w:ascii="Calibri" w:hAnsi="Calibri"/>
                <w:b w:val="0"/>
                <w:color w:val="203748"/>
                <w:sz w:val="18"/>
              </w:rPr>
              <w:t>490.343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49</w:t>
            </w:r>
          </w:p>
        </w:tc>
        <w:tc>
          <w:tcPr>
            <w:tcW w:type="dxa" w:w="1960"/>
            <w:tcMar>
              <w:top w:w="80" w:type="dxa"/>
              <w:start w:w="120" w:type="dxa"/>
              <w:bottom w:w="80" w:type="dxa"/>
              <w:end w:w="120" w:type="dxa"/>
            </w:tcMar>
            <w:vAlign w:val="center"/>
          </w:tcPr>
          <w:p>
            <w:r>
              <w:rPr>
                <w:rFonts w:ascii="Calibri" w:hAnsi="Calibri"/>
                <w:b w:val="0"/>
                <w:color w:val="203748"/>
                <w:sz w:val="18"/>
              </w:rPr>
              <w:t>GNU Octave</w:t>
            </w:r>
          </w:p>
        </w:tc>
        <w:tc>
          <w:tcPr>
            <w:tcW w:type="dxa" w:w="1600"/>
            <w:tcMar>
              <w:top w:w="80" w:type="dxa"/>
              <w:start w:w="120" w:type="dxa"/>
              <w:bottom w:w="80" w:type="dxa"/>
              <w:end w:w="120" w:type="dxa"/>
            </w:tcMar>
            <w:vAlign w:val="center"/>
          </w:tcPr>
          <w:p>
            <w:r>
              <w:rPr>
                <w:rFonts w:ascii="Calibri" w:hAnsi="Calibri"/>
                <w:b w:val="0"/>
                <w:color w:val="203748"/>
                <w:sz w:val="18"/>
              </w:rPr>
              <w:t>315324.607</w:t>
            </w:r>
          </w:p>
        </w:tc>
        <w:tc>
          <w:tcPr>
            <w:tcW w:type="dxa" w:w="1600"/>
            <w:tcMar>
              <w:top w:w="80" w:type="dxa"/>
              <w:start w:w="120" w:type="dxa"/>
              <w:bottom w:w="80" w:type="dxa"/>
              <w:end w:w="120" w:type="dxa"/>
            </w:tcMar>
            <w:vAlign w:val="center"/>
          </w:tcPr>
          <w:p>
            <w:r>
              <w:rPr>
                <w:rFonts w:ascii="Calibri" w:hAnsi="Calibri"/>
                <w:b w:val="0"/>
                <w:color w:val="203748"/>
                <w:sz w:val="18"/>
              </w:rPr>
              <w:t>419255.178</w:t>
            </w:r>
          </w:p>
        </w:tc>
        <w:tc>
          <w:tcPr>
            <w:tcW w:type="dxa" w:w="1600"/>
            <w:tcMar>
              <w:top w:w="80" w:type="dxa"/>
              <w:start w:w="120" w:type="dxa"/>
              <w:bottom w:w="80" w:type="dxa"/>
              <w:end w:w="120" w:type="dxa"/>
            </w:tcMar>
            <w:vAlign w:val="center"/>
          </w:tcPr>
          <w:p>
            <w:r>
              <w:rPr>
                <w:rFonts w:ascii="Calibri" w:hAnsi="Calibri"/>
                <w:b w:val="0"/>
                <w:color w:val="203748"/>
                <w:sz w:val="18"/>
              </w:rPr>
              <w:t>922894.954</w:t>
            </w:r>
          </w:p>
        </w:tc>
        <w:tc>
          <w:tcPr>
            <w:tcW w:type="dxa" w:w="1900"/>
            <w:tcMar>
              <w:top w:w="80" w:type="dxa"/>
              <w:start w:w="120" w:type="dxa"/>
              <w:bottom w:w="80" w:type="dxa"/>
              <w:end w:w="120" w:type="dxa"/>
            </w:tcMar>
            <w:vAlign w:val="center"/>
          </w:tcPr>
          <w:p>
            <w:r>
              <w:rPr>
                <w:rFonts w:ascii="Calibri" w:hAnsi="Calibri"/>
                <w:b w:val="0"/>
                <w:color w:val="203748"/>
                <w:sz w:val="18"/>
              </w:rPr>
              <w:t>598.082</w:t>
            </w:r>
          </w:p>
        </w:tc>
      </w:tr>
    </w:tbl>
    <w:p>
      <w:pPr>
        <w:spacing w:after="60"/>
      </w:pPr>
    </w:p>
    <w:p>
      <w:pPr>
        <w:pStyle w:val="Heading1"/>
      </w:pPr>
      <w:r>
        <w:t>Appendix B. Licence boundary</w:t>
      </w:r>
    </w:p>
    <w:p>
      <w:pPr>
        <w:jc w:val="left"/>
      </w:pPr>
      <w:r>
        <w:t>The project-written numerical core, generators and documentation covered by LICENSE-SCOPE.md are under Apache License 2.0. Data tables, external ephemerides, JPL kernels and third-party programs require separate assessment. Redistribution must include LICENSE and NOTICE, preserve copyright and licence notices, and identify modified files. The patent grant and termination rule are stated in section 3 of the Apache licence.</w:t>
      </w:r>
    </w:p>
    <w:p>
      <w:pPr>
        <w:jc w:val="left"/>
      </w:pPr>
      <w:r>
        <w:t xml:space="preserve">Project website: </w:t>
      </w:r>
      <w:hyperlink r:id="rId11">
        <w:r>
          <w:rPr>
            <w:rFonts w:ascii="Calibri" w:hAnsi="Calibri"/>
            <w:color w:val="0563C1"/>
            <w:u w:val="single"/>
          </w:rPr>
          <w:t>https://www.jostjahn.de/amrum-software/ephemeris/</w:t>
        </w:r>
      </w:hyperlink>
      <w:r/>
    </w:p>
    <w:sectPr w:rsidR="00FC693F" w:rsidRPr="0006063C" w:rsidSect="00034616">
      <w:headerReference w:type="default" r:id="rId9"/>
      <w:footerReference w:type="default" r:id="rId10"/>
      <w:pgSz w:w="12240" w:h="15840"/>
      <w:pgMar w:top="1440" w:right="1440" w:bottom="1800" w:left="1440" w:header="70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773"/>
        <w:sz w:val="17"/>
      </w:rPr>
      <w:t xml:space="preserve">Ephemeris - </w:t>
    </w:r>
    <w: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5A6773"/>
        <w:sz w:val="17"/>
      </w:rPr>
      <w:t>Scientific and technical description of the independent Ephemeris numerical core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jostjahn.de/amrum-software/epheme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Numerical Ephemeris Calculation</dc:title>
  <dc:subject>Scientific and technical description of the independent Ephemeris numerical core</dc:subject>
  <dc:creator>Jost Jahn</dc:creator>
  <cp:keywords>Ephemeris, astronomy, numerical integration, source documentation</cp:keywords>
  <dc:description>generated by python-docx</dc:description>
  <cp:lastModifiedBy/>
  <cp:revision>1</cp:revision>
  <dcterms:created xsi:type="dcterms:W3CDTF">2013-12-23T23:15:00Z</dcterms:created>
  <dcterms:modified xsi:type="dcterms:W3CDTF">2013-12-23T23:15:00Z</dcterms:modified>
  <cp:category/>
</cp:coreProperties>
</file>